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2"/>
      </w:tblGrid>
      <w:tr w:rsidR="00774DA8" w14:paraId="7E3C4EAB" w14:textId="77777777">
        <w:trPr>
          <w:jc w:val="center"/>
        </w:trPr>
        <w:tc>
          <w:tcPr>
            <w:tcW w:w="10482" w:type="dxa"/>
            <w:tcBorders>
              <w:top w:val="single" w:sz="8" w:space="0" w:color="1F4E78"/>
              <w:left w:val="single" w:sz="8" w:space="0" w:color="1F4E78"/>
              <w:bottom w:val="single" w:sz="8" w:space="0" w:color="1F4E78"/>
              <w:right w:val="single" w:sz="8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568515" w14:textId="77777777" w:rsidR="00774DA8" w:rsidRDefault="00723E45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30"/>
              </w:rPr>
              <w:t>ALLEGATO D</w:t>
            </w:r>
            <w:r>
              <w:rPr>
                <w:b/>
                <w:color w:val="FFFFFF"/>
                <w:sz w:val="30"/>
              </w:rPr>
              <w:br/>
              <w:t>SCHEMA DI PROPOSTA FORMATIVA PER L’INCARICO DI ESPERTO</w:t>
            </w:r>
          </w:p>
        </w:tc>
      </w:tr>
    </w:tbl>
    <w:p w14:paraId="6AA2E05E" w14:textId="77777777" w:rsidR="00774DA8" w:rsidRDefault="00774DA8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087"/>
      </w:tblGrid>
      <w:tr w:rsidR="00774DA8" w14:paraId="3C6AEB98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8665DF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Programma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FEC8D2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8"/>
              </w:rPr>
              <w:t>Programma Nazionale “Scuola e competenze” 2021-2027 – FSE+</w:t>
            </w:r>
          </w:p>
        </w:tc>
      </w:tr>
      <w:tr w:rsidR="00774DA8" w14:paraId="4D0C1EFC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DCEEBF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Avviso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2C00EFE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8"/>
              </w:rPr>
              <w:t>Prot. n. 95165 del 24 aprile 2026 – “Formazione docenti”</w:t>
            </w:r>
          </w:p>
        </w:tc>
      </w:tr>
      <w:tr w:rsidR="00774DA8" w14:paraId="687E6198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0D74FF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Codice progetto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4E5777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ESO4.5.A2.B-FSEPN-SI-2026-35</w:t>
            </w:r>
          </w:p>
        </w:tc>
      </w:tr>
      <w:tr w:rsidR="00774DA8" w14:paraId="7AF31D9E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72FD9A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Titolo progetto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77E0AC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Formazione docenti</w:t>
            </w:r>
          </w:p>
        </w:tc>
      </w:tr>
      <w:tr w:rsidR="00774DA8" w14:paraId="23B44828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2F75B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C42F68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CUP</w:t>
            </w:r>
          </w:p>
        </w:tc>
        <w:tc>
          <w:tcPr>
            <w:tcW w:w="7087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5B901C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J54D26002560007</w:t>
            </w:r>
          </w:p>
        </w:tc>
      </w:tr>
    </w:tbl>
    <w:p w14:paraId="5640F308" w14:textId="77777777" w:rsidR="00774DA8" w:rsidRDefault="00774DA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010F59EE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B86535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1. DATI DEL/DELLA CANDIDATO/A E POSIZIONE RICHIESTA</w:t>
            </w:r>
          </w:p>
        </w:tc>
      </w:tr>
    </w:tbl>
    <w:p w14:paraId="44F9B15D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53"/>
        <w:gridCol w:w="2831"/>
        <w:gridCol w:w="1869"/>
        <w:gridCol w:w="3617"/>
      </w:tblGrid>
      <w:tr w:rsidR="00774DA8" w14:paraId="2F474F2E" w14:textId="77777777">
        <w:tc>
          <w:tcPr>
            <w:tcW w:w="215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161594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Cognome e nome</w:t>
            </w: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469711" w14:textId="77777777" w:rsidR="00774DA8" w:rsidRDefault="00774DA8">
            <w:pPr>
              <w:spacing w:after="0" w:line="240" w:lineRule="auto"/>
            </w:pPr>
          </w:p>
        </w:tc>
        <w:tc>
          <w:tcPr>
            <w:tcW w:w="187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1E723E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Codice fiscale</w:t>
            </w: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119329" w14:textId="77777777" w:rsidR="00774DA8" w:rsidRDefault="00774DA8">
            <w:pPr>
              <w:spacing w:after="0" w:line="240" w:lineRule="auto"/>
            </w:pPr>
          </w:p>
        </w:tc>
      </w:tr>
      <w:tr w:rsidR="00774DA8" w14:paraId="52B68936" w14:textId="77777777">
        <w:tc>
          <w:tcPr>
            <w:tcW w:w="215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B575E5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Codice posizione</w:t>
            </w: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78B866" w14:textId="77777777" w:rsidR="00774DA8" w:rsidRDefault="00774DA8">
            <w:pPr>
              <w:spacing w:after="0" w:line="240" w:lineRule="auto"/>
            </w:pPr>
          </w:p>
        </w:tc>
        <w:tc>
          <w:tcPr>
            <w:tcW w:w="187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46CB3D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Modulo</w:t>
            </w: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EFC71D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Modulo 1   ☐ Modulo 2</w:t>
            </w:r>
          </w:p>
        </w:tc>
      </w:tr>
      <w:tr w:rsidR="00774DA8" w14:paraId="3AC391D7" w14:textId="77777777">
        <w:tc>
          <w:tcPr>
            <w:tcW w:w="215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BAC91D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Titolo del modulo</w:t>
            </w:r>
          </w:p>
        </w:tc>
        <w:tc>
          <w:tcPr>
            <w:tcW w:w="1871" w:type="dxa"/>
            <w:gridSpan w:val="2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C237F8" w14:textId="77777777" w:rsidR="00774DA8" w:rsidRDefault="00774DA8">
            <w:pPr>
              <w:spacing w:after="0" w:line="240" w:lineRule="auto"/>
            </w:pPr>
          </w:p>
          <w:p w14:paraId="64EA2E83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Durata</w:t>
            </w: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073687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10 ore</w:t>
            </w:r>
          </w:p>
        </w:tc>
      </w:tr>
      <w:tr w:rsidR="00774DA8" w14:paraId="39902098" w14:textId="77777777">
        <w:tc>
          <w:tcPr>
            <w:tcW w:w="215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BEB2CE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Profilo richiesto</w:t>
            </w:r>
          </w:p>
        </w:tc>
        <w:tc>
          <w:tcPr>
            <w:tcW w:w="2835" w:type="dxa"/>
            <w:gridSpan w:val="3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DE7089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Esperto ABA e inclusione    ☐ Esperto didattica immersiva    ☐ Esperto IA nella didattica</w:t>
            </w:r>
          </w:p>
        </w:tc>
      </w:tr>
      <w:tr w:rsidR="00774DA8" w14:paraId="189717CB" w14:textId="77777777">
        <w:tc>
          <w:tcPr>
            <w:tcW w:w="215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3F457A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Titolo proposto per l’unità formativa</w:t>
            </w:r>
          </w:p>
        </w:tc>
        <w:tc>
          <w:tcPr>
            <w:tcW w:w="2835" w:type="dxa"/>
            <w:gridSpan w:val="3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59467E" w14:textId="77777777" w:rsidR="00774DA8" w:rsidRDefault="00774DA8">
            <w:pPr>
              <w:spacing w:after="0" w:line="240" w:lineRule="auto"/>
            </w:pPr>
          </w:p>
          <w:p w14:paraId="6AF21C33" w14:textId="77777777" w:rsidR="00774DA8" w:rsidRDefault="00774DA8">
            <w:pPr>
              <w:spacing w:after="0" w:line="240" w:lineRule="auto"/>
            </w:pPr>
          </w:p>
          <w:p w14:paraId="6530B4DB" w14:textId="77777777" w:rsidR="00774DA8" w:rsidRDefault="00774DA8">
            <w:pPr>
              <w:spacing w:after="0" w:line="240" w:lineRule="auto"/>
            </w:pPr>
          </w:p>
        </w:tc>
      </w:tr>
      <w:tr w:rsidR="00774DA8" w14:paraId="08DBCDDA" w14:textId="77777777">
        <w:tc>
          <w:tcPr>
            <w:tcW w:w="2154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787F3D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Avviso di selezione</w:t>
            </w:r>
          </w:p>
        </w:tc>
        <w:tc>
          <w:tcPr>
            <w:tcW w:w="1871" w:type="dxa"/>
            <w:gridSpan w:val="2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B645B6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Prot. n. [PROTOCOLLO] del [DATA]</w:t>
            </w:r>
          </w:p>
          <w:p w14:paraId="3F9D4F61" w14:textId="77777777" w:rsidR="00774DA8" w:rsidRDefault="00774DA8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FB042C" w14:textId="77777777" w:rsidR="00774DA8" w:rsidRDefault="00774DA8">
            <w:pPr>
              <w:spacing w:after="0" w:line="240" w:lineRule="auto"/>
            </w:pPr>
          </w:p>
        </w:tc>
      </w:tr>
      <w:tr w:rsidR="00774DA8" w14:paraId="62916987" w14:textId="77777777">
        <w:tc>
          <w:tcPr>
            <w:tcW w:w="10482" w:type="dxa"/>
            <w:gridSpan w:val="4"/>
            <w:tcBorders>
              <w:top w:val="single" w:sz="5" w:space="0" w:color="D6B656"/>
              <w:left w:val="single" w:sz="5" w:space="0" w:color="D6B656"/>
              <w:bottom w:val="single" w:sz="5" w:space="0" w:color="D6B656"/>
              <w:right w:val="single" w:sz="5" w:space="0" w:color="D6B656"/>
            </w:tcBorders>
            <w:shd w:val="clear" w:color="auto" w:fill="FFF2CC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74CAB5" w14:textId="77777777" w:rsidR="00774DA8" w:rsidRDefault="00723E45">
            <w:pPr>
              <w:spacing w:after="0" w:line="240" w:lineRule="auto"/>
            </w:pPr>
            <w:r>
              <w:rPr>
                <w:b/>
                <w:color w:val="1F4E78"/>
                <w:sz w:val="18"/>
              </w:rPr>
              <w:t>La proposta deve riferirsi a una sola posizione e a una sola unità formativa di 10 ore. Per più profili devono essere presentate proposte distinte.</w:t>
            </w:r>
          </w:p>
        </w:tc>
      </w:tr>
      <w:tr w:rsidR="00774DA8" w14:paraId="78287EC0" w14:textId="77777777">
        <w:tblPrEx>
          <w:jc w:val="center"/>
        </w:tblPrEx>
        <w:trPr>
          <w:jc w:val="center"/>
        </w:trPr>
        <w:tc>
          <w:tcPr>
            <w:tcW w:w="10482" w:type="dxa"/>
            <w:gridSpan w:val="4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8A4FE8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2. DESCRIZIONE SINTETICA DELLA PROPOSTA</w:t>
            </w:r>
          </w:p>
        </w:tc>
      </w:tr>
    </w:tbl>
    <w:p w14:paraId="4493752D" w14:textId="77777777" w:rsidR="00774DA8" w:rsidRDefault="00774DA8">
      <w:pPr>
        <w:spacing w:after="0"/>
      </w:pPr>
    </w:p>
    <w:p w14:paraId="680308B3" w14:textId="77777777" w:rsidR="00774DA8" w:rsidRDefault="00723E45">
      <w:pPr>
        <w:spacing w:after="60"/>
      </w:pPr>
      <w:r>
        <w:rPr>
          <w:color w:val="1F1F1F"/>
          <w:sz w:val="18"/>
        </w:rPr>
        <w:t>Descrivere finalità, impostazione metodologica e coerenza con il modulo autorizzato.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4028C39E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71B48F" w14:textId="77777777" w:rsidR="00774DA8" w:rsidRDefault="00774DA8">
            <w:pPr>
              <w:spacing w:after="0" w:line="240" w:lineRule="auto"/>
            </w:pPr>
          </w:p>
        </w:tc>
      </w:tr>
      <w:tr w:rsidR="00774DA8" w14:paraId="55C519B5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E54CED" w14:textId="77777777" w:rsidR="00774DA8" w:rsidRDefault="00774DA8">
            <w:pPr>
              <w:spacing w:after="0" w:line="240" w:lineRule="auto"/>
            </w:pPr>
          </w:p>
        </w:tc>
      </w:tr>
      <w:tr w:rsidR="00774DA8" w14:paraId="68B53BD2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78071B" w14:textId="77777777" w:rsidR="00774DA8" w:rsidRDefault="00774DA8">
            <w:pPr>
              <w:spacing w:after="0" w:line="240" w:lineRule="auto"/>
            </w:pPr>
          </w:p>
        </w:tc>
      </w:tr>
      <w:tr w:rsidR="00774DA8" w14:paraId="1A64F04B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C4DD28" w14:textId="77777777" w:rsidR="00774DA8" w:rsidRDefault="00774DA8">
            <w:pPr>
              <w:spacing w:after="0" w:line="240" w:lineRule="auto"/>
            </w:pPr>
          </w:p>
        </w:tc>
      </w:tr>
      <w:tr w:rsidR="00774DA8" w14:paraId="5396F514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633FE5" w14:textId="77777777" w:rsidR="00774DA8" w:rsidRDefault="00774DA8">
            <w:pPr>
              <w:spacing w:after="0" w:line="240" w:lineRule="auto"/>
            </w:pPr>
          </w:p>
        </w:tc>
      </w:tr>
    </w:tbl>
    <w:p w14:paraId="6144E5A4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216A6E3D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2ABB91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3. ANALISI DEI BISOGNI FORMATIVI</w:t>
            </w:r>
          </w:p>
        </w:tc>
      </w:tr>
    </w:tbl>
    <w:p w14:paraId="0B13D55B" w14:textId="77777777" w:rsidR="00774DA8" w:rsidRDefault="00774DA8">
      <w:pPr>
        <w:spacing w:after="0"/>
      </w:pPr>
    </w:p>
    <w:p w14:paraId="12ECCA92" w14:textId="77777777" w:rsidR="00774DA8" w:rsidRDefault="00723E45">
      <w:pPr>
        <w:spacing w:after="60"/>
      </w:pPr>
      <w:r>
        <w:rPr>
          <w:color w:val="1F1F1F"/>
          <w:sz w:val="18"/>
        </w:rPr>
        <w:t>Indicare i bisogni professionali dei docenti ai quali il percorso intende rispondere.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7B44DCAA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23F398" w14:textId="77777777" w:rsidR="00774DA8" w:rsidRDefault="00774DA8">
            <w:pPr>
              <w:spacing w:after="0" w:line="240" w:lineRule="auto"/>
            </w:pPr>
          </w:p>
        </w:tc>
      </w:tr>
      <w:tr w:rsidR="00774DA8" w14:paraId="72A3F46B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D26CC8" w14:textId="77777777" w:rsidR="00774DA8" w:rsidRDefault="00774DA8">
            <w:pPr>
              <w:spacing w:after="0" w:line="240" w:lineRule="auto"/>
            </w:pPr>
          </w:p>
        </w:tc>
      </w:tr>
      <w:tr w:rsidR="00774DA8" w14:paraId="5B60BFC9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E49CD1" w14:textId="77777777" w:rsidR="00774DA8" w:rsidRDefault="00774DA8">
            <w:pPr>
              <w:spacing w:after="0" w:line="240" w:lineRule="auto"/>
            </w:pPr>
          </w:p>
        </w:tc>
      </w:tr>
      <w:tr w:rsidR="00774DA8" w14:paraId="0B614CC1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AA7543" w14:textId="77777777" w:rsidR="00774DA8" w:rsidRDefault="00774DA8">
            <w:pPr>
              <w:spacing w:after="0" w:line="240" w:lineRule="auto"/>
            </w:pPr>
          </w:p>
        </w:tc>
      </w:tr>
      <w:tr w:rsidR="00774DA8" w14:paraId="22A71BA3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CA518B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4. DESTINATARI</w:t>
            </w:r>
          </w:p>
        </w:tc>
      </w:tr>
    </w:tbl>
    <w:p w14:paraId="7FDC0365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2"/>
        <w:gridCol w:w="6788"/>
      </w:tblGrid>
      <w:tr w:rsidR="00774DA8" w14:paraId="67077741" w14:textId="77777777">
        <w:tc>
          <w:tcPr>
            <w:tcW w:w="36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7B28F6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Ordine o grado di scuola interessato</w:t>
            </w:r>
          </w:p>
        </w:tc>
        <w:tc>
          <w:tcPr>
            <w:tcW w:w="60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DF352B" w14:textId="77777777" w:rsidR="00774DA8" w:rsidRDefault="00774DA8">
            <w:pPr>
              <w:spacing w:after="0" w:line="240" w:lineRule="auto"/>
            </w:pPr>
          </w:p>
        </w:tc>
      </w:tr>
      <w:tr w:rsidR="00774DA8" w14:paraId="66F48085" w14:textId="77777777">
        <w:tc>
          <w:tcPr>
            <w:tcW w:w="36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76E124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Profilo dei corsisti</w:t>
            </w:r>
          </w:p>
        </w:tc>
        <w:tc>
          <w:tcPr>
            <w:tcW w:w="60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A7E476" w14:textId="77777777" w:rsidR="00774DA8" w:rsidRDefault="00774DA8">
            <w:pPr>
              <w:spacing w:after="0" w:line="240" w:lineRule="auto"/>
            </w:pPr>
          </w:p>
        </w:tc>
      </w:tr>
      <w:tr w:rsidR="00774DA8" w14:paraId="3D539DF3" w14:textId="77777777">
        <w:tc>
          <w:tcPr>
            <w:tcW w:w="36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F35FAF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Prerequisiti eventualmente richiesti</w:t>
            </w:r>
          </w:p>
        </w:tc>
        <w:tc>
          <w:tcPr>
            <w:tcW w:w="60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AA8F99" w14:textId="77777777" w:rsidR="00774DA8" w:rsidRDefault="00774DA8">
            <w:pPr>
              <w:spacing w:after="0" w:line="240" w:lineRule="auto"/>
            </w:pPr>
          </w:p>
        </w:tc>
      </w:tr>
      <w:tr w:rsidR="00774DA8" w14:paraId="443132A9" w14:textId="77777777">
        <w:tc>
          <w:tcPr>
            <w:tcW w:w="36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DF440D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Numero indicativo di partecipanti</w:t>
            </w:r>
          </w:p>
        </w:tc>
        <w:tc>
          <w:tcPr>
            <w:tcW w:w="60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427938" w14:textId="77777777" w:rsidR="00774DA8" w:rsidRDefault="00774DA8">
            <w:pPr>
              <w:spacing w:after="0" w:line="240" w:lineRule="auto"/>
            </w:pPr>
          </w:p>
        </w:tc>
      </w:tr>
      <w:tr w:rsidR="00774DA8" w14:paraId="67C6C219" w14:textId="77777777">
        <w:tc>
          <w:tcPr>
            <w:tcW w:w="36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7144A7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Bisogni specifici considerati</w:t>
            </w:r>
          </w:p>
        </w:tc>
        <w:tc>
          <w:tcPr>
            <w:tcW w:w="6066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638A8B" w14:textId="77777777" w:rsidR="00774DA8" w:rsidRDefault="00774DA8">
            <w:pPr>
              <w:spacing w:after="0" w:line="240" w:lineRule="auto"/>
            </w:pPr>
          </w:p>
        </w:tc>
      </w:tr>
      <w:tr w:rsidR="00774DA8" w14:paraId="5EA5072B" w14:textId="77777777">
        <w:tblPrEx>
          <w:jc w:val="center"/>
        </w:tblPrEx>
        <w:trPr>
          <w:jc w:val="center"/>
        </w:trPr>
        <w:tc>
          <w:tcPr>
            <w:tcW w:w="10482" w:type="dxa"/>
            <w:gridSpan w:val="2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111D7C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5. FINALITÀ GENERALI</w:t>
            </w:r>
          </w:p>
        </w:tc>
      </w:tr>
    </w:tbl>
    <w:p w14:paraId="7C10F6C0" w14:textId="77777777" w:rsidR="00774DA8" w:rsidRDefault="00774DA8">
      <w:pPr>
        <w:spacing w:after="0"/>
      </w:pPr>
    </w:p>
    <w:p w14:paraId="31D726CD" w14:textId="77777777" w:rsidR="00774DA8" w:rsidRDefault="00723E45">
      <w:pPr>
        <w:spacing w:after="60"/>
      </w:pPr>
      <w:r>
        <w:rPr>
          <w:color w:val="1F1F1F"/>
          <w:sz w:val="18"/>
        </w:rPr>
        <w:t>Indicare le finalità generali dell’unità formativa.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42CD832B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F8547A" w14:textId="77777777" w:rsidR="00774DA8" w:rsidRDefault="00774DA8">
            <w:pPr>
              <w:spacing w:after="0" w:line="240" w:lineRule="auto"/>
            </w:pPr>
          </w:p>
        </w:tc>
      </w:tr>
      <w:tr w:rsidR="00774DA8" w14:paraId="381C1D20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2DE0F6" w14:textId="77777777" w:rsidR="00774DA8" w:rsidRDefault="00774DA8">
            <w:pPr>
              <w:spacing w:after="0" w:line="240" w:lineRule="auto"/>
            </w:pPr>
          </w:p>
        </w:tc>
      </w:tr>
      <w:tr w:rsidR="00774DA8" w14:paraId="024A93DB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9633B6" w14:textId="77777777" w:rsidR="00774DA8" w:rsidRDefault="00774DA8">
            <w:pPr>
              <w:spacing w:after="0" w:line="240" w:lineRule="auto"/>
            </w:pPr>
          </w:p>
        </w:tc>
      </w:tr>
      <w:tr w:rsidR="00774DA8" w14:paraId="415C0A1F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16D7A8" w14:textId="77777777" w:rsidR="00774DA8" w:rsidRDefault="00774DA8">
            <w:pPr>
              <w:spacing w:after="0" w:line="240" w:lineRule="auto"/>
            </w:pPr>
          </w:p>
        </w:tc>
      </w:tr>
      <w:tr w:rsidR="00774DA8" w14:paraId="42CEF2EA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FD19AF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6. OBIETTIVI FORMATIVI</w:t>
            </w:r>
          </w:p>
        </w:tc>
      </w:tr>
    </w:tbl>
    <w:p w14:paraId="1849D886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9071"/>
      </w:tblGrid>
      <w:tr w:rsidR="00774DA8" w14:paraId="78CF4234" w14:textId="77777777"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044B2B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N.</w:t>
            </w:r>
          </w:p>
        </w:tc>
        <w:tc>
          <w:tcPr>
            <w:tcW w:w="907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C49D32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Al termine dell’unità formativa i partecipanti dovranno essere in grado di:</w:t>
            </w:r>
          </w:p>
        </w:tc>
      </w:tr>
      <w:tr w:rsidR="00774DA8" w14:paraId="6A540527" w14:textId="77777777"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2BCA30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1</w:t>
            </w:r>
          </w:p>
        </w:tc>
        <w:tc>
          <w:tcPr>
            <w:tcW w:w="907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F872AC" w14:textId="77777777" w:rsidR="00774DA8" w:rsidRDefault="00774DA8">
            <w:pPr>
              <w:spacing w:after="0" w:line="240" w:lineRule="auto"/>
            </w:pPr>
          </w:p>
        </w:tc>
      </w:tr>
      <w:tr w:rsidR="00774DA8" w14:paraId="14B9A93C" w14:textId="77777777"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568CC0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2</w:t>
            </w:r>
          </w:p>
        </w:tc>
        <w:tc>
          <w:tcPr>
            <w:tcW w:w="907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626495" w14:textId="77777777" w:rsidR="00774DA8" w:rsidRDefault="00774DA8">
            <w:pPr>
              <w:spacing w:after="0" w:line="240" w:lineRule="auto"/>
            </w:pPr>
          </w:p>
        </w:tc>
      </w:tr>
      <w:tr w:rsidR="00774DA8" w14:paraId="19391996" w14:textId="77777777"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9E1513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3</w:t>
            </w:r>
          </w:p>
        </w:tc>
        <w:tc>
          <w:tcPr>
            <w:tcW w:w="907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9B4F2C" w14:textId="77777777" w:rsidR="00774DA8" w:rsidRDefault="00774DA8">
            <w:pPr>
              <w:spacing w:after="0" w:line="240" w:lineRule="auto"/>
            </w:pPr>
          </w:p>
        </w:tc>
      </w:tr>
      <w:tr w:rsidR="00774DA8" w14:paraId="4841CD4E" w14:textId="77777777"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9757B9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4</w:t>
            </w:r>
          </w:p>
        </w:tc>
        <w:tc>
          <w:tcPr>
            <w:tcW w:w="907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0D31F1" w14:textId="77777777" w:rsidR="00774DA8" w:rsidRDefault="00774DA8">
            <w:pPr>
              <w:spacing w:after="0" w:line="240" w:lineRule="auto"/>
            </w:pPr>
          </w:p>
        </w:tc>
      </w:tr>
      <w:tr w:rsidR="00774DA8" w14:paraId="37C979AF" w14:textId="77777777">
        <w:tc>
          <w:tcPr>
            <w:tcW w:w="68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6E129D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7"/>
              </w:rPr>
              <w:t>5</w:t>
            </w:r>
          </w:p>
        </w:tc>
        <w:tc>
          <w:tcPr>
            <w:tcW w:w="907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CCCC60" w14:textId="77777777" w:rsidR="00774DA8" w:rsidRDefault="00774DA8">
            <w:pPr>
              <w:spacing w:after="0" w:line="240" w:lineRule="auto"/>
            </w:pPr>
          </w:p>
        </w:tc>
      </w:tr>
    </w:tbl>
    <w:p w14:paraId="474DFD40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1869C865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F94F74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7. COMPETENZE ATTESE</w:t>
            </w:r>
          </w:p>
        </w:tc>
      </w:tr>
    </w:tbl>
    <w:p w14:paraId="2D398776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49"/>
        <w:gridCol w:w="7921"/>
      </w:tblGrid>
      <w:tr w:rsidR="00774DA8" w14:paraId="3D462395" w14:textId="77777777">
        <w:tc>
          <w:tcPr>
            <w:tcW w:w="255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0E7942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Competenza</w:t>
            </w:r>
          </w:p>
        </w:tc>
        <w:tc>
          <w:tcPr>
            <w:tcW w:w="720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4EA614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Descrizione</w:t>
            </w:r>
          </w:p>
        </w:tc>
      </w:tr>
      <w:tr w:rsidR="00774DA8" w14:paraId="3B575D99" w14:textId="77777777">
        <w:tc>
          <w:tcPr>
            <w:tcW w:w="255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CFEE8F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Competenza n. 1</w:t>
            </w:r>
          </w:p>
        </w:tc>
        <w:tc>
          <w:tcPr>
            <w:tcW w:w="720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FFBF37" w14:textId="77777777" w:rsidR="00774DA8" w:rsidRDefault="00774DA8">
            <w:pPr>
              <w:spacing w:after="0" w:line="240" w:lineRule="auto"/>
            </w:pPr>
          </w:p>
        </w:tc>
      </w:tr>
      <w:tr w:rsidR="00774DA8" w14:paraId="63AA829F" w14:textId="77777777">
        <w:tc>
          <w:tcPr>
            <w:tcW w:w="255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AE8E66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Competenza n. 2</w:t>
            </w:r>
          </w:p>
        </w:tc>
        <w:tc>
          <w:tcPr>
            <w:tcW w:w="720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99B466" w14:textId="77777777" w:rsidR="00774DA8" w:rsidRDefault="00774DA8">
            <w:pPr>
              <w:spacing w:after="0" w:line="240" w:lineRule="auto"/>
            </w:pPr>
          </w:p>
        </w:tc>
      </w:tr>
      <w:tr w:rsidR="00774DA8" w14:paraId="30A5EA84" w14:textId="77777777">
        <w:tc>
          <w:tcPr>
            <w:tcW w:w="255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61F83D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Competenza n. 3</w:t>
            </w:r>
          </w:p>
        </w:tc>
        <w:tc>
          <w:tcPr>
            <w:tcW w:w="720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7CF3E9" w14:textId="77777777" w:rsidR="00774DA8" w:rsidRDefault="00774DA8">
            <w:pPr>
              <w:spacing w:after="0" w:line="240" w:lineRule="auto"/>
            </w:pPr>
          </w:p>
        </w:tc>
      </w:tr>
      <w:tr w:rsidR="00774DA8" w14:paraId="1E6E7BCF" w14:textId="77777777">
        <w:tc>
          <w:tcPr>
            <w:tcW w:w="255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229E9F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Competenza n. 4</w:t>
            </w:r>
          </w:p>
        </w:tc>
        <w:tc>
          <w:tcPr>
            <w:tcW w:w="720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2C1D58" w14:textId="77777777" w:rsidR="00774DA8" w:rsidRDefault="00774DA8">
            <w:pPr>
              <w:spacing w:after="0" w:line="240" w:lineRule="auto"/>
            </w:pPr>
          </w:p>
        </w:tc>
      </w:tr>
      <w:tr w:rsidR="00774DA8" w14:paraId="1120A366" w14:textId="77777777">
        <w:tc>
          <w:tcPr>
            <w:tcW w:w="255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906894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Competenza n. 5</w:t>
            </w:r>
          </w:p>
        </w:tc>
        <w:tc>
          <w:tcPr>
            <w:tcW w:w="720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208A7F8" w14:textId="77777777" w:rsidR="00774DA8" w:rsidRDefault="00774DA8">
            <w:pPr>
              <w:spacing w:after="0" w:line="240" w:lineRule="auto"/>
            </w:pPr>
          </w:p>
        </w:tc>
      </w:tr>
      <w:tr w:rsidR="00774DA8" w14:paraId="4299A65D" w14:textId="77777777">
        <w:tblPrEx>
          <w:jc w:val="center"/>
        </w:tblPrEx>
        <w:trPr>
          <w:jc w:val="center"/>
        </w:trPr>
        <w:tc>
          <w:tcPr>
            <w:tcW w:w="10482" w:type="dxa"/>
            <w:gridSpan w:val="2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292C6A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8. CONTENUTI FORMATIVI</w:t>
            </w:r>
          </w:p>
        </w:tc>
      </w:tr>
    </w:tbl>
    <w:p w14:paraId="1B901F0B" w14:textId="77777777" w:rsidR="00774DA8" w:rsidRDefault="00774DA8">
      <w:pPr>
        <w:spacing w:after="0"/>
      </w:pPr>
    </w:p>
    <w:p w14:paraId="0303B9FF" w14:textId="77777777" w:rsidR="00774DA8" w:rsidRDefault="00723E45">
      <w:pPr>
        <w:spacing w:after="60"/>
      </w:pPr>
      <w:r>
        <w:rPr>
          <w:color w:val="1F1F1F"/>
          <w:sz w:val="18"/>
        </w:rPr>
        <w:t>Descrivere analiticamente i contenuti che saranno affrontati.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31D5B5CD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032CAD" w14:textId="77777777" w:rsidR="00774DA8" w:rsidRDefault="00774DA8">
            <w:pPr>
              <w:spacing w:after="0" w:line="240" w:lineRule="auto"/>
            </w:pPr>
          </w:p>
        </w:tc>
      </w:tr>
      <w:tr w:rsidR="00774DA8" w14:paraId="64D9AC2A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AC58DB" w14:textId="77777777" w:rsidR="00774DA8" w:rsidRDefault="00774DA8">
            <w:pPr>
              <w:spacing w:after="0" w:line="240" w:lineRule="auto"/>
            </w:pPr>
          </w:p>
        </w:tc>
      </w:tr>
      <w:tr w:rsidR="00774DA8" w14:paraId="7FA08B2A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AEA299" w14:textId="77777777" w:rsidR="00774DA8" w:rsidRDefault="00774DA8">
            <w:pPr>
              <w:spacing w:after="0" w:line="240" w:lineRule="auto"/>
            </w:pPr>
          </w:p>
        </w:tc>
      </w:tr>
      <w:tr w:rsidR="00774DA8" w14:paraId="3E032D38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07C451" w14:textId="77777777" w:rsidR="00774DA8" w:rsidRDefault="00774DA8">
            <w:pPr>
              <w:spacing w:after="0" w:line="240" w:lineRule="auto"/>
            </w:pPr>
          </w:p>
        </w:tc>
      </w:tr>
      <w:tr w:rsidR="00774DA8" w14:paraId="3497192B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EA965C" w14:textId="77777777" w:rsidR="00774DA8" w:rsidRDefault="00774DA8">
            <w:pPr>
              <w:spacing w:after="0" w:line="240" w:lineRule="auto"/>
            </w:pPr>
          </w:p>
        </w:tc>
      </w:tr>
      <w:tr w:rsidR="00774DA8" w14:paraId="4E54754A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AD66FB" w14:textId="77777777" w:rsidR="00774DA8" w:rsidRDefault="00774DA8">
            <w:pPr>
              <w:spacing w:after="0" w:line="240" w:lineRule="auto"/>
            </w:pPr>
          </w:p>
        </w:tc>
      </w:tr>
      <w:tr w:rsidR="00774DA8" w14:paraId="241D8F8C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246403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9. ARTICOLAZIONE DELLE 10 ORE</w:t>
            </w:r>
          </w:p>
        </w:tc>
      </w:tr>
    </w:tbl>
    <w:p w14:paraId="1D18BA24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3"/>
        <w:gridCol w:w="1019"/>
        <w:gridCol w:w="2321"/>
        <w:gridCol w:w="2321"/>
        <w:gridCol w:w="1700"/>
        <w:gridCol w:w="2316"/>
      </w:tblGrid>
      <w:tr w:rsidR="00774DA8" w14:paraId="46964340" w14:textId="77777777">
        <w:trPr>
          <w:tblHeader/>
        </w:trPr>
        <w:tc>
          <w:tcPr>
            <w:tcW w:w="79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A9A71B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Incontro</w:t>
            </w:r>
          </w:p>
        </w:tc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7CA134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Durata</w:t>
            </w: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414565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Contenuti</w:t>
            </w: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10171F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Attività previste</w:t>
            </w:r>
          </w:p>
        </w:tc>
        <w:tc>
          <w:tcPr>
            <w:tcW w:w="170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53DB99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Metodologia</w:t>
            </w: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21C6687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4"/>
              </w:rPr>
              <w:t>Prodotto / risultato atteso</w:t>
            </w:r>
          </w:p>
        </w:tc>
      </w:tr>
      <w:tr w:rsidR="00774DA8" w14:paraId="418D56E1" w14:textId="77777777">
        <w:trPr>
          <w:cantSplit/>
        </w:trPr>
        <w:tc>
          <w:tcPr>
            <w:tcW w:w="79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9ED1FC" w14:textId="77777777" w:rsidR="00774DA8" w:rsidRDefault="00723E45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1</w:t>
            </w:r>
          </w:p>
        </w:tc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EA5AF5" w14:textId="77777777" w:rsidR="00774DA8" w:rsidRDefault="00774DA8">
            <w:pPr>
              <w:spacing w:after="0" w:line="240" w:lineRule="auto"/>
              <w:jc w:val="center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B03B80" w14:textId="77777777" w:rsidR="00774DA8" w:rsidRDefault="00774DA8">
            <w:pPr>
              <w:spacing w:after="0" w:line="240" w:lineRule="auto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E776D0" w14:textId="77777777" w:rsidR="00774DA8" w:rsidRDefault="00774DA8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C5F72F" w14:textId="77777777" w:rsidR="00774DA8" w:rsidRDefault="00774DA8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A895F3" w14:textId="77777777" w:rsidR="00774DA8" w:rsidRDefault="00774DA8">
            <w:pPr>
              <w:spacing w:after="0" w:line="240" w:lineRule="auto"/>
            </w:pPr>
          </w:p>
        </w:tc>
      </w:tr>
      <w:tr w:rsidR="00774DA8" w14:paraId="041B637C" w14:textId="77777777">
        <w:trPr>
          <w:cantSplit/>
        </w:trPr>
        <w:tc>
          <w:tcPr>
            <w:tcW w:w="79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4ADA24" w14:textId="77777777" w:rsidR="00774DA8" w:rsidRDefault="00723E45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2</w:t>
            </w:r>
          </w:p>
        </w:tc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9F8033" w14:textId="77777777" w:rsidR="00774DA8" w:rsidRDefault="00774DA8">
            <w:pPr>
              <w:spacing w:after="0" w:line="240" w:lineRule="auto"/>
              <w:jc w:val="center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061EA9" w14:textId="77777777" w:rsidR="00774DA8" w:rsidRDefault="00774DA8">
            <w:pPr>
              <w:spacing w:after="0" w:line="240" w:lineRule="auto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D31615" w14:textId="77777777" w:rsidR="00774DA8" w:rsidRDefault="00774DA8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02F18F" w14:textId="77777777" w:rsidR="00774DA8" w:rsidRDefault="00774DA8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F9AAD5" w14:textId="77777777" w:rsidR="00774DA8" w:rsidRDefault="00774DA8">
            <w:pPr>
              <w:spacing w:after="0" w:line="240" w:lineRule="auto"/>
            </w:pPr>
          </w:p>
        </w:tc>
      </w:tr>
      <w:tr w:rsidR="00774DA8" w14:paraId="4B607A60" w14:textId="77777777">
        <w:trPr>
          <w:cantSplit/>
        </w:trPr>
        <w:tc>
          <w:tcPr>
            <w:tcW w:w="79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C42C8A" w14:textId="77777777" w:rsidR="00774DA8" w:rsidRDefault="00723E45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3</w:t>
            </w:r>
          </w:p>
        </w:tc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ED761E" w14:textId="77777777" w:rsidR="00774DA8" w:rsidRDefault="00774DA8">
            <w:pPr>
              <w:spacing w:after="0" w:line="240" w:lineRule="auto"/>
              <w:jc w:val="center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D94D07" w14:textId="77777777" w:rsidR="00774DA8" w:rsidRDefault="00774DA8">
            <w:pPr>
              <w:spacing w:after="0" w:line="240" w:lineRule="auto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6CEBE5" w14:textId="77777777" w:rsidR="00774DA8" w:rsidRDefault="00774DA8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A28EAD" w14:textId="77777777" w:rsidR="00774DA8" w:rsidRDefault="00774DA8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485E90" w14:textId="77777777" w:rsidR="00774DA8" w:rsidRDefault="00774DA8">
            <w:pPr>
              <w:spacing w:after="0" w:line="240" w:lineRule="auto"/>
            </w:pPr>
          </w:p>
        </w:tc>
      </w:tr>
      <w:tr w:rsidR="00774DA8" w14:paraId="4C04000F" w14:textId="77777777">
        <w:trPr>
          <w:cantSplit/>
        </w:trPr>
        <w:tc>
          <w:tcPr>
            <w:tcW w:w="79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439A54" w14:textId="77777777" w:rsidR="00774DA8" w:rsidRDefault="00723E45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4</w:t>
            </w:r>
          </w:p>
        </w:tc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84601B" w14:textId="77777777" w:rsidR="00774DA8" w:rsidRDefault="00774DA8">
            <w:pPr>
              <w:spacing w:after="0" w:line="240" w:lineRule="auto"/>
              <w:jc w:val="center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67D29C" w14:textId="77777777" w:rsidR="00774DA8" w:rsidRDefault="00774DA8">
            <w:pPr>
              <w:spacing w:after="0" w:line="240" w:lineRule="auto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E078C9A" w14:textId="77777777" w:rsidR="00774DA8" w:rsidRDefault="00774DA8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A9D94B" w14:textId="77777777" w:rsidR="00774DA8" w:rsidRDefault="00774DA8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01FAEC" w14:textId="77777777" w:rsidR="00774DA8" w:rsidRDefault="00774DA8">
            <w:pPr>
              <w:spacing w:after="0" w:line="240" w:lineRule="auto"/>
            </w:pPr>
          </w:p>
        </w:tc>
      </w:tr>
      <w:tr w:rsidR="00774DA8" w14:paraId="6CF28A3A" w14:textId="77777777">
        <w:trPr>
          <w:cantSplit/>
        </w:trPr>
        <w:tc>
          <w:tcPr>
            <w:tcW w:w="79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830E7F" w14:textId="77777777" w:rsidR="00774DA8" w:rsidRDefault="00723E45">
            <w:pPr>
              <w:spacing w:after="0" w:line="240" w:lineRule="auto"/>
              <w:jc w:val="center"/>
            </w:pPr>
            <w:r>
              <w:rPr>
                <w:color w:val="1F1F1F"/>
                <w:sz w:val="15"/>
              </w:rPr>
              <w:t>5</w:t>
            </w:r>
          </w:p>
        </w:tc>
        <w:tc>
          <w:tcPr>
            <w:tcW w:w="1020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D0102D" w14:textId="77777777" w:rsidR="00774DA8" w:rsidRDefault="00774DA8">
            <w:pPr>
              <w:spacing w:after="0" w:line="240" w:lineRule="auto"/>
              <w:jc w:val="center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0979B9" w14:textId="77777777" w:rsidR="00774DA8" w:rsidRDefault="00774DA8">
            <w:pPr>
              <w:spacing w:after="0" w:line="240" w:lineRule="auto"/>
            </w:pPr>
          </w:p>
        </w:tc>
        <w:tc>
          <w:tcPr>
            <w:tcW w:w="232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8F6CD9" w14:textId="77777777" w:rsidR="00774DA8" w:rsidRDefault="00774DA8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4F94FB" w14:textId="77777777" w:rsidR="00774DA8" w:rsidRDefault="00774DA8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1313FC" w14:textId="77777777" w:rsidR="00774DA8" w:rsidRDefault="00774DA8">
            <w:pPr>
              <w:spacing w:after="0" w:line="240" w:lineRule="auto"/>
            </w:pPr>
          </w:p>
        </w:tc>
      </w:tr>
      <w:tr w:rsidR="00774DA8" w14:paraId="1F79E31D" w14:textId="77777777">
        <w:tc>
          <w:tcPr>
            <w:tcW w:w="1701" w:type="dxa"/>
            <w:gridSpan w:val="5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ADD1A0" w14:textId="77777777" w:rsidR="00774DA8" w:rsidRDefault="00723E45">
            <w:pPr>
              <w:spacing w:after="0" w:line="240" w:lineRule="auto"/>
              <w:jc w:val="right"/>
            </w:pPr>
            <w:r>
              <w:rPr>
                <w:b/>
                <w:color w:val="FFFFFF"/>
                <w:sz w:val="17"/>
              </w:rPr>
              <w:t>TOTALE</w:t>
            </w:r>
          </w:p>
        </w:tc>
        <w:tc>
          <w:tcPr>
            <w:tcW w:w="1814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4FB906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10 ore</w:t>
            </w:r>
          </w:p>
        </w:tc>
      </w:tr>
      <w:tr w:rsidR="00774DA8" w14:paraId="0A78C2EF" w14:textId="77777777">
        <w:tblPrEx>
          <w:jc w:val="center"/>
        </w:tblPrEx>
        <w:trPr>
          <w:jc w:val="center"/>
        </w:trPr>
        <w:tc>
          <w:tcPr>
            <w:tcW w:w="10482" w:type="dxa"/>
            <w:gridSpan w:val="6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0A9166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10. METODOLOGIE DIDATTICHE</w:t>
            </w:r>
          </w:p>
        </w:tc>
      </w:tr>
    </w:tbl>
    <w:p w14:paraId="55DB0C3C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774DA8" w14:paraId="4D6B6132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714997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Lezione interattiva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20FFFE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Attività laboratoriale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09A0D2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Learning by doing</w:t>
            </w:r>
          </w:p>
        </w:tc>
      </w:tr>
      <w:tr w:rsidR="00774DA8" w14:paraId="2299A140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7C8AE4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Studio di caso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E90A7E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Problem solving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44706A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Simulazione</w:t>
            </w:r>
          </w:p>
        </w:tc>
      </w:tr>
      <w:tr w:rsidR="00774DA8" w14:paraId="74ABD525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CBC8C5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Cooperative learning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E23A6E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Peer learning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E87A61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Progettazione collaborativa</w:t>
            </w:r>
          </w:p>
        </w:tc>
      </w:tr>
      <w:tr w:rsidR="00774DA8" w14:paraId="7455F59B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1CDA95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Sperimentazione sul campo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FA86EF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Esercitazioni guidate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173B97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Produzione di materiali didattici</w:t>
            </w:r>
          </w:p>
        </w:tc>
      </w:tr>
    </w:tbl>
    <w:p w14:paraId="20BC2EED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19195FF9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60F810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11. DESCRIZIONE DELLE METODOLOGIE</w:t>
            </w:r>
          </w:p>
        </w:tc>
      </w:tr>
    </w:tbl>
    <w:p w14:paraId="7D838522" w14:textId="77777777" w:rsidR="00774DA8" w:rsidRDefault="00774DA8">
      <w:pPr>
        <w:spacing w:after="0"/>
      </w:pPr>
    </w:p>
    <w:p w14:paraId="3997539A" w14:textId="77777777" w:rsidR="00774DA8" w:rsidRDefault="00723E45">
      <w:pPr>
        <w:spacing w:after="60"/>
      </w:pPr>
      <w:r>
        <w:rPr>
          <w:color w:val="1F1F1F"/>
          <w:sz w:val="18"/>
        </w:rPr>
        <w:t>Illustrare le modalità di conduzione e il ruolo attivo dei corsisti.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2704D125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6F044C" w14:textId="77777777" w:rsidR="00774DA8" w:rsidRDefault="00774DA8">
            <w:pPr>
              <w:spacing w:after="0" w:line="240" w:lineRule="auto"/>
            </w:pPr>
          </w:p>
        </w:tc>
      </w:tr>
      <w:tr w:rsidR="00774DA8" w14:paraId="49B17EA9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D843E4" w14:textId="77777777" w:rsidR="00774DA8" w:rsidRDefault="00774DA8">
            <w:pPr>
              <w:spacing w:after="0" w:line="240" w:lineRule="auto"/>
            </w:pPr>
          </w:p>
        </w:tc>
      </w:tr>
      <w:tr w:rsidR="00774DA8" w14:paraId="08D0AFD2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54E48C" w14:textId="77777777" w:rsidR="00774DA8" w:rsidRDefault="00774DA8">
            <w:pPr>
              <w:spacing w:after="0" w:line="240" w:lineRule="auto"/>
            </w:pPr>
          </w:p>
        </w:tc>
      </w:tr>
      <w:tr w:rsidR="00774DA8" w14:paraId="16E37408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F5C06A" w14:textId="77777777" w:rsidR="00774DA8" w:rsidRDefault="00774DA8">
            <w:pPr>
              <w:spacing w:after="0" w:line="240" w:lineRule="auto"/>
            </w:pPr>
          </w:p>
        </w:tc>
      </w:tr>
      <w:tr w:rsidR="00774DA8" w14:paraId="741DF9E3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E7225C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12. ATTIVITÀ LABORATORIALI</w:t>
            </w:r>
          </w:p>
        </w:tc>
      </w:tr>
    </w:tbl>
    <w:p w14:paraId="3D086AD5" w14:textId="77777777" w:rsidR="00774DA8" w:rsidRDefault="00774DA8">
      <w:pPr>
        <w:spacing w:after="0"/>
      </w:pPr>
    </w:p>
    <w:p w14:paraId="06F7407A" w14:textId="77777777" w:rsidR="00774DA8" w:rsidRDefault="00723E45">
      <w:pPr>
        <w:spacing w:after="60"/>
      </w:pPr>
      <w:r>
        <w:rPr>
          <w:color w:val="1F1F1F"/>
          <w:sz w:val="18"/>
        </w:rPr>
        <w:t>Descrivere le attività pratiche e i compiti autentici previsti.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539695AF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714CA7" w14:textId="77777777" w:rsidR="00774DA8" w:rsidRDefault="00774DA8">
            <w:pPr>
              <w:spacing w:after="0" w:line="240" w:lineRule="auto"/>
            </w:pPr>
          </w:p>
        </w:tc>
      </w:tr>
      <w:tr w:rsidR="00774DA8" w14:paraId="3C514435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F92D72" w14:textId="77777777" w:rsidR="00774DA8" w:rsidRDefault="00774DA8">
            <w:pPr>
              <w:spacing w:after="0" w:line="240" w:lineRule="auto"/>
            </w:pPr>
          </w:p>
        </w:tc>
      </w:tr>
      <w:tr w:rsidR="00774DA8" w14:paraId="1EA2EED1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B27E46" w14:textId="77777777" w:rsidR="00774DA8" w:rsidRDefault="00774DA8">
            <w:pPr>
              <w:spacing w:after="0" w:line="240" w:lineRule="auto"/>
            </w:pPr>
          </w:p>
        </w:tc>
      </w:tr>
      <w:tr w:rsidR="00774DA8" w14:paraId="6D7504D6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B081EB" w14:textId="77777777" w:rsidR="00774DA8" w:rsidRDefault="00774DA8">
            <w:pPr>
              <w:spacing w:after="0" w:line="240" w:lineRule="auto"/>
            </w:pPr>
          </w:p>
        </w:tc>
      </w:tr>
      <w:tr w:rsidR="00774DA8" w14:paraId="79DF3E32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47784F" w14:textId="77777777" w:rsidR="00774DA8" w:rsidRDefault="00774DA8">
            <w:pPr>
              <w:spacing w:after="0" w:line="240" w:lineRule="auto"/>
            </w:pPr>
          </w:p>
        </w:tc>
      </w:tr>
    </w:tbl>
    <w:p w14:paraId="0461F9A8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22D03A51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B34E50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13. STRUMENTI, TECNOLOGIE E AMBIENTI UTILIZZATI</w:t>
            </w:r>
          </w:p>
        </w:tc>
      </w:tr>
    </w:tbl>
    <w:p w14:paraId="2959F471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5"/>
        <w:gridCol w:w="6505"/>
      </w:tblGrid>
      <w:tr w:rsidR="00774DA8" w14:paraId="29307F6A" w14:textId="77777777">
        <w:tc>
          <w:tcPr>
            <w:tcW w:w="3969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0363AC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Strumento / tecnologia / ambiente</w:t>
            </w:r>
          </w:p>
        </w:tc>
        <w:tc>
          <w:tcPr>
            <w:tcW w:w="578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13A868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Modalità di utilizzo didattico</w:t>
            </w:r>
          </w:p>
        </w:tc>
      </w:tr>
      <w:tr w:rsidR="00774DA8" w14:paraId="64A15ECB" w14:textId="77777777">
        <w:tc>
          <w:tcPr>
            <w:tcW w:w="3969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94D2FC" w14:textId="77777777" w:rsidR="00774DA8" w:rsidRDefault="00774DA8">
            <w:pPr>
              <w:spacing w:after="0" w:line="240" w:lineRule="auto"/>
            </w:pPr>
          </w:p>
        </w:tc>
        <w:tc>
          <w:tcPr>
            <w:tcW w:w="578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6EE058" w14:textId="77777777" w:rsidR="00774DA8" w:rsidRDefault="00774DA8">
            <w:pPr>
              <w:spacing w:after="0" w:line="240" w:lineRule="auto"/>
            </w:pPr>
          </w:p>
        </w:tc>
      </w:tr>
      <w:tr w:rsidR="00774DA8" w14:paraId="6CC8F6D6" w14:textId="77777777">
        <w:tc>
          <w:tcPr>
            <w:tcW w:w="3969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BE6EE2" w14:textId="77777777" w:rsidR="00774DA8" w:rsidRDefault="00774DA8">
            <w:pPr>
              <w:spacing w:after="0" w:line="240" w:lineRule="auto"/>
            </w:pPr>
          </w:p>
        </w:tc>
        <w:tc>
          <w:tcPr>
            <w:tcW w:w="578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B0A57A" w14:textId="77777777" w:rsidR="00774DA8" w:rsidRDefault="00774DA8">
            <w:pPr>
              <w:spacing w:after="0" w:line="240" w:lineRule="auto"/>
            </w:pPr>
          </w:p>
        </w:tc>
      </w:tr>
      <w:tr w:rsidR="00774DA8" w14:paraId="652F36D4" w14:textId="77777777">
        <w:tc>
          <w:tcPr>
            <w:tcW w:w="3969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B24E73" w14:textId="77777777" w:rsidR="00774DA8" w:rsidRDefault="00774DA8">
            <w:pPr>
              <w:spacing w:after="0" w:line="240" w:lineRule="auto"/>
            </w:pPr>
          </w:p>
        </w:tc>
        <w:tc>
          <w:tcPr>
            <w:tcW w:w="578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788264" w14:textId="77777777" w:rsidR="00774DA8" w:rsidRDefault="00774DA8">
            <w:pPr>
              <w:spacing w:after="0" w:line="240" w:lineRule="auto"/>
            </w:pPr>
          </w:p>
        </w:tc>
      </w:tr>
      <w:tr w:rsidR="00774DA8" w14:paraId="004336F6" w14:textId="77777777">
        <w:tc>
          <w:tcPr>
            <w:tcW w:w="3969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5750A2" w14:textId="77777777" w:rsidR="00774DA8" w:rsidRDefault="00774DA8">
            <w:pPr>
              <w:spacing w:after="0" w:line="240" w:lineRule="auto"/>
            </w:pPr>
          </w:p>
        </w:tc>
        <w:tc>
          <w:tcPr>
            <w:tcW w:w="578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BD4D17" w14:textId="77777777" w:rsidR="00774DA8" w:rsidRDefault="00774DA8">
            <w:pPr>
              <w:spacing w:after="0" w:line="240" w:lineRule="auto"/>
            </w:pPr>
          </w:p>
        </w:tc>
      </w:tr>
      <w:tr w:rsidR="00774DA8" w14:paraId="531F2D70" w14:textId="77777777">
        <w:tc>
          <w:tcPr>
            <w:tcW w:w="3969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A03969" w14:textId="77777777" w:rsidR="00774DA8" w:rsidRDefault="00774DA8">
            <w:pPr>
              <w:spacing w:after="0" w:line="240" w:lineRule="auto"/>
            </w:pPr>
          </w:p>
        </w:tc>
        <w:tc>
          <w:tcPr>
            <w:tcW w:w="5783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C733E7" w14:textId="77777777" w:rsidR="00774DA8" w:rsidRDefault="00774DA8">
            <w:pPr>
              <w:spacing w:after="0" w:line="240" w:lineRule="auto"/>
            </w:pPr>
          </w:p>
        </w:tc>
      </w:tr>
      <w:tr w:rsidR="00774DA8" w14:paraId="355F3ED2" w14:textId="77777777">
        <w:tblPrEx>
          <w:jc w:val="center"/>
        </w:tblPrEx>
        <w:trPr>
          <w:jc w:val="center"/>
        </w:trPr>
        <w:tc>
          <w:tcPr>
            <w:tcW w:w="10482" w:type="dxa"/>
            <w:gridSpan w:val="2"/>
            <w:tcBorders>
              <w:top w:val="single" w:sz="5" w:space="0" w:color="5B9BD5"/>
              <w:left w:val="single" w:sz="5" w:space="0" w:color="5B9BD5"/>
              <w:bottom w:val="single" w:sz="5" w:space="0" w:color="5B9BD5"/>
              <w:right w:val="single" w:sz="5" w:space="0" w:color="5B9BD5"/>
            </w:tcBorders>
            <w:shd w:val="clear" w:color="auto" w:fill="5B9BD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1EF9BA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14. SPECIFICHE TECNOLOGICHE DEL PROFILO</w:t>
            </w:r>
          </w:p>
        </w:tc>
      </w:tr>
    </w:tbl>
    <w:p w14:paraId="21F9C7A5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3"/>
        <w:gridCol w:w="7637"/>
      </w:tblGrid>
      <w:tr w:rsidR="00774DA8" w14:paraId="0A864FA4" w14:textId="77777777"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6CD81E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Per la didattica immersiva</w:t>
            </w:r>
          </w:p>
        </w:tc>
        <w:tc>
          <w:tcPr>
            <w:tcW w:w="69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AB9BD7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6"/>
              </w:rPr>
              <w:t>Indicare marca, modello, piattaforma e software dell’aula immersiva conosciuti e le modalità operative di utilizzo.</w:t>
            </w:r>
          </w:p>
        </w:tc>
      </w:tr>
      <w:tr w:rsidR="00774DA8" w14:paraId="4C23D17D" w14:textId="77777777"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A9F375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Tecnologia/piattaforma dell’Istituto</w:t>
            </w:r>
          </w:p>
        </w:tc>
        <w:tc>
          <w:tcPr>
            <w:tcW w:w="69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EDC823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6"/>
              </w:rPr>
              <w:t>[INDICARE MARCA, MODELLO, PIATTAFORMA E SOFTWARE]</w:t>
            </w:r>
          </w:p>
        </w:tc>
      </w:tr>
      <w:tr w:rsidR="00774DA8" w14:paraId="07B7BC34" w14:textId="77777777"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287C08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Per l’intelligenza artificiale</w:t>
            </w:r>
          </w:p>
        </w:tc>
        <w:tc>
          <w:tcPr>
            <w:tcW w:w="69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2B0DA8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6"/>
              </w:rPr>
              <w:t>Indicare gli strumenti che saranno utilizzati, evitando l’inserimento di dati personali o riservati.</w:t>
            </w:r>
          </w:p>
        </w:tc>
      </w:tr>
      <w:tr w:rsidR="00774DA8" w14:paraId="01DBD906" w14:textId="77777777">
        <w:tc>
          <w:tcPr>
            <w:tcW w:w="283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BBC606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6"/>
              </w:rPr>
              <w:t>Misure di sicurezza</w:t>
            </w:r>
          </w:p>
        </w:tc>
        <w:tc>
          <w:tcPr>
            <w:tcW w:w="69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A89151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6"/>
              </w:rPr>
              <w:t>Indicare accorgimenti tecnici e organizzativi previsti.</w:t>
            </w:r>
          </w:p>
        </w:tc>
      </w:tr>
      <w:tr w:rsidR="00774DA8" w14:paraId="20626BEA" w14:textId="77777777">
        <w:tblPrEx>
          <w:jc w:val="center"/>
        </w:tblPrEx>
        <w:trPr>
          <w:jc w:val="center"/>
        </w:trPr>
        <w:tc>
          <w:tcPr>
            <w:tcW w:w="10482" w:type="dxa"/>
            <w:gridSpan w:val="2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2173C0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15. INCLUSIONE E ACCESSIBILITÀ</w:t>
            </w:r>
          </w:p>
        </w:tc>
      </w:tr>
    </w:tbl>
    <w:p w14:paraId="7AD2AE58" w14:textId="77777777" w:rsidR="00774DA8" w:rsidRDefault="00774DA8">
      <w:pPr>
        <w:spacing w:after="0"/>
      </w:pPr>
    </w:p>
    <w:p w14:paraId="7F776AF7" w14:textId="77777777" w:rsidR="00774DA8" w:rsidRDefault="00723E45">
      <w:pPr>
        <w:spacing w:after="60"/>
      </w:pPr>
      <w:r>
        <w:rPr>
          <w:color w:val="1F1F1F"/>
          <w:sz w:val="18"/>
        </w:rPr>
        <w:t>Descrivere le strategie per garantire accessibilità dei materiali, partecipazione attiva, differenziazione e fruibilità delle risorse.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39739A5F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4F6F75" w14:textId="77777777" w:rsidR="00774DA8" w:rsidRDefault="00774DA8">
            <w:pPr>
              <w:spacing w:after="0" w:line="240" w:lineRule="auto"/>
            </w:pPr>
          </w:p>
        </w:tc>
      </w:tr>
      <w:tr w:rsidR="00774DA8" w14:paraId="5032FE54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F5F133" w14:textId="77777777" w:rsidR="00774DA8" w:rsidRDefault="00774DA8">
            <w:pPr>
              <w:spacing w:after="0" w:line="240" w:lineRule="auto"/>
            </w:pPr>
          </w:p>
        </w:tc>
      </w:tr>
      <w:tr w:rsidR="00774DA8" w14:paraId="5A92E6B4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53BD53" w14:textId="77777777" w:rsidR="00774DA8" w:rsidRDefault="00774DA8">
            <w:pPr>
              <w:spacing w:after="0" w:line="240" w:lineRule="auto"/>
            </w:pPr>
          </w:p>
        </w:tc>
      </w:tr>
      <w:tr w:rsidR="00774DA8" w14:paraId="0D01063D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A96127" w14:textId="77777777" w:rsidR="00774DA8" w:rsidRDefault="00774DA8">
            <w:pPr>
              <w:spacing w:after="0" w:line="240" w:lineRule="auto"/>
            </w:pPr>
          </w:p>
        </w:tc>
      </w:tr>
      <w:tr w:rsidR="00774DA8" w14:paraId="21C6E98D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59094E" w14:textId="77777777" w:rsidR="00774DA8" w:rsidRDefault="00774DA8">
            <w:pPr>
              <w:spacing w:after="0" w:line="240" w:lineRule="auto"/>
            </w:pPr>
          </w:p>
        </w:tc>
      </w:tr>
      <w:tr w:rsidR="00774DA8" w14:paraId="3648E997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FA9592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16. MATERIALI E RISORSE PER I CORSISTI</w:t>
            </w:r>
          </w:p>
        </w:tc>
      </w:tr>
    </w:tbl>
    <w:p w14:paraId="263620BF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774DA8" w14:paraId="75509455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92FF87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Slide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61A419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Dispense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E14CEB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Schede operative</w:t>
            </w:r>
          </w:p>
        </w:tc>
      </w:tr>
      <w:tr w:rsidR="00774DA8" w14:paraId="7297F70E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576D3A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Tutorial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0616B9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Video dimostrativi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A28A14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Modelli di progettazione</w:t>
            </w:r>
          </w:p>
        </w:tc>
      </w:tr>
      <w:tr w:rsidR="00774DA8" w14:paraId="6762BED0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EDD377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Esempi di unità di apprendimento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D64DFB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Rubriche o strumenti di valutazione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7A502D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Repository di risorse</w:t>
            </w:r>
          </w:p>
        </w:tc>
      </w:tr>
      <w:tr w:rsidR="00774DA8" w14:paraId="2948FF53" w14:textId="77777777"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3F240D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Strumenti o prompt operativi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56F58A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17"/>
              </w:rPr>
              <w:t>☐ Altro: __________________</w:t>
            </w:r>
          </w:p>
        </w:tc>
        <w:tc>
          <w:tcPr>
            <w:tcW w:w="3231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216A1C6" w14:textId="77777777" w:rsidR="00774DA8" w:rsidRDefault="00774DA8">
            <w:pPr>
              <w:spacing w:after="0" w:line="240" w:lineRule="auto"/>
            </w:pPr>
          </w:p>
        </w:tc>
      </w:tr>
    </w:tbl>
    <w:p w14:paraId="7077D72F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1B6CC833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872394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17. PRODOTTI FINALI PREVISTI</w:t>
            </w:r>
          </w:p>
        </w:tc>
      </w:tr>
    </w:tbl>
    <w:p w14:paraId="3749016D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8"/>
        <w:gridCol w:w="3568"/>
        <w:gridCol w:w="4524"/>
      </w:tblGrid>
      <w:tr w:rsidR="00774DA8" w14:paraId="387DB287" w14:textId="77777777">
        <w:tc>
          <w:tcPr>
            <w:tcW w:w="238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C89595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Prodotto</w:t>
            </w:r>
          </w:p>
        </w:tc>
        <w:tc>
          <w:tcPr>
            <w:tcW w:w="3572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1F2695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3798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17F779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Utilizzabilità nella pratica didattica</w:t>
            </w:r>
          </w:p>
        </w:tc>
      </w:tr>
      <w:tr w:rsidR="00774DA8" w14:paraId="3932AB36" w14:textId="77777777">
        <w:tc>
          <w:tcPr>
            <w:tcW w:w="238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36A927" w14:textId="77777777" w:rsidR="00774DA8" w:rsidRDefault="00774DA8">
            <w:pPr>
              <w:spacing w:after="0" w:line="240" w:lineRule="auto"/>
            </w:pPr>
          </w:p>
        </w:tc>
        <w:tc>
          <w:tcPr>
            <w:tcW w:w="3572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041B47" w14:textId="77777777" w:rsidR="00774DA8" w:rsidRDefault="00774DA8">
            <w:pPr>
              <w:spacing w:after="0" w:line="240" w:lineRule="auto"/>
            </w:pPr>
          </w:p>
        </w:tc>
        <w:tc>
          <w:tcPr>
            <w:tcW w:w="3798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975207" w14:textId="77777777" w:rsidR="00774DA8" w:rsidRDefault="00774DA8">
            <w:pPr>
              <w:spacing w:after="0" w:line="240" w:lineRule="auto"/>
            </w:pPr>
          </w:p>
        </w:tc>
      </w:tr>
      <w:tr w:rsidR="00774DA8" w14:paraId="5B93B052" w14:textId="77777777">
        <w:tc>
          <w:tcPr>
            <w:tcW w:w="238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DF1A32" w14:textId="77777777" w:rsidR="00774DA8" w:rsidRDefault="00774DA8">
            <w:pPr>
              <w:spacing w:after="0" w:line="240" w:lineRule="auto"/>
            </w:pPr>
          </w:p>
        </w:tc>
        <w:tc>
          <w:tcPr>
            <w:tcW w:w="3572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FCD95C" w14:textId="77777777" w:rsidR="00774DA8" w:rsidRDefault="00774DA8">
            <w:pPr>
              <w:spacing w:after="0" w:line="240" w:lineRule="auto"/>
            </w:pPr>
          </w:p>
        </w:tc>
        <w:tc>
          <w:tcPr>
            <w:tcW w:w="3798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2B9F87" w14:textId="77777777" w:rsidR="00774DA8" w:rsidRDefault="00774DA8">
            <w:pPr>
              <w:spacing w:after="0" w:line="240" w:lineRule="auto"/>
            </w:pPr>
          </w:p>
        </w:tc>
      </w:tr>
      <w:tr w:rsidR="00774DA8" w14:paraId="51674960" w14:textId="77777777">
        <w:tc>
          <w:tcPr>
            <w:tcW w:w="238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E00F0F" w14:textId="77777777" w:rsidR="00774DA8" w:rsidRDefault="00774DA8">
            <w:pPr>
              <w:spacing w:after="0" w:line="240" w:lineRule="auto"/>
            </w:pPr>
          </w:p>
        </w:tc>
        <w:tc>
          <w:tcPr>
            <w:tcW w:w="3572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AE810C" w14:textId="77777777" w:rsidR="00774DA8" w:rsidRDefault="00774DA8">
            <w:pPr>
              <w:spacing w:after="0" w:line="240" w:lineRule="auto"/>
            </w:pPr>
          </w:p>
        </w:tc>
        <w:tc>
          <w:tcPr>
            <w:tcW w:w="3798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9997F4" w14:textId="77777777" w:rsidR="00774DA8" w:rsidRDefault="00774DA8">
            <w:pPr>
              <w:spacing w:after="0" w:line="240" w:lineRule="auto"/>
            </w:pPr>
          </w:p>
        </w:tc>
      </w:tr>
      <w:tr w:rsidR="00774DA8" w14:paraId="70245B4E" w14:textId="77777777">
        <w:tc>
          <w:tcPr>
            <w:tcW w:w="2381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76CAA2" w14:textId="77777777" w:rsidR="00774DA8" w:rsidRDefault="00774DA8">
            <w:pPr>
              <w:spacing w:after="0" w:line="240" w:lineRule="auto"/>
            </w:pPr>
          </w:p>
        </w:tc>
        <w:tc>
          <w:tcPr>
            <w:tcW w:w="3572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486BC4" w14:textId="77777777" w:rsidR="00774DA8" w:rsidRDefault="00774DA8">
            <w:pPr>
              <w:spacing w:after="0" w:line="240" w:lineRule="auto"/>
            </w:pPr>
          </w:p>
        </w:tc>
        <w:tc>
          <w:tcPr>
            <w:tcW w:w="3798" w:type="dxa"/>
            <w:tcBorders>
              <w:top w:val="single" w:sz="5" w:space="0" w:color="7F8C8D"/>
              <w:left w:val="single" w:sz="5" w:space="0" w:color="7F8C8D"/>
              <w:bottom w:val="single" w:sz="5" w:space="0" w:color="7F8C8D"/>
              <w:right w:val="single" w:sz="5" w:space="0" w:color="7F8C8D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5AF98C" w14:textId="77777777" w:rsidR="00774DA8" w:rsidRDefault="00774DA8">
            <w:pPr>
              <w:spacing w:after="0" w:line="240" w:lineRule="auto"/>
            </w:pPr>
          </w:p>
        </w:tc>
      </w:tr>
      <w:tr w:rsidR="00774DA8" w14:paraId="62EBC5CC" w14:textId="77777777">
        <w:tblPrEx>
          <w:jc w:val="center"/>
        </w:tblPrEx>
        <w:trPr>
          <w:jc w:val="center"/>
        </w:trPr>
        <w:tc>
          <w:tcPr>
            <w:tcW w:w="10482" w:type="dxa"/>
            <w:gridSpan w:val="3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CFAB4F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18. MODALITÀ DI VERIFICA E VALUTAZIONE</w:t>
            </w:r>
          </w:p>
        </w:tc>
      </w:tr>
    </w:tbl>
    <w:p w14:paraId="0A10039F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99"/>
        <w:gridCol w:w="7071"/>
      </w:tblGrid>
      <w:tr w:rsidR="00774DA8" w14:paraId="0BEBE665" w14:textId="77777777">
        <w:tc>
          <w:tcPr>
            <w:tcW w:w="340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3679C71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Rilevazione iniziale dei bisogni</w:t>
            </w:r>
          </w:p>
        </w:tc>
        <w:tc>
          <w:tcPr>
            <w:tcW w:w="63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E95EEF" w14:textId="77777777" w:rsidR="00774DA8" w:rsidRDefault="00774DA8">
            <w:pPr>
              <w:spacing w:after="0" w:line="240" w:lineRule="auto"/>
            </w:pPr>
          </w:p>
        </w:tc>
      </w:tr>
      <w:tr w:rsidR="00774DA8" w14:paraId="7D5DF9CB" w14:textId="77777777">
        <w:tc>
          <w:tcPr>
            <w:tcW w:w="340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F275EC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Monitoraggio in itinere</w:t>
            </w:r>
          </w:p>
        </w:tc>
        <w:tc>
          <w:tcPr>
            <w:tcW w:w="63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A2D8A5" w14:textId="77777777" w:rsidR="00774DA8" w:rsidRDefault="00774DA8">
            <w:pPr>
              <w:spacing w:after="0" w:line="240" w:lineRule="auto"/>
            </w:pPr>
          </w:p>
        </w:tc>
      </w:tr>
      <w:tr w:rsidR="00774DA8" w14:paraId="408A4596" w14:textId="77777777">
        <w:tc>
          <w:tcPr>
            <w:tcW w:w="340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44E85E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Verifica degli apprendimenti</w:t>
            </w:r>
          </w:p>
        </w:tc>
        <w:tc>
          <w:tcPr>
            <w:tcW w:w="63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932F4D" w14:textId="77777777" w:rsidR="00774DA8" w:rsidRDefault="00774DA8">
            <w:pPr>
              <w:spacing w:after="0" w:line="240" w:lineRule="auto"/>
            </w:pPr>
          </w:p>
        </w:tc>
      </w:tr>
      <w:tr w:rsidR="00774DA8" w14:paraId="7C4A3871" w14:textId="77777777">
        <w:tc>
          <w:tcPr>
            <w:tcW w:w="340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9C5034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Valutazione dei prodotti realizzati</w:t>
            </w:r>
          </w:p>
        </w:tc>
        <w:tc>
          <w:tcPr>
            <w:tcW w:w="63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BDA405" w14:textId="77777777" w:rsidR="00774DA8" w:rsidRDefault="00774DA8">
            <w:pPr>
              <w:spacing w:after="0" w:line="240" w:lineRule="auto"/>
            </w:pPr>
          </w:p>
        </w:tc>
      </w:tr>
      <w:tr w:rsidR="00774DA8" w14:paraId="01F9C6D8" w14:textId="77777777">
        <w:tc>
          <w:tcPr>
            <w:tcW w:w="340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644528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Rilevazione del gradimento</w:t>
            </w:r>
          </w:p>
        </w:tc>
        <w:tc>
          <w:tcPr>
            <w:tcW w:w="63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BDDDFC" w14:textId="77777777" w:rsidR="00774DA8" w:rsidRDefault="00774DA8">
            <w:pPr>
              <w:spacing w:after="0" w:line="240" w:lineRule="auto"/>
            </w:pPr>
          </w:p>
        </w:tc>
      </w:tr>
      <w:tr w:rsidR="00774DA8" w14:paraId="3725452C" w14:textId="77777777">
        <w:tc>
          <w:tcPr>
            <w:tcW w:w="340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4E0C15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Autovalutazione dei corsisti</w:t>
            </w:r>
          </w:p>
        </w:tc>
        <w:tc>
          <w:tcPr>
            <w:tcW w:w="63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3263A3" w14:textId="77777777" w:rsidR="00774DA8" w:rsidRDefault="00774DA8">
            <w:pPr>
              <w:spacing w:after="0" w:line="240" w:lineRule="auto"/>
            </w:pPr>
          </w:p>
        </w:tc>
      </w:tr>
      <w:tr w:rsidR="00774DA8" w14:paraId="1F75E77B" w14:textId="77777777">
        <w:tblPrEx>
          <w:jc w:val="center"/>
        </w:tblPrEx>
        <w:trPr>
          <w:jc w:val="center"/>
        </w:trPr>
        <w:tc>
          <w:tcPr>
            <w:tcW w:w="10482" w:type="dxa"/>
            <w:gridSpan w:val="2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DB8479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19. RICADUTA ATTESA SULLA PRATICA DIDATTICA</w:t>
            </w:r>
          </w:p>
        </w:tc>
      </w:tr>
    </w:tbl>
    <w:p w14:paraId="093E2524" w14:textId="77777777" w:rsidR="00774DA8" w:rsidRDefault="00774DA8">
      <w:pPr>
        <w:spacing w:after="0"/>
      </w:pPr>
    </w:p>
    <w:p w14:paraId="3023862F" w14:textId="77777777" w:rsidR="00774DA8" w:rsidRDefault="00723E45">
      <w:pPr>
        <w:spacing w:after="60"/>
      </w:pPr>
      <w:r>
        <w:rPr>
          <w:color w:val="1F1F1F"/>
          <w:sz w:val="18"/>
        </w:rPr>
        <w:t>Descrivere il trasferimento delle competenze nelle attività scolastiche e nei contesti di insegnamento.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62DAC649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DF8413" w14:textId="77777777" w:rsidR="00774DA8" w:rsidRDefault="00774DA8">
            <w:pPr>
              <w:spacing w:after="0" w:line="240" w:lineRule="auto"/>
            </w:pPr>
          </w:p>
        </w:tc>
      </w:tr>
      <w:tr w:rsidR="00774DA8" w14:paraId="5829E206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F5C23F" w14:textId="77777777" w:rsidR="00774DA8" w:rsidRDefault="00774DA8">
            <w:pPr>
              <w:spacing w:after="0" w:line="240" w:lineRule="auto"/>
            </w:pPr>
          </w:p>
        </w:tc>
      </w:tr>
      <w:tr w:rsidR="00774DA8" w14:paraId="3B34CFE7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D0D2D3" w14:textId="77777777" w:rsidR="00774DA8" w:rsidRDefault="00774DA8">
            <w:pPr>
              <w:spacing w:after="0" w:line="240" w:lineRule="auto"/>
            </w:pPr>
          </w:p>
        </w:tc>
      </w:tr>
      <w:tr w:rsidR="00774DA8" w14:paraId="7316523B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18B64B" w14:textId="77777777" w:rsidR="00774DA8" w:rsidRDefault="00774DA8">
            <w:pPr>
              <w:spacing w:after="0" w:line="240" w:lineRule="auto"/>
            </w:pPr>
          </w:p>
        </w:tc>
      </w:tr>
      <w:tr w:rsidR="00774DA8" w14:paraId="31DE60B1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5D8C5B" w14:textId="77777777" w:rsidR="00774DA8" w:rsidRDefault="00774DA8">
            <w:pPr>
              <w:spacing w:after="0" w:line="240" w:lineRule="auto"/>
            </w:pPr>
          </w:p>
        </w:tc>
      </w:tr>
      <w:tr w:rsidR="00774DA8" w14:paraId="433F2C17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3033C7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20. COERENZA CON IL MODULO AUTORIZZATO</w:t>
            </w:r>
          </w:p>
        </w:tc>
      </w:tr>
    </w:tbl>
    <w:p w14:paraId="698B3D2E" w14:textId="77777777" w:rsidR="00774DA8" w:rsidRDefault="00774DA8">
      <w:pPr>
        <w:spacing w:after="0"/>
      </w:pPr>
    </w:p>
    <w:p w14:paraId="1DB6EAD9" w14:textId="77777777" w:rsidR="00774DA8" w:rsidRDefault="00723E45">
      <w:pPr>
        <w:spacing w:after="60"/>
      </w:pPr>
      <w:r>
        <w:rPr>
          <w:color w:val="1F1F1F"/>
          <w:sz w:val="18"/>
        </w:rPr>
        <w:t>Descrivere la coerenza con il titolo, le finalità e i destinatari del modulo.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2AB0A6C6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5C5835" w14:textId="77777777" w:rsidR="00774DA8" w:rsidRDefault="00774DA8">
            <w:pPr>
              <w:spacing w:after="0" w:line="240" w:lineRule="auto"/>
            </w:pPr>
          </w:p>
        </w:tc>
      </w:tr>
      <w:tr w:rsidR="00774DA8" w14:paraId="0D96180D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FAB246" w14:textId="77777777" w:rsidR="00774DA8" w:rsidRDefault="00774DA8">
            <w:pPr>
              <w:spacing w:after="0" w:line="240" w:lineRule="auto"/>
            </w:pPr>
          </w:p>
        </w:tc>
      </w:tr>
      <w:tr w:rsidR="00774DA8" w14:paraId="7EA43BCF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255E6C" w14:textId="77777777" w:rsidR="00774DA8" w:rsidRDefault="00774DA8">
            <w:pPr>
              <w:spacing w:after="0" w:line="240" w:lineRule="auto"/>
            </w:pPr>
          </w:p>
        </w:tc>
      </w:tr>
      <w:tr w:rsidR="00774DA8" w14:paraId="346DDB35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976796" w14:textId="77777777" w:rsidR="00774DA8" w:rsidRDefault="00774DA8">
            <w:pPr>
              <w:spacing w:after="0" w:line="240" w:lineRule="auto"/>
            </w:pPr>
          </w:p>
        </w:tc>
      </w:tr>
    </w:tbl>
    <w:p w14:paraId="757F4183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020655BC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0146D0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21. PRIVACY, ETICA, SICUREZZA E DIRITTO D’AUTORE</w:t>
            </w:r>
          </w:p>
        </w:tc>
      </w:tr>
    </w:tbl>
    <w:p w14:paraId="4813BB4D" w14:textId="77777777" w:rsidR="00774DA8" w:rsidRDefault="00774DA8">
      <w:pPr>
        <w:spacing w:after="0"/>
      </w:pPr>
    </w:p>
    <w:p w14:paraId="3805670C" w14:textId="77777777" w:rsidR="00774DA8" w:rsidRDefault="00723E45">
      <w:pPr>
        <w:spacing w:after="60"/>
      </w:pPr>
      <w:r>
        <w:rPr>
          <w:color w:val="1F1F1F"/>
          <w:sz w:val="18"/>
        </w:rPr>
        <w:t>Indicare le misure previste per protezione dei dati, sicurezza, verifica dei contenuti, diritto d’autore, trasparenza e uso responsabile delle tecnologie.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6B0C48F6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4EFB52" w14:textId="77777777" w:rsidR="00774DA8" w:rsidRDefault="00774DA8">
            <w:pPr>
              <w:spacing w:after="0" w:line="240" w:lineRule="auto"/>
            </w:pPr>
          </w:p>
        </w:tc>
      </w:tr>
      <w:tr w:rsidR="00774DA8" w14:paraId="3525EE77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57ECD8" w14:textId="77777777" w:rsidR="00774DA8" w:rsidRDefault="00774DA8">
            <w:pPr>
              <w:spacing w:after="0" w:line="240" w:lineRule="auto"/>
            </w:pPr>
          </w:p>
        </w:tc>
      </w:tr>
      <w:tr w:rsidR="00774DA8" w14:paraId="4E7C6E6E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3A1676" w14:textId="77777777" w:rsidR="00774DA8" w:rsidRDefault="00774DA8">
            <w:pPr>
              <w:spacing w:after="0" w:line="240" w:lineRule="auto"/>
            </w:pPr>
          </w:p>
        </w:tc>
      </w:tr>
      <w:tr w:rsidR="00774DA8" w14:paraId="5DFAED69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A54955" w14:textId="77777777" w:rsidR="00774DA8" w:rsidRDefault="00774DA8">
            <w:pPr>
              <w:spacing w:after="0" w:line="240" w:lineRule="auto"/>
            </w:pPr>
          </w:p>
        </w:tc>
      </w:tr>
      <w:tr w:rsidR="00774DA8" w14:paraId="13C087EA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72C36F" w14:textId="77777777" w:rsidR="00774DA8" w:rsidRDefault="00774DA8">
            <w:pPr>
              <w:spacing w:after="0" w:line="240" w:lineRule="auto"/>
            </w:pPr>
          </w:p>
        </w:tc>
      </w:tr>
      <w:tr w:rsidR="00774DA8" w14:paraId="7537EDBF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2AE8F5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22. ELEMENTI DI INNOVATIVITÀ</w:t>
            </w:r>
          </w:p>
        </w:tc>
      </w:tr>
    </w:tbl>
    <w:p w14:paraId="7DA8A40E" w14:textId="77777777" w:rsidR="00774DA8" w:rsidRDefault="00774DA8">
      <w:pPr>
        <w:spacing w:after="0"/>
      </w:pPr>
    </w:p>
    <w:p w14:paraId="49AAAE0A" w14:textId="77777777" w:rsidR="00774DA8" w:rsidRDefault="00723E45">
      <w:pPr>
        <w:spacing w:after="60"/>
      </w:pPr>
      <w:r>
        <w:rPr>
          <w:color w:val="1F1F1F"/>
          <w:sz w:val="18"/>
        </w:rPr>
        <w:t>Evidenziare gli aspetti innovativi, concreti e replicabili della proposta.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70"/>
      </w:tblGrid>
      <w:tr w:rsidR="00774DA8" w14:paraId="39BF40C1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E38056" w14:textId="77777777" w:rsidR="00774DA8" w:rsidRDefault="00774DA8">
            <w:pPr>
              <w:spacing w:after="0" w:line="240" w:lineRule="auto"/>
            </w:pPr>
          </w:p>
        </w:tc>
      </w:tr>
      <w:tr w:rsidR="00774DA8" w14:paraId="74394800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23F9F6" w14:textId="77777777" w:rsidR="00774DA8" w:rsidRDefault="00774DA8">
            <w:pPr>
              <w:spacing w:after="0" w:line="240" w:lineRule="auto"/>
            </w:pPr>
          </w:p>
        </w:tc>
      </w:tr>
      <w:tr w:rsidR="00774DA8" w14:paraId="20F798BE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8C2F18" w14:textId="77777777" w:rsidR="00774DA8" w:rsidRDefault="00774DA8">
            <w:pPr>
              <w:spacing w:after="0" w:line="240" w:lineRule="auto"/>
            </w:pPr>
          </w:p>
        </w:tc>
      </w:tr>
      <w:tr w:rsidR="00774DA8" w14:paraId="2CE1E12A" w14:textId="77777777">
        <w:tc>
          <w:tcPr>
            <w:tcW w:w="104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AB6F83" w14:textId="77777777" w:rsidR="00774DA8" w:rsidRDefault="00774DA8">
            <w:pPr>
              <w:spacing w:after="0" w:line="240" w:lineRule="auto"/>
            </w:pPr>
          </w:p>
        </w:tc>
      </w:tr>
      <w:tr w:rsidR="00774DA8" w14:paraId="235C3FE9" w14:textId="77777777">
        <w:tblPrEx>
          <w:jc w:val="center"/>
        </w:tblPrEx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87C34C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23. ESIGENZE ORGANIZZATIVE E TECNICHE</w:t>
            </w:r>
          </w:p>
        </w:tc>
      </w:tr>
    </w:tbl>
    <w:p w14:paraId="250C8684" w14:textId="77777777" w:rsidR="00774DA8" w:rsidRDefault="00774DA8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6"/>
        <w:gridCol w:w="7354"/>
      </w:tblGrid>
      <w:tr w:rsidR="00774DA8" w14:paraId="224F87E2" w14:textId="77777777">
        <w:tc>
          <w:tcPr>
            <w:tcW w:w="311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914A9F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Spazi</w:t>
            </w:r>
          </w:p>
        </w:tc>
        <w:tc>
          <w:tcPr>
            <w:tcW w:w="663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E89958" w14:textId="77777777" w:rsidR="00774DA8" w:rsidRDefault="00774DA8">
            <w:pPr>
              <w:spacing w:after="0" w:line="240" w:lineRule="auto"/>
            </w:pPr>
          </w:p>
        </w:tc>
      </w:tr>
      <w:tr w:rsidR="00774DA8" w14:paraId="5D322F98" w14:textId="77777777">
        <w:tc>
          <w:tcPr>
            <w:tcW w:w="311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1CA471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Attrezzature</w:t>
            </w:r>
          </w:p>
        </w:tc>
        <w:tc>
          <w:tcPr>
            <w:tcW w:w="663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DD7DDC" w14:textId="77777777" w:rsidR="00774DA8" w:rsidRDefault="00774DA8">
            <w:pPr>
              <w:spacing w:after="0" w:line="240" w:lineRule="auto"/>
            </w:pPr>
          </w:p>
        </w:tc>
      </w:tr>
      <w:tr w:rsidR="00774DA8" w14:paraId="0D5F0B33" w14:textId="77777777">
        <w:tc>
          <w:tcPr>
            <w:tcW w:w="311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58CFC7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Software o licenze</w:t>
            </w:r>
          </w:p>
        </w:tc>
        <w:tc>
          <w:tcPr>
            <w:tcW w:w="663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280546" w14:textId="77777777" w:rsidR="00774DA8" w:rsidRDefault="00774DA8">
            <w:pPr>
              <w:spacing w:after="0" w:line="240" w:lineRule="auto"/>
            </w:pPr>
          </w:p>
        </w:tc>
      </w:tr>
      <w:tr w:rsidR="00774DA8" w14:paraId="5DB45E46" w14:textId="77777777">
        <w:tc>
          <w:tcPr>
            <w:tcW w:w="311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3D62EB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Connessione internet</w:t>
            </w:r>
          </w:p>
        </w:tc>
        <w:tc>
          <w:tcPr>
            <w:tcW w:w="663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089E79" w14:textId="77777777" w:rsidR="00774DA8" w:rsidRDefault="00774DA8">
            <w:pPr>
              <w:spacing w:after="0" w:line="240" w:lineRule="auto"/>
            </w:pPr>
          </w:p>
        </w:tc>
      </w:tr>
      <w:tr w:rsidR="00774DA8" w14:paraId="273BCB35" w14:textId="77777777">
        <w:tc>
          <w:tcPr>
            <w:tcW w:w="311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9186DB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Configurazioni preventive</w:t>
            </w:r>
          </w:p>
        </w:tc>
        <w:tc>
          <w:tcPr>
            <w:tcW w:w="663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EEF5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EF812F" w14:textId="77777777" w:rsidR="00774DA8" w:rsidRDefault="00774DA8">
            <w:pPr>
              <w:spacing w:after="0" w:line="240" w:lineRule="auto"/>
            </w:pPr>
          </w:p>
        </w:tc>
      </w:tr>
      <w:tr w:rsidR="00774DA8" w14:paraId="2EABAE51" w14:textId="77777777">
        <w:tc>
          <w:tcPr>
            <w:tcW w:w="311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EF6FA5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7"/>
              </w:rPr>
              <w:t>Ulteriori necessità</w:t>
            </w:r>
          </w:p>
        </w:tc>
        <w:tc>
          <w:tcPr>
            <w:tcW w:w="6633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FFFFF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9ADA0A" w14:textId="77777777" w:rsidR="00774DA8" w:rsidRDefault="00774DA8">
            <w:pPr>
              <w:spacing w:after="0" w:line="240" w:lineRule="auto"/>
            </w:pPr>
          </w:p>
        </w:tc>
      </w:tr>
      <w:tr w:rsidR="00774DA8" w14:paraId="5AAABB09" w14:textId="77777777">
        <w:tc>
          <w:tcPr>
            <w:tcW w:w="10482" w:type="dxa"/>
            <w:gridSpan w:val="2"/>
            <w:tcBorders>
              <w:top w:val="single" w:sz="5" w:space="0" w:color="D6B656"/>
              <w:left w:val="single" w:sz="5" w:space="0" w:color="D6B656"/>
              <w:bottom w:val="single" w:sz="5" w:space="0" w:color="D6B656"/>
              <w:right w:val="single" w:sz="5" w:space="0" w:color="D6B656"/>
            </w:tcBorders>
            <w:shd w:val="clear" w:color="auto" w:fill="FFF2CC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4B167F" w14:textId="77777777" w:rsidR="00774DA8" w:rsidRDefault="00723E45">
            <w:pPr>
              <w:spacing w:after="0" w:line="240" w:lineRule="auto"/>
            </w:pPr>
            <w:r>
              <w:rPr>
                <w:b/>
                <w:color w:val="1F4E78"/>
                <w:sz w:val="17"/>
              </w:rPr>
              <w:t>L’indicazione di esigenze tecniche non comporta automaticamente l’obbligo dell’Istituzione scolastica di acquistare beni, servizi, licenze o attrezzature ulteriori rispetto a quelle disponibili.</w:t>
            </w:r>
          </w:p>
        </w:tc>
      </w:tr>
    </w:tbl>
    <w:p w14:paraId="62D62B3F" w14:textId="77777777" w:rsidR="00774DA8" w:rsidRDefault="00723E45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13967786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460E11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lastRenderedPageBreak/>
              <w:t>24. DISPONIBILITÀ DEL/DELLA CANDIDATO/A</w:t>
            </w:r>
          </w:p>
        </w:tc>
      </w:tr>
    </w:tbl>
    <w:p w14:paraId="0E73FEE3" w14:textId="77777777" w:rsidR="00774DA8" w:rsidRDefault="00774DA8">
      <w:pPr>
        <w:spacing w:after="0"/>
      </w:pPr>
    </w:p>
    <w:p w14:paraId="13060E94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☐ concordare il calendario con l’Istituzione scolastica;</w:t>
      </w:r>
    </w:p>
    <w:p w14:paraId="6A69FB83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☐ svolgere le attività in presenza presso la sede indicata dall’Istituto;</w:t>
      </w:r>
    </w:p>
    <w:p w14:paraId="7EE2AFD2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☐ rimodulare gli incontri, senza modificare il monte ore e gli obiettivi, per motivate esigenze organizzative;</w:t>
      </w:r>
    </w:p>
    <w:p w14:paraId="59800652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☐ utilizzare la piattaforma SIF2127;</w:t>
      </w:r>
    </w:p>
    <w:p w14:paraId="1F7F5B85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☐ predisporre e consegnare la documentazione richiesta;</w:t>
      </w:r>
    </w:p>
    <w:p w14:paraId="73E6CE16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☐ fornire i materiali prodotti in formato digitale editabile o comunque fruibile dall’Istituzione scolastica.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70"/>
      </w:tblGrid>
      <w:tr w:rsidR="00774DA8" w14:paraId="727BF695" w14:textId="77777777">
        <w:trPr>
          <w:jc w:val="center"/>
        </w:trPr>
        <w:tc>
          <w:tcPr>
            <w:tcW w:w="10482" w:type="dxa"/>
            <w:tcBorders>
              <w:top w:val="single" w:sz="5" w:space="0" w:color="1F4E78"/>
              <w:left w:val="single" w:sz="5" w:space="0" w:color="1F4E78"/>
              <w:bottom w:val="single" w:sz="5" w:space="0" w:color="1F4E78"/>
              <w:right w:val="single" w:sz="5" w:space="0" w:color="1F4E78"/>
            </w:tcBorders>
            <w:shd w:val="clear" w:color="auto" w:fill="1F4E78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7D1AD9" w14:textId="77777777" w:rsidR="00774DA8" w:rsidRDefault="00723E45">
            <w:pPr>
              <w:spacing w:after="0" w:line="240" w:lineRule="auto"/>
            </w:pPr>
            <w:r>
              <w:rPr>
                <w:b/>
                <w:color w:val="FFFFFF"/>
              </w:rPr>
              <w:t>25. DICHIARAZIONE DI ORIGINALITÀ E UTILIZZABILITÀ DEI MATERIALI</w:t>
            </w:r>
          </w:p>
        </w:tc>
      </w:tr>
    </w:tbl>
    <w:p w14:paraId="18AFA6CC" w14:textId="77777777" w:rsidR="00774DA8" w:rsidRDefault="00774DA8">
      <w:pPr>
        <w:spacing w:after="0"/>
      </w:pPr>
    </w:p>
    <w:p w14:paraId="259E8C8B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• la proposta formativa è stata predisposta personalmente;</w:t>
      </w:r>
    </w:p>
    <w:p w14:paraId="4E827F52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• i materiali saranno originali oppure legittimamente utilizzabili;</w:t>
      </w:r>
    </w:p>
    <w:p w14:paraId="7F5B49EC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• saranno rispettati il diritto d’autore e le licenze d’uso;</w:t>
      </w:r>
    </w:p>
    <w:p w14:paraId="6C2FDA78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• i materiali consegnati non conterranno dati personali o contenuti riservati non autorizzati;</w:t>
      </w:r>
    </w:p>
    <w:p w14:paraId="02DD11A1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• l’Istituzione scolastica potrà utilizzare i materiali prodotti per le proprie finalità istituzionali, nel rispetto dei diritti morali dell’autore e delle condizioni dell’incarico;</w:t>
      </w:r>
    </w:p>
    <w:p w14:paraId="75F9ED7B" w14:textId="77777777" w:rsidR="00774DA8" w:rsidRDefault="00723E45">
      <w:pPr>
        <w:spacing w:after="60" w:line="240" w:lineRule="auto"/>
        <w:ind w:left="255" w:hanging="198"/>
      </w:pPr>
      <w:r>
        <w:rPr>
          <w:color w:val="1F1F1F"/>
          <w:sz w:val="19"/>
        </w:rPr>
        <w:t>• le piattaforme o applicazioni proposte saranno utilizzate nel rispetto della normativa sulla protezione dei dati personali.</w:t>
      </w:r>
    </w:p>
    <w:p w14:paraId="10187708" w14:textId="77777777" w:rsidR="00774DA8" w:rsidRDefault="00774DA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06"/>
        <w:gridCol w:w="4706"/>
      </w:tblGrid>
      <w:tr w:rsidR="00774DA8" w14:paraId="3B8F23BC" w14:textId="77777777">
        <w:trPr>
          <w:jc w:val="center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9B3551" w14:textId="77777777" w:rsidR="00774DA8" w:rsidRDefault="00723E45">
            <w:pPr>
              <w:spacing w:after="0" w:line="240" w:lineRule="auto"/>
            </w:pPr>
            <w:r>
              <w:rPr>
                <w:b/>
                <w:color w:val="1F1F1F"/>
                <w:sz w:val="18"/>
              </w:rPr>
              <w:t>Luogo e data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591BDF" w14:textId="77777777" w:rsidR="00774DA8" w:rsidRDefault="00723E45">
            <w:pPr>
              <w:spacing w:after="0" w:line="240" w:lineRule="auto"/>
              <w:jc w:val="center"/>
            </w:pPr>
            <w:r>
              <w:rPr>
                <w:b/>
                <w:color w:val="1F1F1F"/>
                <w:sz w:val="18"/>
              </w:rPr>
              <w:t>Firma leggibile</w:t>
            </w:r>
          </w:p>
        </w:tc>
      </w:tr>
      <w:tr w:rsidR="00774DA8" w14:paraId="05A1C3E4" w14:textId="77777777">
        <w:trPr>
          <w:jc w:val="center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5AC886" w14:textId="77777777" w:rsidR="00774DA8" w:rsidRDefault="00723E45">
            <w:pPr>
              <w:spacing w:after="0" w:line="240" w:lineRule="auto"/>
            </w:pPr>
            <w:r>
              <w:rPr>
                <w:color w:val="1F1F1F"/>
                <w:sz w:val="20"/>
              </w:rPr>
              <w:t>________________________________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CBA5BB" w14:textId="77777777" w:rsidR="00774DA8" w:rsidRDefault="00723E45">
            <w:pPr>
              <w:spacing w:after="0" w:line="240" w:lineRule="auto"/>
              <w:jc w:val="center"/>
            </w:pPr>
            <w:r>
              <w:rPr>
                <w:color w:val="1F1F1F"/>
                <w:sz w:val="20"/>
              </w:rPr>
              <w:t>________________________________</w:t>
            </w:r>
          </w:p>
        </w:tc>
      </w:tr>
    </w:tbl>
    <w:p w14:paraId="29E4A3D9" w14:textId="77777777" w:rsidR="00723E45" w:rsidRDefault="00723E45"/>
    <w:sectPr w:rsidR="00723E45" w:rsidSect="00034616">
      <w:pgSz w:w="12240" w:h="15840"/>
      <w:pgMar w:top="850" w:right="879" w:bottom="85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546124">
    <w:abstractNumId w:val="8"/>
  </w:num>
  <w:num w:numId="2" w16cid:durableId="1521166966">
    <w:abstractNumId w:val="6"/>
  </w:num>
  <w:num w:numId="3" w16cid:durableId="1697190146">
    <w:abstractNumId w:val="5"/>
  </w:num>
  <w:num w:numId="4" w16cid:durableId="525213173">
    <w:abstractNumId w:val="4"/>
  </w:num>
  <w:num w:numId="5" w16cid:durableId="1153525707">
    <w:abstractNumId w:val="7"/>
  </w:num>
  <w:num w:numId="6" w16cid:durableId="545683597">
    <w:abstractNumId w:val="3"/>
  </w:num>
  <w:num w:numId="7" w16cid:durableId="1272081515">
    <w:abstractNumId w:val="2"/>
  </w:num>
  <w:num w:numId="8" w16cid:durableId="1628512509">
    <w:abstractNumId w:val="1"/>
  </w:num>
  <w:num w:numId="9" w16cid:durableId="84770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CCA"/>
    <w:rsid w:val="0029639D"/>
    <w:rsid w:val="00326F90"/>
    <w:rsid w:val="003B744A"/>
    <w:rsid w:val="004E5A34"/>
    <w:rsid w:val="00723E45"/>
    <w:rsid w:val="007518FD"/>
    <w:rsid w:val="00774DA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AB066"/>
  <w14:defaultImageDpi w14:val="300"/>
  <w15:docId w15:val="{5917C9F2-448A-4CD6-9575-F983A8D9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procedura selettiva - Progetto Formazione docenti</dc:title>
  <dc:subject>PN Scuola e competenze 2021-2027</dc:subject>
  <dc:creator>Istituto Comprensivo Statale G. Oddo</dc:creator>
  <cp:keywords/>
  <dc:description>generated by python-docx</dc:description>
  <cp:lastModifiedBy>mauranda@outlook.it</cp:lastModifiedBy>
  <cp:revision>3</cp:revision>
  <dcterms:created xsi:type="dcterms:W3CDTF">2026-08-06T06:22:00Z</dcterms:created>
  <dcterms:modified xsi:type="dcterms:W3CDTF">2026-08-06T10:18:00Z</dcterms:modified>
  <cp:category/>
</cp:coreProperties>
</file>