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62"/>
      </w:tblGrid>
      <w:tr w:rsidR="00211587" w14:paraId="38CBC3C0" w14:textId="77777777">
        <w:trPr>
          <w:jc w:val="center"/>
        </w:trPr>
        <w:tc>
          <w:tcPr>
            <w:tcW w:w="10482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59F3BF4" w14:textId="77777777" w:rsidR="00211587" w:rsidRDefault="00C839BF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30"/>
              </w:rPr>
              <w:t>ALLEGATO C</w:t>
            </w:r>
            <w:r>
              <w:rPr>
                <w:b/>
                <w:color w:val="FFFFFF"/>
                <w:sz w:val="30"/>
              </w:rPr>
              <w:br/>
              <w:t>DICHIARAZIONE DI INSUSSISTENZA DI CAUSE DI INCOMPATIBILITÀ, INCONFERIBILITÀ E CONFLITTO DI INTERESSI</w:t>
            </w:r>
          </w:p>
        </w:tc>
      </w:tr>
    </w:tbl>
    <w:p w14:paraId="7C217ADB" w14:textId="77777777" w:rsidR="00211587" w:rsidRDefault="00211587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087"/>
      </w:tblGrid>
      <w:tr w:rsidR="00211587" w14:paraId="75F03FFA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F75B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B732928" w14:textId="77777777" w:rsidR="00211587" w:rsidRDefault="00C839BF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Programma</w:t>
            </w:r>
          </w:p>
        </w:tc>
        <w:tc>
          <w:tcPr>
            <w:tcW w:w="708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FEB846" w14:textId="77777777" w:rsidR="00211587" w:rsidRDefault="00C839BF">
            <w:pPr>
              <w:spacing w:after="0" w:line="240" w:lineRule="auto"/>
            </w:pPr>
            <w:r>
              <w:rPr>
                <w:color w:val="1F1F1F"/>
                <w:sz w:val="18"/>
              </w:rPr>
              <w:t>Programma Nazionale “Scuola e competenze” 2021-2027 – FSE+</w:t>
            </w:r>
          </w:p>
        </w:tc>
      </w:tr>
      <w:tr w:rsidR="00211587" w14:paraId="36B4A0D1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F75B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CD33F0D" w14:textId="77777777" w:rsidR="00211587" w:rsidRDefault="00C839BF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Avviso</w:t>
            </w:r>
          </w:p>
        </w:tc>
        <w:tc>
          <w:tcPr>
            <w:tcW w:w="708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F26987B" w14:textId="77777777" w:rsidR="00211587" w:rsidRDefault="00C839BF">
            <w:pPr>
              <w:spacing w:after="0" w:line="240" w:lineRule="auto"/>
            </w:pPr>
            <w:r>
              <w:rPr>
                <w:color w:val="1F1F1F"/>
                <w:sz w:val="18"/>
              </w:rPr>
              <w:t>Prot. n. 95165 del 24 aprile 2026 – “Formazione docenti”</w:t>
            </w:r>
          </w:p>
        </w:tc>
      </w:tr>
      <w:tr w:rsidR="00211587" w14:paraId="0C964965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F75B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A8A4EC3" w14:textId="77777777" w:rsidR="00211587" w:rsidRDefault="00C839BF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Codice progetto</w:t>
            </w:r>
          </w:p>
        </w:tc>
        <w:tc>
          <w:tcPr>
            <w:tcW w:w="708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6FC6AB4" w14:textId="77777777" w:rsidR="00211587" w:rsidRDefault="00C839BF">
            <w:pPr>
              <w:spacing w:after="0" w:line="240" w:lineRule="auto"/>
            </w:pPr>
            <w:r>
              <w:rPr>
                <w:b/>
                <w:color w:val="1F1F1F"/>
                <w:sz w:val="18"/>
              </w:rPr>
              <w:t>ESO4.5.A2.B-FSEPN-SI-2026-35</w:t>
            </w:r>
          </w:p>
        </w:tc>
      </w:tr>
      <w:tr w:rsidR="00211587" w14:paraId="023A7DCB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F75B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C8A5E89" w14:textId="77777777" w:rsidR="00211587" w:rsidRDefault="00C839BF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Titolo progetto</w:t>
            </w:r>
          </w:p>
        </w:tc>
        <w:tc>
          <w:tcPr>
            <w:tcW w:w="708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359AC79" w14:textId="77777777" w:rsidR="00211587" w:rsidRDefault="00C839BF">
            <w:pPr>
              <w:spacing w:after="0" w:line="240" w:lineRule="auto"/>
            </w:pPr>
            <w:r>
              <w:rPr>
                <w:b/>
                <w:color w:val="1F1F1F"/>
                <w:sz w:val="18"/>
              </w:rPr>
              <w:t>Formazione docenti</w:t>
            </w:r>
          </w:p>
        </w:tc>
      </w:tr>
      <w:tr w:rsidR="00211587" w14:paraId="63E619CF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F75B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8F89470" w14:textId="77777777" w:rsidR="00211587" w:rsidRDefault="00C839BF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CUP</w:t>
            </w:r>
          </w:p>
        </w:tc>
        <w:tc>
          <w:tcPr>
            <w:tcW w:w="708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3634F4E" w14:textId="77777777" w:rsidR="00211587" w:rsidRDefault="00C839BF">
            <w:pPr>
              <w:spacing w:after="0" w:line="240" w:lineRule="auto"/>
            </w:pPr>
            <w:r>
              <w:rPr>
                <w:b/>
                <w:color w:val="1F1F1F"/>
                <w:sz w:val="18"/>
              </w:rPr>
              <w:t>J54D26002560007</w:t>
            </w:r>
          </w:p>
        </w:tc>
      </w:tr>
    </w:tbl>
    <w:p w14:paraId="0D78F611" w14:textId="77777777" w:rsidR="00211587" w:rsidRDefault="00211587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211587" w14:paraId="1CDAB5C7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48491CF" w14:textId="77777777" w:rsidR="00211587" w:rsidRDefault="00C839BF">
            <w:pPr>
              <w:spacing w:after="0" w:line="240" w:lineRule="auto"/>
            </w:pPr>
            <w:r>
              <w:rPr>
                <w:b/>
                <w:color w:val="FFFFFF"/>
              </w:rPr>
              <w:t>DATI DEL/DELLA DICHIARANTE</w:t>
            </w:r>
          </w:p>
        </w:tc>
      </w:tr>
    </w:tbl>
    <w:p w14:paraId="0D7C4546" w14:textId="77777777" w:rsidR="00211587" w:rsidRDefault="00211587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7"/>
        <w:gridCol w:w="2774"/>
        <w:gridCol w:w="2096"/>
        <w:gridCol w:w="3503"/>
      </w:tblGrid>
      <w:tr w:rsidR="00211587" w14:paraId="02915526" w14:textId="77777777">
        <w:tc>
          <w:tcPr>
            <w:tcW w:w="209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37A47D2" w14:textId="77777777" w:rsidR="00211587" w:rsidRDefault="00C839BF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Cognome e nome</w:t>
            </w:r>
          </w:p>
        </w:tc>
        <w:tc>
          <w:tcPr>
            <w:tcW w:w="2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52248BD" w14:textId="77777777" w:rsidR="00211587" w:rsidRDefault="00211587">
            <w:pPr>
              <w:spacing w:after="0" w:line="240" w:lineRule="auto"/>
            </w:pPr>
          </w:p>
        </w:tc>
        <w:tc>
          <w:tcPr>
            <w:tcW w:w="209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4D4177" w14:textId="77777777" w:rsidR="00211587" w:rsidRDefault="00C839BF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Codice fiscale</w:t>
            </w:r>
          </w:p>
        </w:tc>
        <w:tc>
          <w:tcPr>
            <w:tcW w:w="2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1D56505" w14:textId="77777777" w:rsidR="00211587" w:rsidRDefault="00211587">
            <w:pPr>
              <w:spacing w:after="0" w:line="240" w:lineRule="auto"/>
            </w:pPr>
          </w:p>
        </w:tc>
      </w:tr>
      <w:tr w:rsidR="00211587" w14:paraId="2D3F05DF" w14:textId="77777777">
        <w:tc>
          <w:tcPr>
            <w:tcW w:w="209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C7C4E9A" w14:textId="77777777" w:rsidR="00211587" w:rsidRDefault="00C839BF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Nato/a a</w:t>
            </w:r>
          </w:p>
        </w:tc>
        <w:tc>
          <w:tcPr>
            <w:tcW w:w="2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E01B79" w14:textId="77777777" w:rsidR="00211587" w:rsidRDefault="00211587">
            <w:pPr>
              <w:spacing w:after="0" w:line="240" w:lineRule="auto"/>
            </w:pPr>
          </w:p>
        </w:tc>
        <w:tc>
          <w:tcPr>
            <w:tcW w:w="209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B8AE446" w14:textId="77777777" w:rsidR="00211587" w:rsidRDefault="00C839BF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Data di nascita</w:t>
            </w:r>
          </w:p>
        </w:tc>
        <w:tc>
          <w:tcPr>
            <w:tcW w:w="2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A6419D0" w14:textId="77777777" w:rsidR="00211587" w:rsidRDefault="00211587">
            <w:pPr>
              <w:spacing w:after="0" w:line="240" w:lineRule="auto"/>
            </w:pPr>
          </w:p>
        </w:tc>
      </w:tr>
      <w:tr w:rsidR="00211587" w14:paraId="33B96DFF" w14:textId="77777777">
        <w:tc>
          <w:tcPr>
            <w:tcW w:w="209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5D11686" w14:textId="77777777" w:rsidR="00211587" w:rsidRDefault="00C839BF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Comune di residenza</w:t>
            </w:r>
          </w:p>
        </w:tc>
        <w:tc>
          <w:tcPr>
            <w:tcW w:w="2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159FCB5" w14:textId="77777777" w:rsidR="00211587" w:rsidRDefault="00211587">
            <w:pPr>
              <w:spacing w:after="0" w:line="240" w:lineRule="auto"/>
            </w:pPr>
          </w:p>
        </w:tc>
        <w:tc>
          <w:tcPr>
            <w:tcW w:w="209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440600F" w14:textId="77777777" w:rsidR="00211587" w:rsidRDefault="00C839BF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CAP</w:t>
            </w:r>
          </w:p>
        </w:tc>
        <w:tc>
          <w:tcPr>
            <w:tcW w:w="2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4B1CAB0" w14:textId="77777777" w:rsidR="00211587" w:rsidRDefault="00211587">
            <w:pPr>
              <w:spacing w:after="0" w:line="240" w:lineRule="auto"/>
            </w:pPr>
          </w:p>
        </w:tc>
      </w:tr>
      <w:tr w:rsidR="00211587" w14:paraId="0754742F" w14:textId="77777777">
        <w:tc>
          <w:tcPr>
            <w:tcW w:w="209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BBDA1FB" w14:textId="77777777" w:rsidR="00211587" w:rsidRDefault="00C839BF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Indirizzo</w:t>
            </w:r>
          </w:p>
        </w:tc>
        <w:tc>
          <w:tcPr>
            <w:tcW w:w="2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4FC0BEC" w14:textId="77777777" w:rsidR="00211587" w:rsidRDefault="00211587">
            <w:pPr>
              <w:spacing w:after="0" w:line="240" w:lineRule="auto"/>
            </w:pPr>
          </w:p>
        </w:tc>
        <w:tc>
          <w:tcPr>
            <w:tcW w:w="209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46252BF" w14:textId="77777777" w:rsidR="00211587" w:rsidRDefault="00C839BF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Recapito telefonico</w:t>
            </w:r>
          </w:p>
        </w:tc>
        <w:tc>
          <w:tcPr>
            <w:tcW w:w="2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0D4673" w14:textId="77777777" w:rsidR="00211587" w:rsidRDefault="00211587">
            <w:pPr>
              <w:spacing w:after="0" w:line="240" w:lineRule="auto"/>
            </w:pPr>
          </w:p>
        </w:tc>
      </w:tr>
      <w:tr w:rsidR="00211587" w14:paraId="085BFF8E" w14:textId="77777777">
        <w:tc>
          <w:tcPr>
            <w:tcW w:w="209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F9F0B6" w14:textId="77777777" w:rsidR="00211587" w:rsidRDefault="00C839BF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E-mail</w:t>
            </w:r>
          </w:p>
        </w:tc>
        <w:tc>
          <w:tcPr>
            <w:tcW w:w="2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8945475" w14:textId="77777777" w:rsidR="00211587" w:rsidRDefault="00211587">
            <w:pPr>
              <w:spacing w:after="0" w:line="240" w:lineRule="auto"/>
            </w:pPr>
          </w:p>
        </w:tc>
        <w:tc>
          <w:tcPr>
            <w:tcW w:w="209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78B3EB" w14:textId="77777777" w:rsidR="00211587" w:rsidRDefault="00C839BF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Codice posizione</w:t>
            </w:r>
          </w:p>
        </w:tc>
        <w:tc>
          <w:tcPr>
            <w:tcW w:w="2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A9B06AD" w14:textId="77777777" w:rsidR="00211587" w:rsidRDefault="00211587">
            <w:pPr>
              <w:spacing w:after="0" w:line="240" w:lineRule="auto"/>
            </w:pPr>
          </w:p>
        </w:tc>
      </w:tr>
      <w:tr w:rsidR="00211587" w14:paraId="3EDF9535" w14:textId="77777777">
        <w:tblPrEx>
          <w:jc w:val="center"/>
        </w:tblPrEx>
        <w:trPr>
          <w:jc w:val="center"/>
        </w:trPr>
        <w:tc>
          <w:tcPr>
            <w:tcW w:w="10482" w:type="dxa"/>
            <w:gridSpan w:val="4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67A2DB" w14:textId="77777777" w:rsidR="00211587" w:rsidRDefault="00C839BF">
            <w:pPr>
              <w:spacing w:after="0" w:line="240" w:lineRule="auto"/>
            </w:pPr>
            <w:r>
              <w:rPr>
                <w:b/>
                <w:color w:val="FFFFFF"/>
              </w:rPr>
              <w:t>OGGETTO</w:t>
            </w:r>
          </w:p>
        </w:tc>
      </w:tr>
    </w:tbl>
    <w:p w14:paraId="226BF071" w14:textId="77777777" w:rsidR="00211587" w:rsidRDefault="00211587">
      <w:pPr>
        <w:spacing w:after="0"/>
      </w:pPr>
    </w:p>
    <w:p w14:paraId="21F3DEE4" w14:textId="77777777" w:rsidR="00211587" w:rsidRDefault="00C839BF">
      <w:pPr>
        <w:spacing w:after="100"/>
      </w:pPr>
      <w:r>
        <w:rPr>
          <w:b/>
          <w:color w:val="1F1F1F"/>
        </w:rPr>
        <w:t>Dichiarazione relativa alla selezione di Esperti e Tutor per il progetto ESO4.5.A2.B-FSEPN-SI-2026-35 – CUP J54D26002560007.</w:t>
      </w:r>
    </w:p>
    <w:p w14:paraId="23BAA161" w14:textId="77777777" w:rsidR="00211587" w:rsidRDefault="00C839BF">
      <w:pPr>
        <w:spacing w:after="60"/>
        <w:jc w:val="both"/>
      </w:pPr>
      <w:r>
        <w:rPr>
          <w:color w:val="1F1F1F"/>
        </w:rPr>
        <w:t>Avendo preso visione dell’Avviso di selezione prot. n. [PROTOCOLLO] del [DATA], il/la sottoscritto/a, consapevole delle sanzioni penali previste dall’art. 76 del D.P.R. 28 dicembre 2000, n. 445 e della decadenza dai benefici di cui all’art. 75 del medesimo decreto,</w:t>
      </w:r>
    </w:p>
    <w:p w14:paraId="49CDC3D4" w14:textId="77777777" w:rsidR="00211587" w:rsidRDefault="00C839BF">
      <w:pPr>
        <w:jc w:val="center"/>
      </w:pPr>
      <w:r>
        <w:rPr>
          <w:b/>
          <w:color w:val="1F1F1F"/>
          <w:sz w:val="23"/>
        </w:rPr>
        <w:t>DICHIARA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9184"/>
      </w:tblGrid>
      <w:tr w:rsidR="00211587" w14:paraId="635C1F8C" w14:textId="77777777">
        <w:trPr>
          <w:tblHeader/>
        </w:trPr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5DE81B1" w14:textId="77777777" w:rsidR="00211587" w:rsidRDefault="00C839BF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N.</w:t>
            </w:r>
          </w:p>
        </w:tc>
        <w:tc>
          <w:tcPr>
            <w:tcW w:w="918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4224FCB" w14:textId="77777777" w:rsidR="00211587" w:rsidRDefault="00C839BF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DICHIARAZIONE</w:t>
            </w:r>
          </w:p>
        </w:tc>
      </w:tr>
      <w:tr w:rsidR="00211587" w14:paraId="2E1999DC" w14:textId="77777777">
        <w:trPr>
          <w:cantSplit/>
        </w:trPr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03320FD" w14:textId="77777777" w:rsidR="00211587" w:rsidRDefault="00C839BF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1</w:t>
            </w:r>
          </w:p>
        </w:tc>
        <w:tc>
          <w:tcPr>
            <w:tcW w:w="918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4856FAA" w14:textId="77777777" w:rsidR="00211587" w:rsidRDefault="00C839BF">
            <w:pPr>
              <w:spacing w:after="0" w:line="240" w:lineRule="auto"/>
            </w:pPr>
            <w:r>
              <w:rPr>
                <w:color w:val="1F1F1F"/>
                <w:sz w:val="17"/>
              </w:rPr>
              <w:t>☐</w:t>
            </w:r>
            <w:r>
              <w:rPr>
                <w:color w:val="1F1F1F"/>
                <w:sz w:val="17"/>
              </w:rPr>
              <w:t xml:space="preserve">  di non trovarsi in alcuna situazione di incompatibilità o inconferibilità rispetto all’incarico per il quale ha presentato candidatura;</w:t>
            </w:r>
          </w:p>
        </w:tc>
      </w:tr>
      <w:tr w:rsidR="00211587" w14:paraId="1242C21F" w14:textId="77777777">
        <w:trPr>
          <w:cantSplit/>
        </w:trPr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730633E" w14:textId="77777777" w:rsidR="00211587" w:rsidRDefault="00C839BF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2</w:t>
            </w:r>
          </w:p>
        </w:tc>
        <w:tc>
          <w:tcPr>
            <w:tcW w:w="918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5BFE98" w14:textId="77777777" w:rsidR="00211587" w:rsidRDefault="00C839BF">
            <w:pPr>
              <w:spacing w:after="0" w:line="240" w:lineRule="auto"/>
            </w:pPr>
            <w:r>
              <w:rPr>
                <w:color w:val="1F1F1F"/>
                <w:sz w:val="17"/>
              </w:rPr>
              <w:t>☐</w:t>
            </w:r>
            <w:r>
              <w:rPr>
                <w:color w:val="1F1F1F"/>
                <w:sz w:val="17"/>
              </w:rPr>
              <w:t xml:space="preserve">  di non trovarsi in una situazione di conflitto di interessi, anche potenziale, tale da compromettere o far apparire compromessa l’imparzialità e l’indipendenza richieste;</w:t>
            </w:r>
          </w:p>
        </w:tc>
      </w:tr>
      <w:tr w:rsidR="00211587" w14:paraId="416602EE" w14:textId="77777777">
        <w:trPr>
          <w:cantSplit/>
        </w:trPr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61DDBE1" w14:textId="77777777" w:rsidR="00211587" w:rsidRDefault="00C839BF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3</w:t>
            </w:r>
          </w:p>
        </w:tc>
        <w:tc>
          <w:tcPr>
            <w:tcW w:w="918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2891E8D" w14:textId="77777777" w:rsidR="00211587" w:rsidRDefault="00C839BF">
            <w:pPr>
              <w:spacing w:after="0" w:line="240" w:lineRule="auto"/>
            </w:pPr>
            <w:r>
              <w:rPr>
                <w:color w:val="1F1F1F"/>
                <w:sz w:val="17"/>
              </w:rPr>
              <w:t>☐</w:t>
            </w:r>
            <w:r>
              <w:rPr>
                <w:color w:val="1F1F1F"/>
                <w:sz w:val="17"/>
              </w:rPr>
              <w:t xml:space="preserve">  di non avere interessi finanziari, economici, professionali o personali direttamente o indirettamente connessi alla procedura o alle attività progettuali, idonei a interferire con il corretto svolgimento dell’incarico;</w:t>
            </w:r>
          </w:p>
        </w:tc>
      </w:tr>
      <w:tr w:rsidR="00211587" w14:paraId="47ECBC90" w14:textId="77777777">
        <w:trPr>
          <w:cantSplit/>
        </w:trPr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8B3A08" w14:textId="77777777" w:rsidR="00211587" w:rsidRDefault="00C839BF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4</w:t>
            </w:r>
          </w:p>
        </w:tc>
        <w:tc>
          <w:tcPr>
            <w:tcW w:w="918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53E0904" w14:textId="77777777" w:rsidR="00211587" w:rsidRDefault="00C839BF">
            <w:pPr>
              <w:spacing w:after="0" w:line="240" w:lineRule="auto"/>
            </w:pPr>
            <w:r>
              <w:rPr>
                <w:color w:val="1F1F1F"/>
                <w:sz w:val="17"/>
              </w:rPr>
              <w:t>☐</w:t>
            </w:r>
            <w:r>
              <w:rPr>
                <w:color w:val="1F1F1F"/>
                <w:sz w:val="17"/>
              </w:rPr>
              <w:t xml:space="preserve">  di non avere rapporti di coniugio, convivenza, parentela, affinità, frequentazione abituale, comunanza di interessi economici o professionali con il Dirigente Scolastico, con i componenti della Commissione o con altri soggetti coinvolti, tali da determinare conflitto di interessi;</w:t>
            </w:r>
          </w:p>
        </w:tc>
      </w:tr>
      <w:tr w:rsidR="00211587" w14:paraId="3BAB91E5" w14:textId="77777777">
        <w:trPr>
          <w:cantSplit/>
        </w:trPr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00ACB02" w14:textId="77777777" w:rsidR="00211587" w:rsidRDefault="00C839BF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5</w:t>
            </w:r>
          </w:p>
        </w:tc>
        <w:tc>
          <w:tcPr>
            <w:tcW w:w="918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91AFEBF" w14:textId="77777777" w:rsidR="00211587" w:rsidRDefault="00C839BF">
            <w:pPr>
              <w:spacing w:after="0" w:line="240" w:lineRule="auto"/>
            </w:pPr>
            <w:r>
              <w:rPr>
                <w:color w:val="1F1F1F"/>
                <w:sz w:val="17"/>
              </w:rPr>
              <w:t>☐</w:t>
            </w:r>
            <w:r>
              <w:rPr>
                <w:color w:val="1F1F1F"/>
                <w:sz w:val="17"/>
              </w:rPr>
              <w:t xml:space="preserve">  di non ricoprire e di non assumere il ruolo di componente della Commissione incaricata della valutazione delle candidature relative alla medesima procedura;</w:t>
            </w:r>
          </w:p>
        </w:tc>
      </w:tr>
      <w:tr w:rsidR="00211587" w14:paraId="3761BD0F" w14:textId="77777777">
        <w:trPr>
          <w:cantSplit/>
        </w:trPr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008D3FC" w14:textId="77777777" w:rsidR="00211587" w:rsidRDefault="00C839BF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6</w:t>
            </w:r>
          </w:p>
        </w:tc>
        <w:tc>
          <w:tcPr>
            <w:tcW w:w="918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B94390" w14:textId="77777777" w:rsidR="00211587" w:rsidRDefault="00C839BF">
            <w:pPr>
              <w:spacing w:after="0" w:line="240" w:lineRule="auto"/>
            </w:pPr>
            <w:r>
              <w:rPr>
                <w:color w:val="1F1F1F"/>
                <w:sz w:val="17"/>
              </w:rPr>
              <w:t>☐</w:t>
            </w:r>
            <w:r>
              <w:rPr>
                <w:color w:val="1F1F1F"/>
                <w:sz w:val="17"/>
              </w:rPr>
              <w:t xml:space="preserve">  di non avere partecipato alla predisposizione degli atti della procedura in una posizione tale da determinare un indebito vantaggio personale;</w:t>
            </w:r>
          </w:p>
        </w:tc>
      </w:tr>
      <w:tr w:rsidR="00211587" w14:paraId="3C0FB777" w14:textId="77777777">
        <w:trPr>
          <w:cantSplit/>
        </w:trPr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9EC8CF" w14:textId="77777777" w:rsidR="00211587" w:rsidRDefault="00C839BF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7</w:t>
            </w:r>
          </w:p>
        </w:tc>
        <w:tc>
          <w:tcPr>
            <w:tcW w:w="918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58A774D" w14:textId="77777777" w:rsidR="00211587" w:rsidRDefault="00C839BF">
            <w:pPr>
              <w:spacing w:after="0" w:line="240" w:lineRule="auto"/>
            </w:pPr>
            <w:r>
              <w:rPr>
                <w:color w:val="1F1F1F"/>
                <w:sz w:val="17"/>
              </w:rPr>
              <w:t>☐</w:t>
            </w:r>
            <w:r>
              <w:rPr>
                <w:color w:val="1F1F1F"/>
                <w:sz w:val="17"/>
              </w:rPr>
              <w:t xml:space="preserve">  di non essere titolare, socio, amministratore, dipendente o collaboratore di soggetti economici interessati alla fornitura di beni o servizi connessi al progetto, qualora tale rapporto possa determinare conflitto di interessi;</w:t>
            </w:r>
          </w:p>
        </w:tc>
      </w:tr>
      <w:tr w:rsidR="00211587" w14:paraId="1910E860" w14:textId="77777777">
        <w:trPr>
          <w:cantSplit/>
        </w:trPr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1FE18B0" w14:textId="77777777" w:rsidR="00211587" w:rsidRDefault="00C839BF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lastRenderedPageBreak/>
              <w:t>8</w:t>
            </w:r>
          </w:p>
        </w:tc>
        <w:tc>
          <w:tcPr>
            <w:tcW w:w="918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05E437" w14:textId="77777777" w:rsidR="00211587" w:rsidRDefault="00C839BF">
            <w:pPr>
              <w:spacing w:after="0" w:line="240" w:lineRule="auto"/>
            </w:pPr>
            <w:r>
              <w:rPr>
                <w:color w:val="1F1F1F"/>
                <w:sz w:val="17"/>
              </w:rPr>
              <w:t>☐</w:t>
            </w:r>
            <w:r>
              <w:rPr>
                <w:color w:val="1F1F1F"/>
                <w:sz w:val="17"/>
              </w:rPr>
              <w:t xml:space="preserve">  di non trovarsi in condizioni che impediscano il conferimento di incarichi da parte di una pubblica amministrazione;</w:t>
            </w:r>
          </w:p>
        </w:tc>
      </w:tr>
      <w:tr w:rsidR="00211587" w14:paraId="2A1D7D60" w14:textId="77777777">
        <w:trPr>
          <w:cantSplit/>
        </w:trPr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8AF6EE9" w14:textId="77777777" w:rsidR="00211587" w:rsidRDefault="00C839BF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9</w:t>
            </w:r>
          </w:p>
        </w:tc>
        <w:tc>
          <w:tcPr>
            <w:tcW w:w="918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3EB7C9" w14:textId="77777777" w:rsidR="00211587" w:rsidRDefault="00C839BF">
            <w:pPr>
              <w:spacing w:after="0" w:line="240" w:lineRule="auto"/>
            </w:pPr>
            <w:r>
              <w:rPr>
                <w:color w:val="1F1F1F"/>
                <w:sz w:val="17"/>
              </w:rPr>
              <w:t>☐</w:t>
            </w:r>
            <w:r>
              <w:rPr>
                <w:color w:val="1F1F1F"/>
                <w:sz w:val="17"/>
              </w:rPr>
              <w:t xml:space="preserve">  di impegnarsi a svolgere l’incarico esclusivamente al di fuori dell’orario ordinario di servizio, qualora dipendente dell’Istituzione scolastica o di altra pubblica amministrazione;</w:t>
            </w:r>
          </w:p>
        </w:tc>
      </w:tr>
      <w:tr w:rsidR="00211587" w14:paraId="1C7428A7" w14:textId="77777777">
        <w:trPr>
          <w:cantSplit/>
        </w:trPr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85FA02B" w14:textId="77777777" w:rsidR="00211587" w:rsidRDefault="00C839BF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10</w:t>
            </w:r>
          </w:p>
        </w:tc>
        <w:tc>
          <w:tcPr>
            <w:tcW w:w="918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79078BA" w14:textId="77777777" w:rsidR="00211587" w:rsidRDefault="00C839BF">
            <w:pPr>
              <w:spacing w:after="0" w:line="240" w:lineRule="auto"/>
            </w:pPr>
            <w:r>
              <w:rPr>
                <w:color w:val="1F1F1F"/>
                <w:sz w:val="17"/>
              </w:rPr>
              <w:t>☐</w:t>
            </w:r>
            <w:r>
              <w:rPr>
                <w:color w:val="1F1F1F"/>
                <w:sz w:val="17"/>
              </w:rPr>
              <w:t xml:space="preserve">  di impegnarsi a comunicare tempestivamente qualsiasi situazione sopravvenuta che possa determinare incompatibilità, inconferibilità o conflitto di interessi;</w:t>
            </w:r>
          </w:p>
        </w:tc>
      </w:tr>
      <w:tr w:rsidR="00211587" w14:paraId="476D6C59" w14:textId="77777777">
        <w:trPr>
          <w:cantSplit/>
        </w:trPr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F48412C" w14:textId="77777777" w:rsidR="00211587" w:rsidRDefault="00C839BF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11</w:t>
            </w:r>
          </w:p>
        </w:tc>
        <w:tc>
          <w:tcPr>
            <w:tcW w:w="918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F8F8CC" w14:textId="77777777" w:rsidR="00211587" w:rsidRDefault="00C839BF">
            <w:pPr>
              <w:spacing w:after="0" w:line="240" w:lineRule="auto"/>
            </w:pPr>
            <w:r>
              <w:rPr>
                <w:color w:val="1F1F1F"/>
                <w:sz w:val="17"/>
              </w:rPr>
              <w:t>☐</w:t>
            </w:r>
            <w:r>
              <w:rPr>
                <w:color w:val="1F1F1F"/>
                <w:sz w:val="17"/>
              </w:rPr>
              <w:t xml:space="preserve">  di impegnarsi ad astenersi immediatamente dallo svolgimento delle attività in presenza di una situazione, anche sopravvenuta, che possa compromettere l’imparzialità;</w:t>
            </w:r>
          </w:p>
        </w:tc>
      </w:tr>
      <w:tr w:rsidR="00211587" w14:paraId="643B6FC5" w14:textId="77777777">
        <w:trPr>
          <w:cantSplit/>
        </w:trPr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BE25BB0" w14:textId="77777777" w:rsidR="00211587" w:rsidRDefault="00C839BF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12</w:t>
            </w:r>
          </w:p>
        </w:tc>
        <w:tc>
          <w:tcPr>
            <w:tcW w:w="918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5E4591C" w14:textId="77777777" w:rsidR="00211587" w:rsidRDefault="00C839BF">
            <w:pPr>
              <w:spacing w:after="0" w:line="240" w:lineRule="auto"/>
            </w:pPr>
            <w:r>
              <w:rPr>
                <w:color w:val="1F1F1F"/>
                <w:sz w:val="17"/>
              </w:rPr>
              <w:t>☐</w:t>
            </w:r>
            <w:r>
              <w:rPr>
                <w:color w:val="1F1F1F"/>
                <w:sz w:val="17"/>
              </w:rPr>
              <w:t xml:space="preserve">  di essere consapevole che la presente dichiarazione sarà acquisita agli atti del procedimento e sottoposta ai controlli previsti dalla normativa vigente.</w:t>
            </w:r>
          </w:p>
        </w:tc>
      </w:tr>
    </w:tbl>
    <w:p w14:paraId="573BC849" w14:textId="77777777" w:rsidR="00211587" w:rsidRDefault="00C839BF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211587" w14:paraId="5253309A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B7F6BB1" w14:textId="77777777" w:rsidR="00211587" w:rsidRDefault="00C839BF">
            <w:pPr>
              <w:spacing w:after="0" w:line="240" w:lineRule="auto"/>
            </w:pPr>
            <w:r>
              <w:rPr>
                <w:b/>
                <w:color w:val="FFFFFF"/>
              </w:rPr>
              <w:lastRenderedPageBreak/>
              <w:t>AUTORIZZAZIONE DELL’AMMINISTRAZIONE DI APPARTENENZA</w:t>
            </w:r>
          </w:p>
        </w:tc>
      </w:tr>
    </w:tbl>
    <w:p w14:paraId="5C7C72D6" w14:textId="77777777" w:rsidR="00211587" w:rsidRDefault="00211587">
      <w:pPr>
        <w:spacing w:after="0"/>
      </w:pPr>
    </w:p>
    <w:p w14:paraId="2D4E755A" w14:textId="77777777" w:rsidR="00211587" w:rsidRDefault="00C839BF">
      <w:pPr>
        <w:spacing w:after="60" w:line="240" w:lineRule="auto"/>
        <w:ind w:left="255" w:hanging="198"/>
      </w:pPr>
      <w:r>
        <w:rPr>
          <w:color w:val="1F1F1F"/>
          <w:sz w:val="20"/>
        </w:rPr>
        <w:t>☐</w:t>
      </w:r>
      <w:r>
        <w:rPr>
          <w:color w:val="1F1F1F"/>
          <w:sz w:val="20"/>
        </w:rPr>
        <w:t xml:space="preserve"> di avere già acquisito l’autorizzazione dell’Amministrazione di appartenenza;</w:t>
      </w:r>
    </w:p>
    <w:p w14:paraId="35F8CFF8" w14:textId="77777777" w:rsidR="00211587" w:rsidRDefault="00C839BF">
      <w:pPr>
        <w:spacing w:after="60" w:line="240" w:lineRule="auto"/>
        <w:ind w:left="255" w:hanging="198"/>
      </w:pPr>
      <w:r>
        <w:rPr>
          <w:color w:val="1F1F1F"/>
          <w:sz w:val="20"/>
        </w:rPr>
        <w:t>☐</w:t>
      </w:r>
      <w:r>
        <w:rPr>
          <w:color w:val="1F1F1F"/>
          <w:sz w:val="20"/>
        </w:rPr>
        <w:t xml:space="preserve"> di impegnarsi a richiedere e produrre la prescritta autorizzazione prima del conferimento dell’incarico;</w:t>
      </w:r>
    </w:p>
    <w:p w14:paraId="254F2181" w14:textId="77777777" w:rsidR="00211587" w:rsidRDefault="00C839BF">
      <w:pPr>
        <w:spacing w:after="60" w:line="240" w:lineRule="auto"/>
        <w:ind w:left="255" w:hanging="198"/>
      </w:pPr>
      <w:r>
        <w:rPr>
          <w:color w:val="1F1F1F"/>
          <w:sz w:val="20"/>
        </w:rPr>
        <w:t>☐</w:t>
      </w:r>
      <w:r>
        <w:rPr>
          <w:color w:val="1F1F1F"/>
          <w:sz w:val="20"/>
        </w:rPr>
        <w:t xml:space="preserve"> di non essere soggetto/a all’obbligo di autorizzazione in quanto non dipendente di una pubblica amministrazione.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211587" w14:paraId="113BD4CD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C5257B" w14:textId="77777777" w:rsidR="00211587" w:rsidRDefault="00C839BF">
            <w:pPr>
              <w:spacing w:after="0" w:line="240" w:lineRule="auto"/>
            </w:pPr>
            <w:r>
              <w:rPr>
                <w:b/>
                <w:color w:val="FFFFFF"/>
              </w:rPr>
              <w:t>EVENTUALI SITUAZIONI DA SEGNALARE</w:t>
            </w:r>
          </w:p>
        </w:tc>
      </w:tr>
    </w:tbl>
    <w:p w14:paraId="3F5F6C47" w14:textId="77777777" w:rsidR="00211587" w:rsidRDefault="00211587">
      <w:pPr>
        <w:spacing w:after="0"/>
      </w:pPr>
    </w:p>
    <w:p w14:paraId="4AC9B549" w14:textId="77777777" w:rsidR="00211587" w:rsidRDefault="00C839BF">
      <w:pPr>
        <w:spacing w:after="60" w:line="240" w:lineRule="auto"/>
        <w:ind w:left="255" w:hanging="198"/>
      </w:pPr>
      <w:r>
        <w:rPr>
          <w:color w:val="1F1F1F"/>
          <w:sz w:val="20"/>
        </w:rPr>
        <w:t>☐</w:t>
      </w:r>
      <w:r>
        <w:rPr>
          <w:color w:val="1F1F1F"/>
          <w:sz w:val="20"/>
        </w:rPr>
        <w:t xml:space="preserve"> non sussistono ulteriori situazioni rilevanti;</w:t>
      </w:r>
    </w:p>
    <w:p w14:paraId="373C9506" w14:textId="77777777" w:rsidR="00211587" w:rsidRDefault="00C839BF">
      <w:pPr>
        <w:spacing w:after="60" w:line="240" w:lineRule="auto"/>
        <w:ind w:left="255" w:hanging="198"/>
      </w:pPr>
      <w:r>
        <w:rPr>
          <w:color w:val="1F1F1F"/>
          <w:sz w:val="20"/>
        </w:rPr>
        <w:t>☐</w:t>
      </w:r>
      <w:r>
        <w:rPr>
          <w:color w:val="1F1F1F"/>
          <w:sz w:val="20"/>
        </w:rPr>
        <w:t xml:space="preserve"> sussistono le situazioni di seguito indicate, sottoposte alla valutazione dell’Amministrazione.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70"/>
      </w:tblGrid>
      <w:tr w:rsidR="00211587" w14:paraId="3E604001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A2DE96A" w14:textId="77777777" w:rsidR="00211587" w:rsidRDefault="00211587">
            <w:pPr>
              <w:spacing w:after="0" w:line="240" w:lineRule="auto"/>
            </w:pPr>
          </w:p>
        </w:tc>
      </w:tr>
      <w:tr w:rsidR="00211587" w14:paraId="25609F69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D843E8F" w14:textId="77777777" w:rsidR="00211587" w:rsidRDefault="00211587">
            <w:pPr>
              <w:spacing w:after="0" w:line="240" w:lineRule="auto"/>
            </w:pPr>
          </w:p>
        </w:tc>
      </w:tr>
      <w:tr w:rsidR="00211587" w14:paraId="7E383827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D0401C" w14:textId="77777777" w:rsidR="00211587" w:rsidRDefault="00211587">
            <w:pPr>
              <w:spacing w:after="0" w:line="240" w:lineRule="auto"/>
            </w:pPr>
          </w:p>
        </w:tc>
      </w:tr>
      <w:tr w:rsidR="00211587" w14:paraId="1E7FD548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CF2308" w14:textId="77777777" w:rsidR="00211587" w:rsidRDefault="00211587">
            <w:pPr>
              <w:spacing w:after="0" w:line="240" w:lineRule="auto"/>
            </w:pPr>
          </w:p>
        </w:tc>
      </w:tr>
      <w:tr w:rsidR="00211587" w14:paraId="2E870B41" w14:textId="77777777">
        <w:tblPrEx>
          <w:jc w:val="center"/>
        </w:tblPrEx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925E9CC" w14:textId="77777777" w:rsidR="00211587" w:rsidRDefault="00C839BF">
            <w:pPr>
              <w:spacing w:after="0" w:line="240" w:lineRule="auto"/>
            </w:pPr>
            <w:r>
              <w:rPr>
                <w:b/>
                <w:color w:val="FFFFFF"/>
              </w:rPr>
              <w:t>TRATTAMENTO DEI DATI</w:t>
            </w:r>
          </w:p>
        </w:tc>
      </w:tr>
    </w:tbl>
    <w:p w14:paraId="0DC795C8" w14:textId="77777777" w:rsidR="00211587" w:rsidRDefault="00211587">
      <w:pPr>
        <w:spacing w:after="0"/>
      </w:pPr>
    </w:p>
    <w:p w14:paraId="3CC9D2FA" w14:textId="77777777" w:rsidR="00211587" w:rsidRDefault="00C839BF">
      <w:pPr>
        <w:spacing w:after="100"/>
        <w:jc w:val="both"/>
      </w:pPr>
      <w:r>
        <w:rPr>
          <w:color w:val="1F1F1F"/>
          <w:sz w:val="19"/>
        </w:rPr>
        <w:t>Il/La sottoscritto/a dichiara di avere preso visione dell’informativa relativa al trattamento dei dati personali e di essere informato/a che i dati contenuti nella presente dichiarazione saranno trattati esclusivamente per le finalità amministrative connesse alla procedura e all’eventuale conferimento dell’incarico.</w:t>
      </w:r>
    </w:p>
    <w:p w14:paraId="25AF98F0" w14:textId="77777777" w:rsidR="00211587" w:rsidRDefault="0021158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06"/>
        <w:gridCol w:w="4706"/>
      </w:tblGrid>
      <w:tr w:rsidR="00211587" w14:paraId="5CDF143C" w14:textId="77777777">
        <w:trPr>
          <w:jc w:val="center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C8AFA0A" w14:textId="77777777" w:rsidR="00211587" w:rsidRDefault="00C839BF">
            <w:pPr>
              <w:spacing w:after="0" w:line="240" w:lineRule="auto"/>
            </w:pPr>
            <w:r>
              <w:rPr>
                <w:b/>
                <w:color w:val="1F1F1F"/>
                <w:sz w:val="18"/>
              </w:rPr>
              <w:t>Luogo e data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AA73D14" w14:textId="77777777" w:rsidR="00211587" w:rsidRDefault="00C839BF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8"/>
              </w:rPr>
              <w:t>Firma leggibile</w:t>
            </w:r>
          </w:p>
        </w:tc>
      </w:tr>
      <w:tr w:rsidR="00211587" w14:paraId="7E922F45" w14:textId="77777777">
        <w:trPr>
          <w:jc w:val="center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518382E" w14:textId="77777777" w:rsidR="00211587" w:rsidRDefault="00C839BF">
            <w:pPr>
              <w:spacing w:after="0" w:line="240" w:lineRule="auto"/>
            </w:pPr>
            <w:r>
              <w:rPr>
                <w:color w:val="1F1F1F"/>
                <w:sz w:val="20"/>
              </w:rPr>
              <w:t>________________________________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303C9D" w14:textId="77777777" w:rsidR="00211587" w:rsidRDefault="00C839BF">
            <w:pPr>
              <w:spacing w:after="0" w:line="240" w:lineRule="auto"/>
              <w:jc w:val="center"/>
            </w:pPr>
            <w:r>
              <w:rPr>
                <w:color w:val="1F1F1F"/>
                <w:sz w:val="20"/>
              </w:rPr>
              <w:t>________________________________</w:t>
            </w:r>
          </w:p>
        </w:tc>
      </w:tr>
    </w:tbl>
    <w:p w14:paraId="492C5AE8" w14:textId="77777777" w:rsidR="00C839BF" w:rsidRDefault="00C839BF"/>
    <w:sectPr w:rsidR="00C839BF" w:rsidSect="00034616">
      <w:pgSz w:w="12240" w:h="15840"/>
      <w:pgMar w:top="850" w:right="879" w:bottom="85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8427359">
    <w:abstractNumId w:val="8"/>
  </w:num>
  <w:num w:numId="2" w16cid:durableId="1131628957">
    <w:abstractNumId w:val="6"/>
  </w:num>
  <w:num w:numId="3" w16cid:durableId="1857886947">
    <w:abstractNumId w:val="5"/>
  </w:num>
  <w:num w:numId="4" w16cid:durableId="199636828">
    <w:abstractNumId w:val="4"/>
  </w:num>
  <w:num w:numId="5" w16cid:durableId="1395740728">
    <w:abstractNumId w:val="7"/>
  </w:num>
  <w:num w:numId="6" w16cid:durableId="851147514">
    <w:abstractNumId w:val="3"/>
  </w:num>
  <w:num w:numId="7" w16cid:durableId="301273847">
    <w:abstractNumId w:val="2"/>
  </w:num>
  <w:num w:numId="8" w16cid:durableId="1455832276">
    <w:abstractNumId w:val="1"/>
  </w:num>
  <w:num w:numId="9" w16cid:durableId="60062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1587"/>
    <w:rsid w:val="0029639D"/>
    <w:rsid w:val="00326F90"/>
    <w:rsid w:val="00403B03"/>
    <w:rsid w:val="004E5A34"/>
    <w:rsid w:val="00AA1D8D"/>
    <w:rsid w:val="00B47730"/>
    <w:rsid w:val="00C839B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44FDCA"/>
  <w14:defaultImageDpi w14:val="300"/>
  <w15:docId w15:val="{5917C9F2-448A-4CD6-9575-F983A8D9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procedura selettiva - Progetto Formazione docenti</dc:title>
  <dc:subject>PN Scuola e competenze 2021-2027</dc:subject>
  <dc:creator>Istituto Comprensivo Statale G. Oddo</dc:creator>
  <cp:keywords/>
  <dc:description>generated by python-docx</dc:description>
  <cp:lastModifiedBy>mauranda@outlook.it</cp:lastModifiedBy>
  <cp:revision>2</cp:revision>
  <dcterms:created xsi:type="dcterms:W3CDTF">2026-08-06T06:22:00Z</dcterms:created>
  <dcterms:modified xsi:type="dcterms:W3CDTF">2026-08-06T06:22:00Z</dcterms:modified>
  <cp:category/>
</cp:coreProperties>
</file>