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84"/>
        <w:gridCol w:w="3858"/>
        <w:gridCol w:w="1646"/>
        <w:gridCol w:w="2418"/>
        <w:gridCol w:w="1143"/>
        <w:gridCol w:w="907"/>
      </w:tblGrid>
      <w:tr w:rsidR="00490FB7" w:rsidRPr="006F4934" w14:paraId="49CDD674" w14:textId="77777777" w:rsidTr="00AD77F6">
        <w:trPr>
          <w:trHeight w:val="390"/>
        </w:trPr>
        <w:tc>
          <w:tcPr>
            <w:tcW w:w="4289" w:type="pct"/>
            <w:gridSpan w:val="4"/>
            <w:tcBorders>
              <w:top w:val="nil"/>
              <w:left w:val="single" w:sz="8" w:space="0" w:color="1F4E78"/>
              <w:bottom w:val="nil"/>
              <w:right w:val="nil"/>
            </w:tcBorders>
            <w:shd w:val="clear" w:color="000000" w:fill="1F4E78"/>
            <w:vAlign w:val="center"/>
            <w:hideMark/>
          </w:tcPr>
          <w:p w14:paraId="42C41400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30"/>
                <w:szCs w:val="30"/>
                <w:lang w:val="it-IT" w:eastAsia="it-IT"/>
              </w:rPr>
            </w:pPr>
            <w:r w:rsidRPr="006F4934">
              <w:rPr>
                <w:rFonts w:eastAsia="Times New Roman" w:cs="Times New Roman"/>
                <w:b/>
                <w:bCs/>
                <w:color w:val="FFFFFF"/>
                <w:sz w:val="30"/>
                <w:lang w:eastAsia="it-IT"/>
              </w:rPr>
              <w:t>ALLEGATO B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01272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30"/>
                <w:szCs w:val="30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0A66F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490FB7" w:rsidRPr="006F4934" w14:paraId="3A494973" w14:textId="77777777" w:rsidTr="00AD77F6">
        <w:trPr>
          <w:trHeight w:val="795"/>
        </w:trPr>
        <w:tc>
          <w:tcPr>
            <w:tcW w:w="4289" w:type="pct"/>
            <w:gridSpan w:val="4"/>
            <w:tcBorders>
              <w:top w:val="nil"/>
              <w:left w:val="single" w:sz="8" w:space="0" w:color="1F4E78"/>
              <w:bottom w:val="nil"/>
              <w:right w:val="nil"/>
            </w:tcBorders>
            <w:shd w:val="clear" w:color="000000" w:fill="1F4E78"/>
            <w:vAlign w:val="center"/>
            <w:hideMark/>
          </w:tcPr>
          <w:p w14:paraId="78A8E9CB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30"/>
                <w:szCs w:val="30"/>
                <w:lang w:val="it-IT" w:eastAsia="it-IT"/>
              </w:rPr>
            </w:pPr>
            <w:r w:rsidRPr="006F4934">
              <w:rPr>
                <w:rFonts w:eastAsia="Times New Roman" w:cs="Times New Roman"/>
                <w:b/>
                <w:bCs/>
                <w:color w:val="FFFFFF"/>
                <w:sz w:val="30"/>
                <w:szCs w:val="30"/>
                <w:lang w:val="it-IT" w:eastAsia="it-IT"/>
              </w:rPr>
              <w:t>SCHEDA DI AUTOVALUTAZIONE DEI TITOLI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DFFCB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30"/>
                <w:szCs w:val="30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AC9B7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490FB7" w:rsidRPr="006F4934" w14:paraId="508C3579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394B3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C5B4A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6EB92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7F0AB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8A58B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37BAC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490FB7" w:rsidRPr="006F4934" w14:paraId="0E4D41BF" w14:textId="77777777" w:rsidTr="00AD77F6">
        <w:trPr>
          <w:trHeight w:val="315"/>
        </w:trPr>
        <w:tc>
          <w:tcPr>
            <w:tcW w:w="1528" w:type="pct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000000" w:fill="2F75B5"/>
            <w:vAlign w:val="center"/>
            <w:hideMark/>
          </w:tcPr>
          <w:p w14:paraId="2DEC4171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8"/>
                <w:lang w:eastAsia="it-IT"/>
              </w:rPr>
              <w:t>Programma</w:t>
            </w:r>
            <w:proofErr w:type="spellEnd"/>
          </w:p>
        </w:tc>
        <w:tc>
          <w:tcPr>
            <w:tcW w:w="1349" w:type="pct"/>
            <w:tcBorders>
              <w:top w:val="single" w:sz="8" w:space="0" w:color="A6A6A6"/>
              <w:left w:val="nil"/>
              <w:bottom w:val="single" w:sz="8" w:space="0" w:color="A6A6A6"/>
              <w:right w:val="single" w:sz="8" w:space="0" w:color="A6A6A6"/>
            </w:tcBorders>
            <w:shd w:val="clear" w:color="000000" w:fill="EEF5FB"/>
            <w:vAlign w:val="center"/>
            <w:hideMark/>
          </w:tcPr>
          <w:p w14:paraId="5B9767C3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1F1F1F"/>
                <w:sz w:val="18"/>
                <w:szCs w:val="18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>Programma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 xml:space="preserve"> Nazionale “Scuola e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>competenze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>” 2021-2027 – FSE+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48A44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1F1F1F"/>
                <w:sz w:val="18"/>
                <w:szCs w:val="18"/>
                <w:lang w:val="it-IT" w:eastAsia="it-IT"/>
              </w:rPr>
            </w:pP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93828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C2E1F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24211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490FB7" w:rsidRPr="006F4934" w14:paraId="182D64E1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000000" w:fill="2F75B5"/>
            <w:vAlign w:val="center"/>
            <w:hideMark/>
          </w:tcPr>
          <w:p w14:paraId="44DFFF5F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8"/>
                <w:lang w:eastAsia="it-IT"/>
              </w:rPr>
              <w:t>Avviso</w:t>
            </w:r>
            <w:proofErr w:type="spellEnd"/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000000" w:fill="FFFFFF"/>
            <w:vAlign w:val="center"/>
            <w:hideMark/>
          </w:tcPr>
          <w:p w14:paraId="6054C82F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1F1F1F"/>
                <w:sz w:val="18"/>
                <w:szCs w:val="18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 xml:space="preserve">Prot. n. 95165 del 24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>aprile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 xml:space="preserve"> 2026 – “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>Formazione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>docenti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>”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0A9C3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1F1F1F"/>
                <w:sz w:val="18"/>
                <w:szCs w:val="18"/>
                <w:lang w:val="it-IT" w:eastAsia="it-IT"/>
              </w:rPr>
            </w:pP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D6CE3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73281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96A3C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490FB7" w:rsidRPr="006F4934" w14:paraId="4299C7A6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000000" w:fill="2F75B5"/>
            <w:vAlign w:val="center"/>
            <w:hideMark/>
          </w:tcPr>
          <w:p w14:paraId="2083C07D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8"/>
                <w:lang w:eastAsia="it-IT"/>
              </w:rPr>
              <w:t>Codice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FFFFFF"/>
                <w:sz w:val="18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8"/>
                <w:lang w:eastAsia="it-IT"/>
              </w:rPr>
              <w:t>progetto</w:t>
            </w:r>
            <w:proofErr w:type="spellEnd"/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000000" w:fill="EEF5FB"/>
            <w:vAlign w:val="center"/>
            <w:hideMark/>
          </w:tcPr>
          <w:p w14:paraId="797C5073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b/>
                <w:bCs/>
                <w:color w:val="1F1F1F"/>
                <w:sz w:val="18"/>
                <w:szCs w:val="18"/>
                <w:lang w:val="it-IT" w:eastAsia="it-IT"/>
              </w:rPr>
            </w:pPr>
            <w:r w:rsidRPr="006F4934">
              <w:rPr>
                <w:rFonts w:eastAsia="Times New Roman" w:cs="Times New Roman"/>
                <w:b/>
                <w:bCs/>
                <w:color w:val="1F1F1F"/>
                <w:sz w:val="18"/>
                <w:lang w:eastAsia="it-IT"/>
              </w:rPr>
              <w:t>ESO4.</w:t>
            </w:r>
            <w:proofErr w:type="gramStart"/>
            <w:r w:rsidRPr="006F4934">
              <w:rPr>
                <w:rFonts w:eastAsia="Times New Roman" w:cs="Times New Roman"/>
                <w:b/>
                <w:bCs/>
                <w:color w:val="1F1F1F"/>
                <w:sz w:val="18"/>
                <w:lang w:eastAsia="it-IT"/>
              </w:rPr>
              <w:t>5.A2.B</w:t>
            </w:r>
            <w:proofErr w:type="gramEnd"/>
            <w:r w:rsidRPr="006F4934">
              <w:rPr>
                <w:rFonts w:eastAsia="Times New Roman" w:cs="Times New Roman"/>
                <w:b/>
                <w:bCs/>
                <w:color w:val="1F1F1F"/>
                <w:sz w:val="18"/>
                <w:lang w:eastAsia="it-IT"/>
              </w:rPr>
              <w:t>-FSEPN-SI-2026-35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75233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b/>
                <w:bCs/>
                <w:color w:val="1F1F1F"/>
                <w:sz w:val="18"/>
                <w:szCs w:val="18"/>
                <w:lang w:val="it-IT" w:eastAsia="it-IT"/>
              </w:rPr>
            </w:pP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94345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6989D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9A41D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490FB7" w:rsidRPr="006F4934" w14:paraId="50CF8F1F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000000" w:fill="2F75B5"/>
            <w:vAlign w:val="center"/>
            <w:hideMark/>
          </w:tcPr>
          <w:p w14:paraId="208D005A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val="it-IT" w:eastAsia="it-IT"/>
              </w:rPr>
            </w:pPr>
            <w:r w:rsidRPr="006F4934">
              <w:rPr>
                <w:rFonts w:eastAsia="Times New Roman" w:cs="Times New Roman"/>
                <w:b/>
                <w:bCs/>
                <w:color w:val="FFFFFF"/>
                <w:sz w:val="18"/>
                <w:lang w:eastAsia="it-IT"/>
              </w:rPr>
              <w:t xml:space="preserve">Titolo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8"/>
                <w:lang w:eastAsia="it-IT"/>
              </w:rPr>
              <w:t>progetto</w:t>
            </w:r>
            <w:proofErr w:type="spellEnd"/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000000" w:fill="FFFFFF"/>
            <w:vAlign w:val="center"/>
            <w:hideMark/>
          </w:tcPr>
          <w:p w14:paraId="5C533664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b/>
                <w:bCs/>
                <w:color w:val="1F1F1F"/>
                <w:sz w:val="18"/>
                <w:szCs w:val="18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b/>
                <w:bCs/>
                <w:color w:val="1F1F1F"/>
                <w:sz w:val="18"/>
                <w:lang w:eastAsia="it-IT"/>
              </w:rPr>
              <w:t>Formazione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1F1F1F"/>
                <w:sz w:val="18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1F1F1F"/>
                <w:sz w:val="18"/>
                <w:lang w:eastAsia="it-IT"/>
              </w:rPr>
              <w:t>docenti</w:t>
            </w:r>
            <w:proofErr w:type="spellEnd"/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A6EEB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b/>
                <w:bCs/>
                <w:color w:val="1F1F1F"/>
                <w:sz w:val="18"/>
                <w:szCs w:val="18"/>
                <w:lang w:val="it-IT" w:eastAsia="it-IT"/>
              </w:rPr>
            </w:pP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E3058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18D49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62A3F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490FB7" w:rsidRPr="006F4934" w14:paraId="1059BC35" w14:textId="77777777" w:rsidTr="00AD77F6">
        <w:trPr>
          <w:trHeight w:val="495"/>
        </w:trPr>
        <w:tc>
          <w:tcPr>
            <w:tcW w:w="1528" w:type="pct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000000" w:fill="2F75B5"/>
            <w:vAlign w:val="center"/>
            <w:hideMark/>
          </w:tcPr>
          <w:p w14:paraId="45B2891B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val="it-IT" w:eastAsia="it-IT"/>
              </w:rPr>
            </w:pPr>
            <w:r w:rsidRPr="006F4934">
              <w:rPr>
                <w:rFonts w:eastAsia="Times New Roman" w:cs="Times New Roman"/>
                <w:b/>
                <w:bCs/>
                <w:color w:val="FFFFFF"/>
                <w:sz w:val="18"/>
                <w:lang w:eastAsia="it-IT"/>
              </w:rPr>
              <w:t>CUP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000000" w:fill="EEF5FB"/>
            <w:vAlign w:val="center"/>
            <w:hideMark/>
          </w:tcPr>
          <w:p w14:paraId="6D429969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b/>
                <w:bCs/>
                <w:color w:val="1F1F1F"/>
                <w:sz w:val="18"/>
                <w:szCs w:val="18"/>
                <w:lang w:val="it-IT" w:eastAsia="it-IT"/>
              </w:rPr>
            </w:pPr>
            <w:r w:rsidRPr="006F4934">
              <w:rPr>
                <w:rFonts w:eastAsia="Times New Roman" w:cs="Times New Roman"/>
                <w:b/>
                <w:bCs/>
                <w:color w:val="1F1F1F"/>
                <w:sz w:val="18"/>
                <w:lang w:eastAsia="it-IT"/>
              </w:rPr>
              <w:t>J54D26002560007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451B9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b/>
                <w:bCs/>
                <w:color w:val="1F1F1F"/>
                <w:sz w:val="18"/>
                <w:szCs w:val="18"/>
                <w:lang w:val="it-IT" w:eastAsia="it-IT"/>
              </w:rPr>
            </w:pP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FF45B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E3236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8EB5A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490FB7" w:rsidRPr="006F4934" w14:paraId="2E4476CD" w14:textId="77777777" w:rsidTr="00AD77F6">
        <w:trPr>
          <w:trHeight w:val="30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95EEEE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C0AB5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3B152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68263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4E383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8E05E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6F4934" w:rsidRPr="006F4934" w14:paraId="00382678" w14:textId="77777777" w:rsidTr="005636C0">
        <w:trPr>
          <w:trHeight w:val="300"/>
        </w:trPr>
        <w:tc>
          <w:tcPr>
            <w:tcW w:w="4684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E6BAB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b/>
                <w:bCs/>
                <w:color w:val="1F1F1F"/>
                <w:sz w:val="20"/>
                <w:szCs w:val="20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b/>
                <w:bCs/>
                <w:color w:val="1F1F1F"/>
                <w:sz w:val="20"/>
                <w:lang w:eastAsia="it-IT"/>
              </w:rPr>
              <w:t>Compilare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1F1F1F"/>
                <w:sz w:val="20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1F1F1F"/>
                <w:sz w:val="20"/>
                <w:lang w:eastAsia="it-IT"/>
              </w:rPr>
              <w:t>una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1F1F1F"/>
                <w:sz w:val="20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1F1F1F"/>
                <w:sz w:val="20"/>
                <w:lang w:eastAsia="it-IT"/>
              </w:rPr>
              <w:t>distinta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1F1F1F"/>
                <w:sz w:val="20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1F1F1F"/>
                <w:sz w:val="20"/>
                <w:lang w:eastAsia="it-IT"/>
              </w:rPr>
              <w:t>scheda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1F1F1F"/>
                <w:sz w:val="20"/>
                <w:lang w:eastAsia="it-IT"/>
              </w:rPr>
              <w:t xml:space="preserve"> per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1F1F1F"/>
                <w:sz w:val="20"/>
                <w:lang w:eastAsia="it-IT"/>
              </w:rPr>
              <w:t>ciascun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1F1F1F"/>
                <w:sz w:val="20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1F1F1F"/>
                <w:sz w:val="20"/>
                <w:lang w:eastAsia="it-IT"/>
              </w:rPr>
              <w:t>profilo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1F1F1F"/>
                <w:sz w:val="20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1F1F1F"/>
                <w:sz w:val="20"/>
                <w:lang w:eastAsia="it-IT"/>
              </w:rPr>
              <w:t>richiesto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1F1F1F"/>
                <w:sz w:val="20"/>
                <w:lang w:eastAsia="it-IT"/>
              </w:rPr>
              <w:t xml:space="preserve">. I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1F1F1F"/>
                <w:sz w:val="20"/>
                <w:lang w:eastAsia="it-IT"/>
              </w:rPr>
              <w:t>titoli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1F1F1F"/>
                <w:sz w:val="20"/>
                <w:lang w:eastAsia="it-IT"/>
              </w:rPr>
              <w:t xml:space="preserve"> e le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1F1F1F"/>
                <w:sz w:val="20"/>
                <w:lang w:eastAsia="it-IT"/>
              </w:rPr>
              <w:t>esperienze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1F1F1F"/>
                <w:sz w:val="20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1F1F1F"/>
                <w:sz w:val="20"/>
                <w:lang w:eastAsia="it-IT"/>
              </w:rPr>
              <w:t>devono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1F1F1F"/>
                <w:sz w:val="20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1F1F1F"/>
                <w:sz w:val="20"/>
                <w:lang w:eastAsia="it-IT"/>
              </w:rPr>
              <w:t>essere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1F1F1F"/>
                <w:sz w:val="20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1F1F1F"/>
                <w:sz w:val="20"/>
                <w:lang w:eastAsia="it-IT"/>
              </w:rPr>
              <w:t>analiticamente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1F1F1F"/>
                <w:sz w:val="20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1F1F1F"/>
                <w:sz w:val="20"/>
                <w:lang w:eastAsia="it-IT"/>
              </w:rPr>
              <w:t>riscontrabili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1F1F1F"/>
                <w:sz w:val="20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1F1F1F"/>
                <w:sz w:val="20"/>
                <w:lang w:eastAsia="it-IT"/>
              </w:rPr>
              <w:t>nel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1F1F1F"/>
                <w:sz w:val="20"/>
                <w:lang w:eastAsia="it-IT"/>
              </w:rPr>
              <w:t xml:space="preserve"> curriculum vitae e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1F1F1F"/>
                <w:sz w:val="20"/>
                <w:lang w:eastAsia="it-IT"/>
              </w:rPr>
              <w:t>nella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1F1F1F"/>
                <w:sz w:val="20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1F1F1F"/>
                <w:sz w:val="20"/>
                <w:lang w:eastAsia="it-IT"/>
              </w:rPr>
              <w:t>documentazione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1F1F1F"/>
                <w:sz w:val="20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1F1F1F"/>
                <w:sz w:val="20"/>
                <w:lang w:eastAsia="it-IT"/>
              </w:rPr>
              <w:t>allegata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1F1F1F"/>
                <w:sz w:val="20"/>
                <w:lang w:eastAsia="it-IT"/>
              </w:rPr>
              <w:t>.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546C0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b/>
                <w:bCs/>
                <w:color w:val="1F1F1F"/>
                <w:sz w:val="20"/>
                <w:szCs w:val="20"/>
                <w:lang w:val="it-IT" w:eastAsia="it-IT"/>
              </w:rPr>
            </w:pPr>
          </w:p>
        </w:tc>
      </w:tr>
      <w:tr w:rsidR="00490FB7" w:rsidRPr="006F4934" w14:paraId="1CADD3C9" w14:textId="77777777" w:rsidTr="00AD77F6">
        <w:trPr>
          <w:trHeight w:val="315"/>
        </w:trPr>
        <w:tc>
          <w:tcPr>
            <w:tcW w:w="4289" w:type="pct"/>
            <w:gridSpan w:val="4"/>
            <w:tcBorders>
              <w:top w:val="nil"/>
              <w:left w:val="single" w:sz="8" w:space="0" w:color="1F4E78"/>
              <w:bottom w:val="nil"/>
              <w:right w:val="nil"/>
            </w:tcBorders>
            <w:shd w:val="clear" w:color="000000" w:fill="1F4E78"/>
            <w:vAlign w:val="center"/>
            <w:hideMark/>
          </w:tcPr>
          <w:p w14:paraId="05288098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b/>
                <w:bCs/>
                <w:color w:val="FFFFFF"/>
                <w:szCs w:val="21"/>
                <w:lang w:eastAsia="it-IT"/>
              </w:rPr>
              <w:t>1. DATI DEL/DELLA CANDIDATO/A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A0721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Cs w:val="21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0893E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490FB7" w:rsidRPr="006F4934" w14:paraId="01157B2F" w14:textId="77777777" w:rsidTr="00AD77F6">
        <w:trPr>
          <w:trHeight w:val="315"/>
        </w:trPr>
        <w:tc>
          <w:tcPr>
            <w:tcW w:w="1528" w:type="pct"/>
            <w:tcBorders>
              <w:top w:val="single" w:sz="8" w:space="0" w:color="8FAADC"/>
              <w:left w:val="single" w:sz="8" w:space="0" w:color="8FAADC"/>
              <w:bottom w:val="single" w:sz="8" w:space="0" w:color="8FAADC"/>
              <w:right w:val="single" w:sz="8" w:space="0" w:color="8FAADC"/>
            </w:tcBorders>
            <w:shd w:val="clear" w:color="000000" w:fill="D9EAF7"/>
            <w:vAlign w:val="center"/>
            <w:hideMark/>
          </w:tcPr>
          <w:p w14:paraId="53A28BB4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b/>
                <w:bCs/>
                <w:color w:val="1F1F1F"/>
                <w:sz w:val="16"/>
                <w:szCs w:val="16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b/>
                <w:bCs/>
                <w:color w:val="1F1F1F"/>
                <w:sz w:val="16"/>
                <w:lang w:eastAsia="it-IT"/>
              </w:rPr>
              <w:t>Cognome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1F1F1F"/>
                <w:sz w:val="16"/>
                <w:lang w:eastAsia="it-IT"/>
              </w:rPr>
              <w:t xml:space="preserve"> e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1F1F1F"/>
                <w:sz w:val="16"/>
                <w:lang w:eastAsia="it-IT"/>
              </w:rPr>
              <w:t>nome</w:t>
            </w:r>
            <w:proofErr w:type="spellEnd"/>
          </w:p>
        </w:tc>
        <w:tc>
          <w:tcPr>
            <w:tcW w:w="1349" w:type="pct"/>
            <w:tcBorders>
              <w:top w:val="single" w:sz="8" w:space="0" w:color="8FAADC"/>
              <w:left w:val="nil"/>
              <w:bottom w:val="single" w:sz="8" w:space="0" w:color="8FAADC"/>
              <w:right w:val="single" w:sz="8" w:space="0" w:color="8FAADC"/>
            </w:tcBorders>
            <w:shd w:val="clear" w:color="000000" w:fill="FFFFFF"/>
            <w:vAlign w:val="center"/>
            <w:hideMark/>
          </w:tcPr>
          <w:p w14:paraId="1DD64F63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570" w:type="pct"/>
            <w:tcBorders>
              <w:top w:val="single" w:sz="8" w:space="0" w:color="8FAADC"/>
              <w:left w:val="nil"/>
              <w:bottom w:val="single" w:sz="8" w:space="0" w:color="8FAADC"/>
              <w:right w:val="single" w:sz="8" w:space="0" w:color="8FAADC"/>
            </w:tcBorders>
            <w:shd w:val="clear" w:color="000000" w:fill="D9EAF7"/>
            <w:vAlign w:val="center"/>
            <w:hideMark/>
          </w:tcPr>
          <w:p w14:paraId="41B03805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b/>
                <w:bCs/>
                <w:color w:val="1F1F1F"/>
                <w:sz w:val="16"/>
                <w:szCs w:val="16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b/>
                <w:bCs/>
                <w:color w:val="1F1F1F"/>
                <w:sz w:val="16"/>
                <w:lang w:eastAsia="it-IT"/>
              </w:rPr>
              <w:t>Codice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1F1F1F"/>
                <w:sz w:val="16"/>
                <w:lang w:eastAsia="it-IT"/>
              </w:rPr>
              <w:t>fiscale</w:t>
            </w:r>
            <w:proofErr w:type="spellEnd"/>
          </w:p>
        </w:tc>
        <w:tc>
          <w:tcPr>
            <w:tcW w:w="842" w:type="pct"/>
            <w:tcBorders>
              <w:top w:val="single" w:sz="8" w:space="0" w:color="8FAADC"/>
              <w:left w:val="nil"/>
              <w:bottom w:val="single" w:sz="8" w:space="0" w:color="8FAADC"/>
              <w:right w:val="single" w:sz="8" w:space="0" w:color="8FAADC"/>
            </w:tcBorders>
            <w:shd w:val="clear" w:color="000000" w:fill="FFFFFF"/>
            <w:vAlign w:val="center"/>
            <w:hideMark/>
          </w:tcPr>
          <w:p w14:paraId="2061F45B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8070C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335D9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490FB7" w:rsidRPr="006F4934" w14:paraId="6F41B034" w14:textId="77777777" w:rsidTr="00AD77F6">
        <w:trPr>
          <w:trHeight w:val="915"/>
        </w:trPr>
        <w:tc>
          <w:tcPr>
            <w:tcW w:w="1528" w:type="pct"/>
            <w:tcBorders>
              <w:top w:val="nil"/>
              <w:left w:val="single" w:sz="8" w:space="0" w:color="8FAADC"/>
              <w:bottom w:val="single" w:sz="8" w:space="0" w:color="8FAADC"/>
              <w:right w:val="single" w:sz="8" w:space="0" w:color="8FAADC"/>
            </w:tcBorders>
            <w:shd w:val="clear" w:color="000000" w:fill="D9EAF7"/>
            <w:vAlign w:val="center"/>
            <w:hideMark/>
          </w:tcPr>
          <w:p w14:paraId="30237A24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b/>
                <w:bCs/>
                <w:color w:val="1F1F1F"/>
                <w:sz w:val="16"/>
                <w:szCs w:val="16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b/>
                <w:bCs/>
                <w:color w:val="1F1F1F"/>
                <w:sz w:val="16"/>
                <w:lang w:eastAsia="it-IT"/>
              </w:rPr>
              <w:t>Luogo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1F1F1F"/>
                <w:sz w:val="16"/>
                <w:lang w:eastAsia="it-IT"/>
              </w:rPr>
              <w:t xml:space="preserve"> e data di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1F1F1F"/>
                <w:sz w:val="16"/>
                <w:lang w:eastAsia="it-IT"/>
              </w:rPr>
              <w:t>nascita</w:t>
            </w:r>
            <w:proofErr w:type="spellEnd"/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8FAADC"/>
              <w:right w:val="single" w:sz="8" w:space="0" w:color="8FAADC"/>
            </w:tcBorders>
            <w:shd w:val="clear" w:color="000000" w:fill="FFFFFF"/>
            <w:vAlign w:val="center"/>
            <w:hideMark/>
          </w:tcPr>
          <w:p w14:paraId="5C11762B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8FAADC"/>
              <w:right w:val="single" w:sz="8" w:space="0" w:color="8FAADC"/>
            </w:tcBorders>
            <w:shd w:val="clear" w:color="000000" w:fill="D9EAF7"/>
            <w:vAlign w:val="center"/>
            <w:hideMark/>
          </w:tcPr>
          <w:p w14:paraId="24EF32B7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b/>
                <w:bCs/>
                <w:color w:val="1F1F1F"/>
                <w:sz w:val="16"/>
                <w:szCs w:val="16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b/>
                <w:bCs/>
                <w:color w:val="1F1F1F"/>
                <w:sz w:val="16"/>
                <w:lang w:eastAsia="it-IT"/>
              </w:rPr>
              <w:t>Categoria</w:t>
            </w:r>
            <w:proofErr w:type="spellEnd"/>
          </w:p>
        </w:tc>
        <w:tc>
          <w:tcPr>
            <w:tcW w:w="842" w:type="pct"/>
            <w:tcBorders>
              <w:top w:val="nil"/>
              <w:left w:val="nil"/>
              <w:bottom w:val="single" w:sz="8" w:space="0" w:color="8FAADC"/>
              <w:right w:val="single" w:sz="8" w:space="0" w:color="8FAADC"/>
            </w:tcBorders>
            <w:shd w:val="clear" w:color="000000" w:fill="FFFFFF"/>
            <w:vAlign w:val="center"/>
            <w:hideMark/>
          </w:tcPr>
          <w:p w14:paraId="0779659C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1F1F1F"/>
                <w:sz w:val="16"/>
                <w:szCs w:val="16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☐ </w:t>
            </w:r>
            <w:proofErr w:type="spellStart"/>
            <w:proofErr w:type="gram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Interno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 ☐</w:t>
            </w:r>
            <w:proofErr w:type="gram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Altra </w:t>
            </w:r>
            <w:proofErr w:type="spellStart"/>
            <w:proofErr w:type="gram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scuola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 ☐</w:t>
            </w:r>
            <w:proofErr w:type="gram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Altra P.A.  ☐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Esterno</w:t>
            </w:r>
            <w:proofErr w:type="spellEnd"/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BBDF4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1F1F1F"/>
                <w:sz w:val="16"/>
                <w:szCs w:val="16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320E5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490FB7" w:rsidRPr="006F4934" w14:paraId="1C117AAB" w14:textId="77777777" w:rsidTr="00AD77F6">
        <w:trPr>
          <w:trHeight w:val="1140"/>
        </w:trPr>
        <w:tc>
          <w:tcPr>
            <w:tcW w:w="1528" w:type="pct"/>
            <w:tcBorders>
              <w:top w:val="nil"/>
              <w:left w:val="single" w:sz="8" w:space="0" w:color="8FAADC"/>
              <w:bottom w:val="single" w:sz="8" w:space="0" w:color="8FAADC"/>
              <w:right w:val="single" w:sz="8" w:space="0" w:color="8FAADC"/>
            </w:tcBorders>
            <w:shd w:val="clear" w:color="000000" w:fill="D9EAF7"/>
            <w:vAlign w:val="center"/>
            <w:hideMark/>
          </w:tcPr>
          <w:p w14:paraId="4611B1E0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b/>
                <w:bCs/>
                <w:color w:val="1F1F1F"/>
                <w:sz w:val="16"/>
                <w:szCs w:val="16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b/>
                <w:bCs/>
                <w:color w:val="1F1F1F"/>
                <w:sz w:val="16"/>
                <w:lang w:eastAsia="it-IT"/>
              </w:rPr>
              <w:t>Codice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1F1F1F"/>
                <w:sz w:val="16"/>
                <w:lang w:eastAsia="it-IT"/>
              </w:rPr>
              <w:t>posizione</w:t>
            </w:r>
            <w:proofErr w:type="spellEnd"/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8FAADC"/>
              <w:right w:val="single" w:sz="8" w:space="0" w:color="8FAADC"/>
            </w:tcBorders>
            <w:shd w:val="clear" w:color="000000" w:fill="FFFFFF"/>
            <w:vAlign w:val="center"/>
            <w:hideMark/>
          </w:tcPr>
          <w:p w14:paraId="2FE1C94D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8FAADC"/>
              <w:right w:val="single" w:sz="8" w:space="0" w:color="8FAADC"/>
            </w:tcBorders>
            <w:shd w:val="clear" w:color="000000" w:fill="D9EAF7"/>
            <w:vAlign w:val="center"/>
            <w:hideMark/>
          </w:tcPr>
          <w:p w14:paraId="03F44A2C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b/>
                <w:bCs/>
                <w:color w:val="1F1F1F"/>
                <w:sz w:val="16"/>
                <w:szCs w:val="16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b/>
                <w:bCs/>
                <w:color w:val="1F1F1F"/>
                <w:sz w:val="16"/>
                <w:lang w:eastAsia="it-IT"/>
              </w:rPr>
              <w:t>Profilo</w:t>
            </w:r>
            <w:proofErr w:type="spellEnd"/>
          </w:p>
        </w:tc>
        <w:tc>
          <w:tcPr>
            <w:tcW w:w="842" w:type="pct"/>
            <w:tcBorders>
              <w:top w:val="nil"/>
              <w:left w:val="nil"/>
              <w:bottom w:val="single" w:sz="8" w:space="0" w:color="8FAADC"/>
              <w:right w:val="single" w:sz="8" w:space="0" w:color="8FAADC"/>
            </w:tcBorders>
            <w:shd w:val="clear" w:color="000000" w:fill="FFFFFF"/>
            <w:vAlign w:val="center"/>
            <w:hideMark/>
          </w:tcPr>
          <w:p w14:paraId="4DCE1A21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1F1F1F"/>
                <w:sz w:val="16"/>
                <w:szCs w:val="16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☐ </w:t>
            </w:r>
            <w:proofErr w:type="gram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ABA  ☐</w:t>
            </w:r>
            <w:proofErr w:type="gram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Didattica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proofErr w:type="gram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immersiva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 ☐</w:t>
            </w:r>
            <w:proofErr w:type="gram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gram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IA  ☐</w:t>
            </w:r>
            <w:proofErr w:type="gram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Tutor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D3AE7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1F1F1F"/>
                <w:sz w:val="16"/>
                <w:szCs w:val="16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9A4BB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490FB7" w:rsidRPr="006F4934" w14:paraId="5DB5E34B" w14:textId="77777777" w:rsidTr="00AD77F6">
        <w:trPr>
          <w:trHeight w:val="315"/>
        </w:trPr>
        <w:tc>
          <w:tcPr>
            <w:tcW w:w="4289" w:type="pct"/>
            <w:gridSpan w:val="4"/>
            <w:tcBorders>
              <w:top w:val="single" w:sz="8" w:space="0" w:color="8FAADC"/>
              <w:left w:val="single" w:sz="8" w:space="0" w:color="1F4E78"/>
              <w:bottom w:val="single" w:sz="8" w:space="0" w:color="1F4E78"/>
              <w:right w:val="single" w:sz="8" w:space="0" w:color="1F4E78"/>
            </w:tcBorders>
            <w:shd w:val="clear" w:color="000000" w:fill="1F4E78"/>
            <w:vAlign w:val="center"/>
            <w:hideMark/>
          </w:tcPr>
          <w:p w14:paraId="659BB8B4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b/>
                <w:bCs/>
                <w:color w:val="FFFFFF"/>
                <w:szCs w:val="21"/>
                <w:lang w:eastAsia="it-IT"/>
              </w:rPr>
              <w:t>2. REQUISITI SPECIFICI DI ACCESSO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9AF47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Cs w:val="21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6011F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490FB7" w:rsidRPr="006F4934" w14:paraId="05A81A29" w14:textId="77777777" w:rsidTr="00AD77F6">
        <w:trPr>
          <w:trHeight w:val="30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D96B4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B44CB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AEB93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C3959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0E819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4B59D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490FB7" w:rsidRPr="006F4934" w14:paraId="65826F90" w14:textId="77777777" w:rsidTr="00AD77F6">
        <w:trPr>
          <w:trHeight w:val="300"/>
        </w:trPr>
        <w:tc>
          <w:tcPr>
            <w:tcW w:w="4289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04D5F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b/>
                <w:bCs/>
                <w:color w:val="1F1F1F"/>
                <w:sz w:val="19"/>
                <w:szCs w:val="19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b/>
                <w:bCs/>
                <w:color w:val="1F1F1F"/>
                <w:sz w:val="19"/>
                <w:lang w:eastAsia="it-IT"/>
              </w:rPr>
              <w:t>Compilare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1F1F1F"/>
                <w:sz w:val="19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1F1F1F"/>
                <w:sz w:val="19"/>
                <w:lang w:eastAsia="it-IT"/>
              </w:rPr>
              <w:t>esclusivamente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1F1F1F"/>
                <w:sz w:val="19"/>
                <w:lang w:eastAsia="it-IT"/>
              </w:rPr>
              <w:t xml:space="preserve"> la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1F1F1F"/>
                <w:sz w:val="19"/>
                <w:lang w:eastAsia="it-IT"/>
              </w:rPr>
              <w:t>tabella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1F1F1F"/>
                <w:sz w:val="19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1F1F1F"/>
                <w:sz w:val="19"/>
                <w:lang w:eastAsia="it-IT"/>
              </w:rPr>
              <w:t>relativa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1F1F1F"/>
                <w:sz w:val="19"/>
                <w:lang w:eastAsia="it-IT"/>
              </w:rPr>
              <w:t xml:space="preserve"> al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1F1F1F"/>
                <w:sz w:val="19"/>
                <w:lang w:eastAsia="it-IT"/>
              </w:rPr>
              <w:t>profilo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1F1F1F"/>
                <w:sz w:val="19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1F1F1F"/>
                <w:sz w:val="19"/>
                <w:lang w:eastAsia="it-IT"/>
              </w:rPr>
              <w:t>richiesto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1F1F1F"/>
                <w:sz w:val="19"/>
                <w:lang w:eastAsia="it-IT"/>
              </w:rPr>
              <w:t xml:space="preserve">.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1F1F1F"/>
                <w:sz w:val="19"/>
                <w:lang w:eastAsia="it-IT"/>
              </w:rPr>
              <w:t>L’assenza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1F1F1F"/>
                <w:sz w:val="19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1F1F1F"/>
                <w:sz w:val="19"/>
                <w:lang w:eastAsia="it-IT"/>
              </w:rPr>
              <w:t>anche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1F1F1F"/>
                <w:sz w:val="19"/>
                <w:lang w:eastAsia="it-IT"/>
              </w:rPr>
              <w:t xml:space="preserve"> di uno solo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1F1F1F"/>
                <w:sz w:val="19"/>
                <w:lang w:eastAsia="it-IT"/>
              </w:rPr>
              <w:t>dei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1F1F1F"/>
                <w:sz w:val="19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1F1F1F"/>
                <w:sz w:val="19"/>
                <w:lang w:eastAsia="it-IT"/>
              </w:rPr>
              <w:t>requisiti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1F1F1F"/>
                <w:sz w:val="19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1F1F1F"/>
                <w:sz w:val="19"/>
                <w:lang w:eastAsia="it-IT"/>
              </w:rPr>
              <w:t>obbligatori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1F1F1F"/>
                <w:sz w:val="19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1F1F1F"/>
                <w:sz w:val="19"/>
                <w:lang w:eastAsia="it-IT"/>
              </w:rPr>
              <w:t>comporta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1F1F1F"/>
                <w:sz w:val="19"/>
                <w:lang w:eastAsia="it-IT"/>
              </w:rPr>
              <w:t xml:space="preserve"> la non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1F1F1F"/>
                <w:sz w:val="19"/>
                <w:lang w:eastAsia="it-IT"/>
              </w:rPr>
              <w:t>ammissione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1F1F1F"/>
                <w:sz w:val="19"/>
                <w:lang w:eastAsia="it-IT"/>
              </w:rPr>
              <w:t xml:space="preserve"> alla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1F1F1F"/>
                <w:sz w:val="19"/>
                <w:lang w:eastAsia="it-IT"/>
              </w:rPr>
              <w:t>valutazione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1F1F1F"/>
                <w:sz w:val="19"/>
                <w:lang w:eastAsia="it-IT"/>
              </w:rPr>
              <w:t xml:space="preserve"> del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1F1F1F"/>
                <w:sz w:val="19"/>
                <w:lang w:eastAsia="it-IT"/>
              </w:rPr>
              <w:t>profilo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1F1F1F"/>
                <w:sz w:val="19"/>
                <w:lang w:eastAsia="it-IT"/>
              </w:rPr>
              <w:t>.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4EB03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b/>
                <w:bCs/>
                <w:color w:val="1F1F1F"/>
                <w:sz w:val="19"/>
                <w:szCs w:val="19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8A017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490FB7" w:rsidRPr="006F4934" w14:paraId="39CAC0EB" w14:textId="77777777" w:rsidTr="00AD77F6">
        <w:trPr>
          <w:trHeight w:val="30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EE604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B0736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081B3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C9D1F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49A16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80028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490FB7" w:rsidRPr="006F4934" w14:paraId="74B5DAD5" w14:textId="77777777" w:rsidTr="00AD77F6">
        <w:trPr>
          <w:trHeight w:val="315"/>
        </w:trPr>
        <w:tc>
          <w:tcPr>
            <w:tcW w:w="4289" w:type="pct"/>
            <w:gridSpan w:val="4"/>
            <w:tcBorders>
              <w:top w:val="nil"/>
              <w:left w:val="single" w:sz="8" w:space="0" w:color="5B9BD5"/>
              <w:bottom w:val="nil"/>
              <w:right w:val="nil"/>
            </w:tcBorders>
            <w:shd w:val="clear" w:color="000000" w:fill="5B9BD5"/>
            <w:vAlign w:val="center"/>
            <w:hideMark/>
          </w:tcPr>
          <w:p w14:paraId="3257CEAA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20"/>
                <w:szCs w:val="20"/>
                <w:lang w:val="it-IT" w:eastAsia="it-IT"/>
              </w:rPr>
            </w:pPr>
            <w:r w:rsidRPr="006F4934">
              <w:rPr>
                <w:rFonts w:eastAsia="Times New Roman" w:cs="Times New Roman"/>
                <w:b/>
                <w:bCs/>
                <w:color w:val="FFFFFF"/>
                <w:sz w:val="20"/>
                <w:lang w:eastAsia="it-IT"/>
              </w:rPr>
              <w:t>A. ESPERTO IN INCLUSIONE E METODOLOGIA ABA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01AAF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20"/>
                <w:szCs w:val="20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C9DFE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490FB7" w:rsidRPr="006F4934" w14:paraId="5DF993E1" w14:textId="77777777" w:rsidTr="00AD77F6">
        <w:trPr>
          <w:trHeight w:val="465"/>
        </w:trPr>
        <w:tc>
          <w:tcPr>
            <w:tcW w:w="1528" w:type="pct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1F4E78"/>
            <w:vAlign w:val="center"/>
            <w:hideMark/>
          </w:tcPr>
          <w:p w14:paraId="7F991B1B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6"/>
                <w:lang w:eastAsia="it-IT"/>
              </w:rPr>
              <w:t>Requisito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FFFFF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6"/>
                <w:lang w:eastAsia="it-IT"/>
              </w:rPr>
              <w:t>obbligatorio</w:t>
            </w:r>
            <w:proofErr w:type="spellEnd"/>
          </w:p>
        </w:tc>
        <w:tc>
          <w:tcPr>
            <w:tcW w:w="1349" w:type="pct"/>
            <w:tcBorders>
              <w:top w:val="single" w:sz="8" w:space="0" w:color="7F8C8D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1F4E78"/>
            <w:vAlign w:val="center"/>
            <w:hideMark/>
          </w:tcPr>
          <w:p w14:paraId="2FB1D338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6"/>
                <w:lang w:eastAsia="it-IT"/>
              </w:rPr>
              <w:t>Possesso</w:t>
            </w:r>
            <w:proofErr w:type="spellEnd"/>
          </w:p>
        </w:tc>
        <w:tc>
          <w:tcPr>
            <w:tcW w:w="570" w:type="pct"/>
            <w:tcBorders>
              <w:top w:val="single" w:sz="8" w:space="0" w:color="7F8C8D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1F4E78"/>
            <w:vAlign w:val="center"/>
            <w:hideMark/>
          </w:tcPr>
          <w:p w14:paraId="5400E149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val="it-IT" w:eastAsia="it-IT"/>
              </w:rPr>
            </w:pPr>
            <w:r w:rsidRPr="006F4934">
              <w:rPr>
                <w:rFonts w:eastAsia="Times New Roman" w:cs="Times New Roman"/>
                <w:b/>
                <w:bCs/>
                <w:color w:val="FFFFFF"/>
                <w:sz w:val="16"/>
                <w:lang w:eastAsia="it-IT"/>
              </w:rPr>
              <w:t xml:space="preserve">Titolo /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6"/>
                <w:lang w:eastAsia="it-IT"/>
              </w:rPr>
              <w:t>esperienza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FFFFF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6"/>
                <w:lang w:eastAsia="it-IT"/>
              </w:rPr>
              <w:t>dichiarata</w:t>
            </w:r>
            <w:proofErr w:type="spellEnd"/>
          </w:p>
        </w:tc>
        <w:tc>
          <w:tcPr>
            <w:tcW w:w="842" w:type="pct"/>
            <w:tcBorders>
              <w:top w:val="single" w:sz="8" w:space="0" w:color="7F8C8D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1F4E78"/>
            <w:vAlign w:val="center"/>
            <w:hideMark/>
          </w:tcPr>
          <w:p w14:paraId="40CF9479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6"/>
                <w:lang w:eastAsia="it-IT"/>
              </w:rPr>
              <w:t>Pagina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FFFFFF"/>
                <w:sz w:val="16"/>
                <w:lang w:eastAsia="it-IT"/>
              </w:rPr>
              <w:t xml:space="preserve"> CV /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6"/>
                <w:lang w:eastAsia="it-IT"/>
              </w:rPr>
              <w:t>allegato</w:t>
            </w:r>
            <w:proofErr w:type="spellEnd"/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FAF75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B22FA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490FB7" w:rsidRPr="006F4934" w14:paraId="5DFDBB63" w14:textId="77777777" w:rsidTr="00AD77F6">
        <w:trPr>
          <w:trHeight w:val="46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4AAB0E62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1F1F1F"/>
                <w:sz w:val="16"/>
                <w:szCs w:val="16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Laurea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magistrale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,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specialistica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o del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previgente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ordinamento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coerente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con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l’area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psicologica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,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pedagogica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,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educativa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, sanitaria o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riabilitativa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.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1F5391CE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6"/>
                <w:szCs w:val="16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☐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Sì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  ☐ No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640D5B42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6F72E17E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19BE8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6D3F1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490FB7" w:rsidRPr="006F4934" w14:paraId="025170DB" w14:textId="77777777" w:rsidTr="00AD77F6">
        <w:trPr>
          <w:trHeight w:val="690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6A0AA1F3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1F1F1F"/>
                <w:sz w:val="16"/>
                <w:szCs w:val="16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Master,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corso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universitario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,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certificazione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professionale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o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percorso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specialistico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documentato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nell’Analisi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Applicata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del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Comportamento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– ABA.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34F3D114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6"/>
                <w:szCs w:val="16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☐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Sì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  ☐ No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08A8B207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4AC26E24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82C61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B3BC8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490FB7" w:rsidRPr="006F4934" w14:paraId="1EEFB268" w14:textId="77777777" w:rsidTr="00AD77F6">
        <w:trPr>
          <w:trHeight w:val="690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09632527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1F1F1F"/>
                <w:sz w:val="16"/>
                <w:szCs w:val="16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lastRenderedPageBreak/>
              <w:t>Almeno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un’esperienza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professionale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documentata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nell’applicazione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di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metodologie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ABA in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contesti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educativi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,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scolastici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,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riabilitativi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o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sociosanitari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.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3B95075D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6"/>
                <w:szCs w:val="16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☐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Sì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  ☐ No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5F483C1D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7136FE12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DFB10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57ED6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490FB7" w:rsidRPr="006F4934" w14:paraId="3C9327C8" w14:textId="77777777" w:rsidTr="00AD77F6">
        <w:trPr>
          <w:trHeight w:val="690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6C9C1160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1F1F1F"/>
                <w:sz w:val="16"/>
                <w:szCs w:val="16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Almeno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un’esperienza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di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formazione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rivolta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a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docenti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,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educatori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o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personale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scolastico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in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materia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di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inclusione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,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disabilità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,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comportamento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o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metodologia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ABA.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3A5388A9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6"/>
                <w:szCs w:val="16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☐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Sì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  ☐ No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31AE8DBE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10807D68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7A7EB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1B17F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490FB7" w:rsidRPr="006F4934" w14:paraId="25422CAB" w14:textId="77777777" w:rsidTr="00AD77F6">
        <w:trPr>
          <w:trHeight w:val="30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A0AE8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14BA9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06318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65B40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75D53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40009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490FB7" w:rsidRPr="006F4934" w14:paraId="2F80C2B0" w14:textId="77777777" w:rsidTr="00AD77F6">
        <w:trPr>
          <w:trHeight w:val="30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855F6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6C744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729C9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AD2B3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1C5DC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088E7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490FB7" w:rsidRPr="006F4934" w14:paraId="400E7EC8" w14:textId="77777777" w:rsidTr="00AD77F6">
        <w:trPr>
          <w:trHeight w:val="315"/>
        </w:trPr>
        <w:tc>
          <w:tcPr>
            <w:tcW w:w="4289" w:type="pct"/>
            <w:gridSpan w:val="4"/>
            <w:tcBorders>
              <w:top w:val="nil"/>
              <w:left w:val="single" w:sz="8" w:space="0" w:color="5B9BD5"/>
              <w:bottom w:val="nil"/>
              <w:right w:val="nil"/>
            </w:tcBorders>
            <w:shd w:val="clear" w:color="000000" w:fill="5B9BD5"/>
            <w:vAlign w:val="center"/>
            <w:hideMark/>
          </w:tcPr>
          <w:p w14:paraId="79B99953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20"/>
                <w:szCs w:val="20"/>
                <w:lang w:val="it-IT" w:eastAsia="it-IT"/>
              </w:rPr>
            </w:pPr>
            <w:r w:rsidRPr="006F4934">
              <w:rPr>
                <w:rFonts w:eastAsia="Times New Roman" w:cs="Times New Roman"/>
                <w:b/>
                <w:bCs/>
                <w:color w:val="FFFFFF"/>
                <w:sz w:val="20"/>
                <w:lang w:eastAsia="it-IT"/>
              </w:rPr>
              <w:t>B. ESPERTO IN DIDATTICA IMMERSIVA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BF89D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20"/>
                <w:szCs w:val="20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D9BCA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490FB7" w:rsidRPr="006F4934" w14:paraId="192B1717" w14:textId="77777777" w:rsidTr="00AD77F6">
        <w:trPr>
          <w:trHeight w:val="465"/>
        </w:trPr>
        <w:tc>
          <w:tcPr>
            <w:tcW w:w="1528" w:type="pct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1F4E78"/>
            <w:vAlign w:val="center"/>
            <w:hideMark/>
          </w:tcPr>
          <w:p w14:paraId="072295CD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6"/>
                <w:lang w:eastAsia="it-IT"/>
              </w:rPr>
              <w:t>Requisito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FFFFF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6"/>
                <w:lang w:eastAsia="it-IT"/>
              </w:rPr>
              <w:t>obbligatorio</w:t>
            </w:r>
            <w:proofErr w:type="spellEnd"/>
          </w:p>
        </w:tc>
        <w:tc>
          <w:tcPr>
            <w:tcW w:w="1349" w:type="pct"/>
            <w:tcBorders>
              <w:top w:val="single" w:sz="8" w:space="0" w:color="7F8C8D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1F4E78"/>
            <w:vAlign w:val="center"/>
            <w:hideMark/>
          </w:tcPr>
          <w:p w14:paraId="54D99677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6"/>
                <w:lang w:eastAsia="it-IT"/>
              </w:rPr>
              <w:t>Possesso</w:t>
            </w:r>
            <w:proofErr w:type="spellEnd"/>
          </w:p>
        </w:tc>
        <w:tc>
          <w:tcPr>
            <w:tcW w:w="570" w:type="pct"/>
            <w:tcBorders>
              <w:top w:val="single" w:sz="8" w:space="0" w:color="7F8C8D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1F4E78"/>
            <w:vAlign w:val="center"/>
            <w:hideMark/>
          </w:tcPr>
          <w:p w14:paraId="3A6E2787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val="it-IT" w:eastAsia="it-IT"/>
              </w:rPr>
            </w:pPr>
            <w:r w:rsidRPr="006F4934">
              <w:rPr>
                <w:rFonts w:eastAsia="Times New Roman" w:cs="Times New Roman"/>
                <w:b/>
                <w:bCs/>
                <w:color w:val="FFFFFF"/>
                <w:sz w:val="16"/>
                <w:lang w:eastAsia="it-IT"/>
              </w:rPr>
              <w:t xml:space="preserve">Titolo /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6"/>
                <w:lang w:eastAsia="it-IT"/>
              </w:rPr>
              <w:t>esperienza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FFFFF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6"/>
                <w:lang w:eastAsia="it-IT"/>
              </w:rPr>
              <w:t>dichiarata</w:t>
            </w:r>
            <w:proofErr w:type="spellEnd"/>
          </w:p>
        </w:tc>
        <w:tc>
          <w:tcPr>
            <w:tcW w:w="842" w:type="pct"/>
            <w:tcBorders>
              <w:top w:val="single" w:sz="8" w:space="0" w:color="7F8C8D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1F4E78"/>
            <w:vAlign w:val="center"/>
            <w:hideMark/>
          </w:tcPr>
          <w:p w14:paraId="2EEF26C8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6"/>
                <w:lang w:eastAsia="it-IT"/>
              </w:rPr>
              <w:t>Pagina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FFFFFF"/>
                <w:sz w:val="16"/>
                <w:lang w:eastAsia="it-IT"/>
              </w:rPr>
              <w:t xml:space="preserve"> CV /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6"/>
                <w:lang w:eastAsia="it-IT"/>
              </w:rPr>
              <w:t>allegato</w:t>
            </w:r>
            <w:proofErr w:type="spellEnd"/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F9E19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0FDF3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490FB7" w:rsidRPr="006F4934" w14:paraId="66668B7A" w14:textId="77777777" w:rsidTr="00AD77F6">
        <w:trPr>
          <w:trHeight w:val="46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25218F98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1F1F1F"/>
                <w:sz w:val="16"/>
                <w:szCs w:val="16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Laurea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coerente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con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l’incarico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oppure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altro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titolo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accompagnato da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elevata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e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comprovata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specializzazione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professionale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.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138E8394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6"/>
                <w:szCs w:val="16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☐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Sì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  ☐ No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5D5A7192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71C3DFB4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9EB4A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422C4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490FB7" w:rsidRPr="006F4934" w14:paraId="2CEDD87F" w14:textId="77777777" w:rsidTr="00AD77F6">
        <w:trPr>
          <w:trHeight w:val="46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0701A2BD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1F1F1F"/>
                <w:sz w:val="16"/>
                <w:szCs w:val="16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Certificazione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,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qualificazione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o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formazione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documentata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in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didattica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digitale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,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tecnologie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immersive,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realtà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virtuale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,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aumentata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o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mista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.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64CCD0D9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6"/>
                <w:szCs w:val="16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☐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Sì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  ☐ No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20750AC5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452AFDA9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20AEC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9C0FF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490FB7" w:rsidRPr="006F4934" w14:paraId="097EB480" w14:textId="77777777" w:rsidTr="00AD77F6">
        <w:trPr>
          <w:trHeight w:val="46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3B973C4E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1F1F1F"/>
                <w:sz w:val="16"/>
                <w:szCs w:val="16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Conoscenza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documentata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della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tecnologia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,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piattaforma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o software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utilizzati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nell’aula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immersiva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dell’Istituto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.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33F150B5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6"/>
                <w:szCs w:val="16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☐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Sì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  ☐ No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4BB1F776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056F3D31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B33AE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A5A80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490FB7" w:rsidRPr="006F4934" w14:paraId="7F2DFFAF" w14:textId="77777777" w:rsidTr="00AD77F6">
        <w:trPr>
          <w:trHeight w:val="46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5CDF375D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1F1F1F"/>
                <w:sz w:val="16"/>
                <w:szCs w:val="16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Almeno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un’esperienza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di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formazione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laboratoriale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rivolta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al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personale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scolastico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sull’utilizzo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didattico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delle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tecnologie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immersive.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7A5BD2B5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6"/>
                <w:szCs w:val="16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☐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Sì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  ☐ No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2FAF677C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7721D217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5B896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732A1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490FB7" w:rsidRPr="006F4934" w14:paraId="79AA71B1" w14:textId="77777777" w:rsidTr="00AD77F6">
        <w:trPr>
          <w:trHeight w:val="46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22B6DB6E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1F1F1F"/>
                <w:sz w:val="16"/>
                <w:szCs w:val="16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Almeno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un’esperienza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di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progettazione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o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realizzazione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di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attività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mediante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realtà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virtuale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,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aumentata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,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contenuti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a 360° o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ambienti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immersivi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.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5C0CD25E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6"/>
                <w:szCs w:val="16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☐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Sì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  ☐ No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72EF3DF5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5F28C9BA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FC9CD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D8028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490FB7" w:rsidRPr="006F4934" w14:paraId="25D20AA5" w14:textId="77777777" w:rsidTr="00AD77F6">
        <w:trPr>
          <w:trHeight w:val="30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89A79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AE183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A11FD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107FA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BF655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60607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490FB7" w:rsidRPr="006F4934" w14:paraId="7BC6B154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F1617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F2209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97727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D02BD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ED1F9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9F19C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490FB7" w:rsidRPr="006F4934" w14:paraId="5456B434" w14:textId="77777777" w:rsidTr="00AD77F6">
        <w:trPr>
          <w:trHeight w:val="540"/>
        </w:trPr>
        <w:tc>
          <w:tcPr>
            <w:tcW w:w="4289" w:type="pct"/>
            <w:gridSpan w:val="4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000000" w:fill="5B9BD5"/>
            <w:vAlign w:val="center"/>
            <w:hideMark/>
          </w:tcPr>
          <w:p w14:paraId="108DE48C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20"/>
                <w:szCs w:val="20"/>
                <w:lang w:val="it-IT" w:eastAsia="it-IT"/>
              </w:rPr>
            </w:pPr>
            <w:r w:rsidRPr="006F4934">
              <w:rPr>
                <w:rFonts w:eastAsia="Times New Roman" w:cs="Times New Roman"/>
                <w:b/>
                <w:bCs/>
                <w:color w:val="FFFFFF"/>
                <w:sz w:val="20"/>
                <w:lang w:eastAsia="it-IT"/>
              </w:rPr>
              <w:t>C. ESPERTO IN INTELLIGENZA ARTIFICIALE NELLA DIDATTICA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57A3F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20"/>
                <w:szCs w:val="20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F7CE1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490FB7" w:rsidRPr="006F4934" w14:paraId="0A29DC55" w14:textId="77777777" w:rsidTr="00AD77F6">
        <w:trPr>
          <w:trHeight w:val="690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1F4E78"/>
            <w:vAlign w:val="center"/>
            <w:hideMark/>
          </w:tcPr>
          <w:p w14:paraId="1D4C2162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6"/>
                <w:lang w:eastAsia="it-IT"/>
              </w:rPr>
              <w:t>Requisito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FFFFF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6"/>
                <w:lang w:eastAsia="it-IT"/>
              </w:rPr>
              <w:t>obbligatorio</w:t>
            </w:r>
            <w:proofErr w:type="spellEnd"/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1F4E78"/>
            <w:vAlign w:val="center"/>
            <w:hideMark/>
          </w:tcPr>
          <w:p w14:paraId="0CA97510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6"/>
                <w:lang w:eastAsia="it-IT"/>
              </w:rPr>
              <w:t>Possesso</w:t>
            </w:r>
            <w:proofErr w:type="spellEnd"/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1F4E78"/>
            <w:vAlign w:val="center"/>
            <w:hideMark/>
          </w:tcPr>
          <w:p w14:paraId="5BFC8CBA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val="it-IT" w:eastAsia="it-IT"/>
              </w:rPr>
            </w:pPr>
            <w:r w:rsidRPr="006F4934">
              <w:rPr>
                <w:rFonts w:eastAsia="Times New Roman" w:cs="Times New Roman"/>
                <w:b/>
                <w:bCs/>
                <w:color w:val="FFFFFF"/>
                <w:sz w:val="16"/>
                <w:lang w:eastAsia="it-IT"/>
              </w:rPr>
              <w:t xml:space="preserve">Titolo /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6"/>
                <w:lang w:eastAsia="it-IT"/>
              </w:rPr>
              <w:t>esperienza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FFFFF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6"/>
                <w:lang w:eastAsia="it-IT"/>
              </w:rPr>
              <w:t>dichiarata</w:t>
            </w:r>
            <w:proofErr w:type="spellEnd"/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1F4E78"/>
            <w:vAlign w:val="center"/>
            <w:hideMark/>
          </w:tcPr>
          <w:p w14:paraId="02AF91F7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6"/>
                <w:lang w:eastAsia="it-IT"/>
              </w:rPr>
              <w:t>Pagina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FFFFFF"/>
                <w:sz w:val="16"/>
                <w:lang w:eastAsia="it-IT"/>
              </w:rPr>
              <w:t xml:space="preserve"> CV /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6"/>
                <w:lang w:eastAsia="it-IT"/>
              </w:rPr>
              <w:t>allegato</w:t>
            </w:r>
            <w:proofErr w:type="spellEnd"/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F74C4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F5A59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490FB7" w:rsidRPr="006F4934" w14:paraId="53E8CD43" w14:textId="77777777" w:rsidTr="00AD77F6">
        <w:trPr>
          <w:trHeight w:val="46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02F64DBF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1F1F1F"/>
                <w:sz w:val="16"/>
                <w:szCs w:val="16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Laurea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coerente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con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l’incarico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oppure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altro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titolo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accompagnato da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elevata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e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comprovata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specializzazione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professionale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.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3E1159F3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6"/>
                <w:szCs w:val="16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☐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Sì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  ☐ No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3AB496A6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3D0420D7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CBD55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84EEF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490FB7" w:rsidRPr="006F4934" w14:paraId="535E4CC9" w14:textId="77777777" w:rsidTr="00AD77F6">
        <w:trPr>
          <w:trHeight w:val="46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25176426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1F1F1F"/>
                <w:sz w:val="16"/>
                <w:szCs w:val="16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Certificazione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,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qualificazione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o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percorso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specialistico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documentato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in IA, IA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generativa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, machine learning,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tecnologie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educative o data literacy.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0D69DED3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6"/>
                <w:szCs w:val="16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☐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Sì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  ☐ No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3195F009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602669A0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F0F98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60659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490FB7" w:rsidRPr="006F4934" w14:paraId="6B88C4DA" w14:textId="77777777" w:rsidTr="00AD77F6">
        <w:trPr>
          <w:trHeight w:val="46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63B4ADA8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1F1F1F"/>
                <w:sz w:val="16"/>
                <w:szCs w:val="16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Almeno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un’esperienza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di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formazione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rivolta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al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personale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scolastico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sull’utilizzo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dell’intelligenza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artificiale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.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257702CA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6"/>
                <w:szCs w:val="16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☐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Sì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  ☐ No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61B2C36A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21FFB704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CD171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BD6B5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490FB7" w:rsidRPr="006F4934" w14:paraId="123C8232" w14:textId="77777777" w:rsidTr="00AD77F6">
        <w:trPr>
          <w:trHeight w:val="46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78F4DCFF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1F1F1F"/>
                <w:sz w:val="16"/>
                <w:szCs w:val="16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Esperienza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documentata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nell’utilizzo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didattico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dell’IA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per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progettazione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,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personalizzazione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,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produzione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di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materiali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,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valutazione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o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inclusione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.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64CF21F0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6"/>
                <w:szCs w:val="16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☐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Sì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  ☐ No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7955E567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6F4E8BDD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88968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C38D0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490FB7" w:rsidRPr="006F4934" w14:paraId="14DA0332" w14:textId="77777777" w:rsidTr="00AD77F6">
        <w:trPr>
          <w:trHeight w:val="46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365B6A97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1F1F1F"/>
                <w:sz w:val="16"/>
                <w:szCs w:val="16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Conoscenza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documentata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dei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profili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relativi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a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protezione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dei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dati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,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sicurezza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,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etica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,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trasparenza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e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diritto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d’autore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nell’utilizzo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dell’IA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.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6C15060F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6"/>
                <w:szCs w:val="16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☐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Sì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  ☐ No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7D965A2B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0C0E130B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D445F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4ACE8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490FB7" w:rsidRPr="006F4934" w14:paraId="6A182D0F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B95083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25FAD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D1829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4AC19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B0555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88E4F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490FB7" w:rsidRPr="006F4934" w14:paraId="3B2961E7" w14:textId="77777777" w:rsidTr="00AD77F6">
        <w:trPr>
          <w:trHeight w:val="315"/>
        </w:trPr>
        <w:tc>
          <w:tcPr>
            <w:tcW w:w="4289" w:type="pct"/>
            <w:gridSpan w:val="4"/>
            <w:tcBorders>
              <w:top w:val="single" w:sz="8" w:space="0" w:color="7F8C8D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000000" w:fill="5B9BD5"/>
            <w:vAlign w:val="center"/>
            <w:hideMark/>
          </w:tcPr>
          <w:p w14:paraId="3C8599C7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20"/>
                <w:szCs w:val="20"/>
                <w:lang w:val="it-IT" w:eastAsia="it-IT"/>
              </w:rPr>
            </w:pPr>
            <w:r w:rsidRPr="006F4934">
              <w:rPr>
                <w:rFonts w:eastAsia="Times New Roman" w:cs="Times New Roman"/>
                <w:b/>
                <w:bCs/>
                <w:color w:val="FFFFFF"/>
                <w:sz w:val="20"/>
                <w:lang w:eastAsia="it-IT"/>
              </w:rPr>
              <w:t>D. TUTOR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92E66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20"/>
                <w:szCs w:val="20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5E75C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490FB7" w:rsidRPr="006F4934" w14:paraId="4F7FA380" w14:textId="77777777" w:rsidTr="00AD77F6">
        <w:trPr>
          <w:trHeight w:val="690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1F4E78"/>
            <w:vAlign w:val="center"/>
            <w:hideMark/>
          </w:tcPr>
          <w:p w14:paraId="3D9DBE93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6"/>
                <w:lang w:eastAsia="it-IT"/>
              </w:rPr>
              <w:t>Requisito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FFFFF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6"/>
                <w:lang w:eastAsia="it-IT"/>
              </w:rPr>
              <w:t>obbligatorio</w:t>
            </w:r>
            <w:proofErr w:type="spellEnd"/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1F4E78"/>
            <w:vAlign w:val="center"/>
            <w:hideMark/>
          </w:tcPr>
          <w:p w14:paraId="67A4D734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6"/>
                <w:lang w:eastAsia="it-IT"/>
              </w:rPr>
              <w:t>Possesso</w:t>
            </w:r>
            <w:proofErr w:type="spellEnd"/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1F4E78"/>
            <w:vAlign w:val="center"/>
            <w:hideMark/>
          </w:tcPr>
          <w:p w14:paraId="39E0E2DF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val="it-IT" w:eastAsia="it-IT"/>
              </w:rPr>
            </w:pPr>
            <w:r w:rsidRPr="006F4934">
              <w:rPr>
                <w:rFonts w:eastAsia="Times New Roman" w:cs="Times New Roman"/>
                <w:b/>
                <w:bCs/>
                <w:color w:val="FFFFFF"/>
                <w:sz w:val="16"/>
                <w:lang w:eastAsia="it-IT"/>
              </w:rPr>
              <w:t xml:space="preserve">Titolo /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6"/>
                <w:lang w:eastAsia="it-IT"/>
              </w:rPr>
              <w:t>esperienza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FFFFF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6"/>
                <w:lang w:eastAsia="it-IT"/>
              </w:rPr>
              <w:t>dichiarata</w:t>
            </w:r>
            <w:proofErr w:type="spellEnd"/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1F4E78"/>
            <w:vAlign w:val="center"/>
            <w:hideMark/>
          </w:tcPr>
          <w:p w14:paraId="036C5DF5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6"/>
                <w:lang w:eastAsia="it-IT"/>
              </w:rPr>
              <w:t>Pagina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FFFFFF"/>
                <w:sz w:val="16"/>
                <w:lang w:eastAsia="it-IT"/>
              </w:rPr>
              <w:t xml:space="preserve"> CV /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6"/>
                <w:lang w:eastAsia="it-IT"/>
              </w:rPr>
              <w:t>allegato</w:t>
            </w:r>
            <w:proofErr w:type="spellEnd"/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D246B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B0159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490FB7" w:rsidRPr="006F4934" w14:paraId="4829887D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6EB03C1D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1F1F1F"/>
                <w:sz w:val="16"/>
                <w:szCs w:val="16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Diploma di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scuola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secondaria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di secondo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grado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.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79FF23D6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6"/>
                <w:szCs w:val="16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☐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Sì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  ☐ No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4C0EB9F5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6C00D786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9229E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1F9D1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490FB7" w:rsidRPr="006F4934" w14:paraId="6E0D25F8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7C65FAC6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1F1F1F"/>
                <w:sz w:val="16"/>
                <w:szCs w:val="16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Adeguate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competenze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informatiche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e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digitali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.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6F527630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6"/>
                <w:szCs w:val="16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☐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Sì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  ☐ No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498CFDCE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40F1B71B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A5689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6836F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490FB7" w:rsidRPr="006F4934" w14:paraId="0FDB04C5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0976839F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1F1F1F"/>
                <w:sz w:val="16"/>
                <w:szCs w:val="16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Capacità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organizzative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e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relazionali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.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22A42D3A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6"/>
                <w:szCs w:val="16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☐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Sì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  ☐ No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0F67C1F8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1A890DE7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72359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3CB4C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490FB7" w:rsidRPr="006F4934" w14:paraId="6B1A5A4D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6052AB18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1F1F1F"/>
                <w:sz w:val="16"/>
                <w:szCs w:val="16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Disponibilità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a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utilizzare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la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piattaforma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SIF2127.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5E7A9407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6"/>
                <w:szCs w:val="16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☐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Sì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  ☐ No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1F8DC85B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1D4C0F8C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D2217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1709F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490FB7" w:rsidRPr="006F4934" w14:paraId="6DB8059A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6D07344E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1F1F1F"/>
                <w:sz w:val="16"/>
                <w:szCs w:val="16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Disponibilità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a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garantire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la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presenza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per tutte le 30 ore </w:t>
            </w:r>
            <w:proofErr w:type="gram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del</w:t>
            </w:r>
            <w:proofErr w:type="gram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modulo.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486E89C0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6"/>
                <w:szCs w:val="16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☐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Sì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  ☐ No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53A75680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55AE5ED7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93EFD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2446E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490FB7" w:rsidRPr="006F4934" w14:paraId="05EDFBF6" w14:textId="77777777" w:rsidTr="00AD77F6">
        <w:trPr>
          <w:trHeight w:val="46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47BBD663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1F1F1F"/>
                <w:sz w:val="16"/>
                <w:szCs w:val="16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Disponibilità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a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svolgere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gli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adempimenti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amministrativi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e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documentali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previsti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dal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progetto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.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0C1C6E1B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6"/>
                <w:szCs w:val="16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☐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>Sì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6"/>
                <w:lang w:eastAsia="it-IT"/>
              </w:rPr>
              <w:t xml:space="preserve">   ☐ No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39B8C8FE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0103812F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F916E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B335A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490FB7" w:rsidRPr="006F4934" w14:paraId="6AD7398A" w14:textId="77777777" w:rsidTr="00AD77F6">
        <w:trPr>
          <w:trHeight w:val="30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7AE03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B71EB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E337D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A2AA2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27C2B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24614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490FB7" w:rsidRPr="006F4934" w14:paraId="235B5773" w14:textId="77777777" w:rsidTr="00AD77F6">
        <w:trPr>
          <w:trHeight w:val="30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75FE3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671F0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DE24D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F5CD8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99F23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AE54B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490FB7" w:rsidRPr="006F4934" w14:paraId="2467904D" w14:textId="77777777" w:rsidTr="00AD77F6">
        <w:trPr>
          <w:trHeight w:val="300"/>
        </w:trPr>
        <w:tc>
          <w:tcPr>
            <w:tcW w:w="4289" w:type="pct"/>
            <w:gridSpan w:val="4"/>
            <w:tcBorders>
              <w:top w:val="nil"/>
              <w:left w:val="single" w:sz="8" w:space="0" w:color="1F4E78"/>
              <w:bottom w:val="nil"/>
              <w:right w:val="nil"/>
            </w:tcBorders>
            <w:shd w:val="clear" w:color="000000" w:fill="1F4E78"/>
            <w:vAlign w:val="center"/>
            <w:hideMark/>
          </w:tcPr>
          <w:p w14:paraId="02368B28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b/>
                <w:bCs/>
                <w:color w:val="FFFFFF"/>
                <w:szCs w:val="21"/>
                <w:lang w:eastAsia="it-IT"/>
              </w:rPr>
              <w:t>3. GRIGLIE DI AUTOVALUTAZIONE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52FBD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Cs w:val="21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50D99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490FB7" w:rsidRPr="006F4934" w14:paraId="2EE1675E" w14:textId="77777777" w:rsidTr="00AD77F6">
        <w:trPr>
          <w:trHeight w:val="30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7AC05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F11B0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6468F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DA992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F4D22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EFE60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81640D" w:rsidRPr="006F4934" w14:paraId="75B50312" w14:textId="77777777" w:rsidTr="00AD77F6">
        <w:trPr>
          <w:trHeight w:val="300"/>
        </w:trPr>
        <w:tc>
          <w:tcPr>
            <w:tcW w:w="344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7475C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b/>
                <w:bCs/>
                <w:color w:val="1F1F1F"/>
                <w:sz w:val="19"/>
                <w:szCs w:val="19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b/>
                <w:bCs/>
                <w:color w:val="1F1F1F"/>
                <w:sz w:val="19"/>
                <w:lang w:eastAsia="it-IT"/>
              </w:rPr>
              <w:t>Compilare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1F1F1F"/>
                <w:sz w:val="19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1F1F1F"/>
                <w:sz w:val="19"/>
                <w:lang w:eastAsia="it-IT"/>
              </w:rPr>
              <w:t>esclusivamente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1F1F1F"/>
                <w:sz w:val="19"/>
                <w:lang w:eastAsia="it-IT"/>
              </w:rPr>
              <w:t xml:space="preserve"> la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1F1F1F"/>
                <w:sz w:val="19"/>
                <w:lang w:eastAsia="it-IT"/>
              </w:rPr>
              <w:t>griglia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1F1F1F"/>
                <w:sz w:val="19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1F1F1F"/>
                <w:sz w:val="19"/>
                <w:lang w:eastAsia="it-IT"/>
              </w:rPr>
              <w:t>relativa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1F1F1F"/>
                <w:sz w:val="19"/>
                <w:lang w:eastAsia="it-IT"/>
              </w:rPr>
              <w:t xml:space="preserve"> al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1F1F1F"/>
                <w:sz w:val="19"/>
                <w:lang w:eastAsia="it-IT"/>
              </w:rPr>
              <w:t>profilo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1F1F1F"/>
                <w:sz w:val="19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1F1F1F"/>
                <w:sz w:val="19"/>
                <w:lang w:eastAsia="it-IT"/>
              </w:rPr>
              <w:t>richiesto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1F1F1F"/>
                <w:sz w:val="19"/>
                <w:lang w:eastAsia="it-IT"/>
              </w:rPr>
              <w:t xml:space="preserve">. La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1F1F1F"/>
                <w:sz w:val="19"/>
                <w:lang w:eastAsia="it-IT"/>
              </w:rPr>
              <w:t>colonna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1F1F1F"/>
                <w:sz w:val="19"/>
                <w:lang w:eastAsia="it-IT"/>
              </w:rPr>
              <w:t xml:space="preserve"> “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1F1F1F"/>
                <w:sz w:val="19"/>
                <w:lang w:eastAsia="it-IT"/>
              </w:rPr>
              <w:t>Punteggio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1F1F1F"/>
                <w:sz w:val="19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1F1F1F"/>
                <w:sz w:val="19"/>
                <w:lang w:eastAsia="it-IT"/>
              </w:rPr>
              <w:t>Commissione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1F1F1F"/>
                <w:sz w:val="19"/>
                <w:lang w:eastAsia="it-IT"/>
              </w:rPr>
              <w:t xml:space="preserve">” è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1F1F1F"/>
                <w:sz w:val="19"/>
                <w:lang w:eastAsia="it-IT"/>
              </w:rPr>
              <w:t>riservata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1F1F1F"/>
                <w:sz w:val="19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1F1F1F"/>
                <w:sz w:val="19"/>
                <w:lang w:eastAsia="it-IT"/>
              </w:rPr>
              <w:t>all’Amministrazione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1F1F1F"/>
                <w:sz w:val="19"/>
                <w:lang w:eastAsia="it-IT"/>
              </w:rPr>
              <w:t>.</w:t>
            </w: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94F78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b/>
                <w:bCs/>
                <w:color w:val="1F1F1F"/>
                <w:sz w:val="19"/>
                <w:szCs w:val="19"/>
                <w:lang w:val="it-IT" w:eastAsia="it-I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A672B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4956C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6F4934" w:rsidRPr="006F4934" w14:paraId="0E2550BE" w14:textId="77777777" w:rsidTr="006F4934">
        <w:trPr>
          <w:trHeight w:val="315"/>
        </w:trPr>
        <w:tc>
          <w:tcPr>
            <w:tcW w:w="5000" w:type="pct"/>
            <w:gridSpan w:val="6"/>
            <w:tcBorders>
              <w:top w:val="nil"/>
              <w:left w:val="single" w:sz="8" w:space="0" w:color="5B9BD5"/>
              <w:bottom w:val="nil"/>
              <w:right w:val="nil"/>
            </w:tcBorders>
            <w:shd w:val="clear" w:color="000000" w:fill="5B9BD5"/>
            <w:vAlign w:val="center"/>
            <w:hideMark/>
          </w:tcPr>
          <w:p w14:paraId="3C43BFE4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20"/>
                <w:szCs w:val="20"/>
                <w:lang w:val="it-IT" w:eastAsia="it-IT"/>
              </w:rPr>
            </w:pPr>
            <w:r w:rsidRPr="006F4934">
              <w:rPr>
                <w:rFonts w:eastAsia="Times New Roman" w:cs="Times New Roman"/>
                <w:b/>
                <w:bCs/>
                <w:color w:val="FFFFFF"/>
                <w:sz w:val="20"/>
                <w:lang w:eastAsia="it-IT"/>
              </w:rPr>
              <w:t>A. ESPERTO IN INCLUSIONE E METODOLOGIA ABA</w:t>
            </w:r>
          </w:p>
        </w:tc>
      </w:tr>
      <w:tr w:rsidR="00490FB7" w:rsidRPr="006F4934" w14:paraId="145B615F" w14:textId="77777777" w:rsidTr="00AD77F6">
        <w:trPr>
          <w:trHeight w:val="795"/>
        </w:trPr>
        <w:tc>
          <w:tcPr>
            <w:tcW w:w="1528" w:type="pct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1F4E78"/>
            <w:vAlign w:val="center"/>
            <w:hideMark/>
          </w:tcPr>
          <w:p w14:paraId="4897445E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 xml:space="preserve">Titolo o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esperienza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valutabile</w:t>
            </w:r>
            <w:proofErr w:type="spellEnd"/>
          </w:p>
        </w:tc>
        <w:tc>
          <w:tcPr>
            <w:tcW w:w="1349" w:type="pct"/>
            <w:tcBorders>
              <w:top w:val="single" w:sz="8" w:space="0" w:color="7F8C8D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1F4E78"/>
            <w:vAlign w:val="center"/>
            <w:hideMark/>
          </w:tcPr>
          <w:p w14:paraId="6E269E97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5"/>
                <w:szCs w:val="15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Criterio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 xml:space="preserve"> di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attribuzione</w:t>
            </w:r>
            <w:proofErr w:type="spellEnd"/>
          </w:p>
        </w:tc>
        <w:tc>
          <w:tcPr>
            <w:tcW w:w="570" w:type="pct"/>
            <w:tcBorders>
              <w:top w:val="single" w:sz="8" w:space="0" w:color="7F8C8D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1F4E78"/>
            <w:vAlign w:val="center"/>
            <w:hideMark/>
          </w:tcPr>
          <w:p w14:paraId="5A9EFBE4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Max</w:t>
            </w:r>
          </w:p>
        </w:tc>
        <w:tc>
          <w:tcPr>
            <w:tcW w:w="842" w:type="pct"/>
            <w:tcBorders>
              <w:top w:val="single" w:sz="8" w:space="0" w:color="7F8C8D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1F4E78"/>
            <w:vAlign w:val="center"/>
            <w:hideMark/>
          </w:tcPr>
          <w:p w14:paraId="20324F8B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5"/>
                <w:szCs w:val="15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Quantità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dichiarata</w:t>
            </w:r>
            <w:proofErr w:type="spellEnd"/>
          </w:p>
        </w:tc>
        <w:tc>
          <w:tcPr>
            <w:tcW w:w="395" w:type="pct"/>
            <w:tcBorders>
              <w:top w:val="single" w:sz="8" w:space="0" w:color="7F8C8D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1F4E78"/>
            <w:vAlign w:val="center"/>
            <w:hideMark/>
          </w:tcPr>
          <w:p w14:paraId="452248AF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5"/>
                <w:szCs w:val="15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Punteggio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candidato</w:t>
            </w:r>
            <w:proofErr w:type="spellEnd"/>
          </w:p>
        </w:tc>
        <w:tc>
          <w:tcPr>
            <w:tcW w:w="316" w:type="pct"/>
            <w:tcBorders>
              <w:top w:val="single" w:sz="8" w:space="0" w:color="7F8C8D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1F4E78"/>
            <w:vAlign w:val="center"/>
            <w:hideMark/>
          </w:tcPr>
          <w:p w14:paraId="4F4B3C76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5"/>
                <w:szCs w:val="15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Punteggio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Commissione</w:t>
            </w:r>
            <w:proofErr w:type="spellEnd"/>
          </w:p>
        </w:tc>
      </w:tr>
      <w:tr w:rsidR="00490FB7" w:rsidRPr="006F4934" w14:paraId="196B2343" w14:textId="77777777" w:rsidTr="00AD77F6">
        <w:trPr>
          <w:trHeight w:val="600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0A5E91DC" w14:textId="77777777" w:rsidR="00D0139B" w:rsidRPr="00D0139B" w:rsidRDefault="00D0139B" w:rsidP="00D0139B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lang w:eastAsia="it-IT"/>
              </w:rPr>
            </w:pPr>
            <w:r w:rsidRPr="00D0139B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Laurea </w:t>
            </w:r>
            <w:proofErr w:type="spellStart"/>
            <w:r w:rsidRPr="00D0139B">
              <w:rPr>
                <w:rFonts w:eastAsia="Times New Roman" w:cs="Times New Roman"/>
                <w:color w:val="1F1F1F"/>
                <w:sz w:val="15"/>
                <w:lang w:eastAsia="it-IT"/>
              </w:rPr>
              <w:t>magistrale</w:t>
            </w:r>
            <w:proofErr w:type="spellEnd"/>
            <w:r w:rsidRPr="00D0139B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, </w:t>
            </w:r>
            <w:proofErr w:type="spellStart"/>
            <w:r w:rsidRPr="00D0139B">
              <w:rPr>
                <w:rFonts w:eastAsia="Times New Roman" w:cs="Times New Roman"/>
                <w:color w:val="1F1F1F"/>
                <w:sz w:val="15"/>
                <w:lang w:eastAsia="it-IT"/>
              </w:rPr>
              <w:t>specialistica</w:t>
            </w:r>
            <w:proofErr w:type="spellEnd"/>
            <w:r w:rsidRPr="00D0139B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 o del </w:t>
            </w:r>
            <w:proofErr w:type="spellStart"/>
            <w:r w:rsidRPr="00D0139B">
              <w:rPr>
                <w:rFonts w:eastAsia="Times New Roman" w:cs="Times New Roman"/>
                <w:color w:val="1F1F1F"/>
                <w:sz w:val="15"/>
                <w:lang w:eastAsia="it-IT"/>
              </w:rPr>
              <w:t>vecchio</w:t>
            </w:r>
            <w:proofErr w:type="spellEnd"/>
          </w:p>
          <w:p w14:paraId="10B33F93" w14:textId="690E5506" w:rsidR="006F4934" w:rsidRPr="006F4934" w:rsidRDefault="00D0139B" w:rsidP="00D0139B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proofErr w:type="spellStart"/>
            <w:r w:rsidRPr="00D0139B">
              <w:rPr>
                <w:rFonts w:eastAsia="Times New Roman" w:cs="Times New Roman"/>
                <w:color w:val="1F1F1F"/>
                <w:sz w:val="15"/>
                <w:lang w:eastAsia="it-IT"/>
              </w:rPr>
              <w:t>ordinamento</w:t>
            </w:r>
            <w:proofErr w:type="spellEnd"/>
            <w:r w:rsidRPr="00D0139B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 </w:t>
            </w:r>
            <w:proofErr w:type="spellStart"/>
            <w:r w:rsidRPr="00D0139B">
              <w:rPr>
                <w:rFonts w:eastAsia="Times New Roman" w:cs="Times New Roman"/>
                <w:color w:val="1F1F1F"/>
                <w:sz w:val="15"/>
                <w:lang w:eastAsia="it-IT"/>
              </w:rPr>
              <w:t>coerente</w:t>
            </w:r>
            <w:proofErr w:type="spellEnd"/>
            <w:r w:rsidRPr="00D0139B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 con il modulo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15A2005D" w14:textId="77777777" w:rsidR="00D0139B" w:rsidRPr="00D0139B" w:rsidRDefault="00D0139B" w:rsidP="00D0139B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D0139B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fino a 10 punti (110 e lode = 10; 110 = 9; da 105 a</w:t>
            </w:r>
          </w:p>
          <w:p w14:paraId="479A9782" w14:textId="02F4B672" w:rsidR="006F4934" w:rsidRPr="006F4934" w:rsidRDefault="00D0139B" w:rsidP="00D0139B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D0139B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109 = 8; da 100 a 104 = 7; inferiore a 100 = 6)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10B33D68" w14:textId="5C376D02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1</w:t>
            </w:r>
            <w:r w:rsidR="0070197D">
              <w:rPr>
                <w:rFonts w:eastAsia="Times New Roman" w:cs="Times New Roman"/>
                <w:color w:val="1F1F1F"/>
                <w:sz w:val="15"/>
                <w:lang w:eastAsia="it-IT"/>
              </w:rPr>
              <w:t>0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474776D4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1BA677C3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5C4D3806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490FB7" w:rsidRPr="006F4934" w14:paraId="3BB10D94" w14:textId="77777777" w:rsidTr="00AD77F6">
        <w:trPr>
          <w:trHeight w:val="40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58AC37EC" w14:textId="77777777" w:rsidR="0070197D" w:rsidRPr="0070197D" w:rsidRDefault="0070197D" w:rsidP="0070197D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lang w:eastAsia="it-IT"/>
              </w:rPr>
            </w:pPr>
            <w:r w:rsidRPr="0070197D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Laurea </w:t>
            </w:r>
            <w:proofErr w:type="spellStart"/>
            <w:r w:rsidRPr="0070197D">
              <w:rPr>
                <w:rFonts w:eastAsia="Times New Roman" w:cs="Times New Roman"/>
                <w:color w:val="1F1F1F"/>
                <w:sz w:val="15"/>
                <w:lang w:eastAsia="it-IT"/>
              </w:rPr>
              <w:t>triennale</w:t>
            </w:r>
            <w:proofErr w:type="spellEnd"/>
            <w:r w:rsidRPr="0070197D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 (</w:t>
            </w:r>
            <w:proofErr w:type="spellStart"/>
            <w:r w:rsidRPr="0070197D">
              <w:rPr>
                <w:rFonts w:eastAsia="Times New Roman" w:cs="Times New Roman"/>
                <w:color w:val="1F1F1F"/>
                <w:sz w:val="15"/>
                <w:lang w:eastAsia="it-IT"/>
              </w:rPr>
              <w:t>valutabile</w:t>
            </w:r>
            <w:proofErr w:type="spellEnd"/>
            <w:r w:rsidRPr="0070197D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 solo se non </w:t>
            </w:r>
            <w:proofErr w:type="spellStart"/>
            <w:r w:rsidRPr="0070197D">
              <w:rPr>
                <w:rFonts w:eastAsia="Times New Roman" w:cs="Times New Roman"/>
                <w:color w:val="1F1F1F"/>
                <w:sz w:val="15"/>
                <w:lang w:eastAsia="it-IT"/>
              </w:rPr>
              <w:t>costituisce</w:t>
            </w:r>
            <w:proofErr w:type="spellEnd"/>
          </w:p>
          <w:p w14:paraId="3E347617" w14:textId="61EA32B9" w:rsidR="006F4934" w:rsidRPr="006F4934" w:rsidRDefault="0070197D" w:rsidP="0070197D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proofErr w:type="spellStart"/>
            <w:r w:rsidRPr="0070197D">
              <w:rPr>
                <w:rFonts w:eastAsia="Times New Roman" w:cs="Times New Roman"/>
                <w:color w:val="1F1F1F"/>
                <w:sz w:val="15"/>
                <w:lang w:eastAsia="it-IT"/>
              </w:rPr>
              <w:t>titolo</w:t>
            </w:r>
            <w:proofErr w:type="spellEnd"/>
            <w:r w:rsidRPr="0070197D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 di accesso)</w:t>
            </w:r>
            <w:r w:rsidR="006F4934"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.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7DA32565" w14:textId="50DBF96E" w:rsidR="006F4934" w:rsidRPr="006F4934" w:rsidRDefault="0070197D" w:rsidP="006F4934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70197D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3 punti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76DE9A1C" w14:textId="4F84DE54" w:rsidR="006F4934" w:rsidRPr="006F4934" w:rsidRDefault="00393550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4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54CB1F47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0F7BD16B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1C1DBB8F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490FB7" w:rsidRPr="006F4934" w14:paraId="5F938890" w14:textId="77777777" w:rsidTr="00AD77F6">
        <w:trPr>
          <w:trHeight w:val="79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0A2A074E" w14:textId="77777777" w:rsidR="0070197D" w:rsidRPr="0070197D" w:rsidRDefault="0070197D" w:rsidP="0070197D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70197D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Master universitari, corsi di perfezionamento o</w:t>
            </w:r>
          </w:p>
          <w:p w14:paraId="1262BC30" w14:textId="0966FC3A" w:rsidR="006F4934" w:rsidRPr="006F4934" w:rsidRDefault="0070197D" w:rsidP="0070197D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70197D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specializzazione coerenti con le attività del modulo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</w:tcPr>
          <w:p w14:paraId="70DA339C" w14:textId="34D02F38" w:rsidR="006F4934" w:rsidRPr="006F4934" w:rsidRDefault="0070197D" w:rsidP="006F4934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70197D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2 punti per titolo (max 6)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7DFACE05" w14:textId="52A33B34" w:rsidR="006F4934" w:rsidRPr="006F4934" w:rsidRDefault="0070197D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6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19BE9AD1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40460749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599260AC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490FB7" w:rsidRPr="006F4934" w14:paraId="6ADF9EC1" w14:textId="77777777" w:rsidTr="00AD77F6">
        <w:trPr>
          <w:trHeight w:val="40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39EAF399" w14:textId="6804C187" w:rsidR="006F4934" w:rsidRPr="006F4934" w:rsidRDefault="00041454" w:rsidP="006F4934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041454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Certificazioni informatiche e digitali riconosciute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05901505" w14:textId="39B5A15F" w:rsidR="006F4934" w:rsidRPr="006F4934" w:rsidRDefault="00C17F89" w:rsidP="006F4934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C17F89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1 punto per certificazione (max 4)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03830B88" w14:textId="2728FB17" w:rsidR="006F4934" w:rsidRPr="006F4934" w:rsidRDefault="00C17F89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4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555E020C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1281758E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0B879158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490FB7" w:rsidRPr="006F4934" w14:paraId="4E38E5DE" w14:textId="77777777" w:rsidTr="00AD77F6">
        <w:trPr>
          <w:trHeight w:val="40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1FDA3E63" w14:textId="31D08E10" w:rsidR="006F4934" w:rsidRPr="006F4934" w:rsidRDefault="00C17F89" w:rsidP="006F4934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C17F89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Certificazioni linguistiche riconosciute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12982194" w14:textId="1FD2BFDC" w:rsidR="006F4934" w:rsidRPr="006F4934" w:rsidRDefault="00C17F89" w:rsidP="006F4934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C17F89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1 punto per certificazione (max 2)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714CD46C" w14:textId="73171883" w:rsidR="006F4934" w:rsidRPr="006F4934" w:rsidRDefault="00C17F89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2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2B7E3323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237CA1F4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7F5DD81E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490FB7" w:rsidRPr="006F4934" w14:paraId="1ADCDC62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10703EDE" w14:textId="77777777" w:rsidR="00301831" w:rsidRPr="00301831" w:rsidRDefault="00301831" w:rsidP="00301831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301831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Formazione documentata coerente con le tematiche</w:t>
            </w:r>
          </w:p>
          <w:p w14:paraId="77D74FEF" w14:textId="3D28755C" w:rsidR="006F4934" w:rsidRPr="006F4934" w:rsidRDefault="00301831" w:rsidP="00301831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301831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del modulo (corsi di almeno 20 ore)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1A227F4F" w14:textId="2DB09D1E" w:rsidR="006F4934" w:rsidRPr="006F4934" w:rsidRDefault="00301831" w:rsidP="006F4934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301831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1 punto per corso (max 5)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387ABA5D" w14:textId="6B884842" w:rsidR="006F4934" w:rsidRPr="006F4934" w:rsidRDefault="00301831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5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574C5242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25FC8AF7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646BE92A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5A2790" w:rsidRPr="006F4934" w14:paraId="74A60F69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</w:tcPr>
          <w:p w14:paraId="0D4F13D7" w14:textId="77777777" w:rsidR="00C023E5" w:rsidRPr="00C023E5" w:rsidRDefault="00C023E5" w:rsidP="00C023E5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C023E5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Incarichi di Esperto in progetti PON, PN, PNRR,</w:t>
            </w:r>
          </w:p>
          <w:p w14:paraId="7A8AF71B" w14:textId="2DB8D667" w:rsidR="00301831" w:rsidRPr="006F4934" w:rsidRDefault="00C023E5" w:rsidP="00C023E5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C023E5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Agenda Sud o altri progetti ministeriali coerenti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</w:tcPr>
          <w:p w14:paraId="4036CC68" w14:textId="0629D3E5" w:rsidR="00301831" w:rsidRPr="006F4934" w:rsidRDefault="00C023E5" w:rsidP="006F4934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C023E5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4 punti per incarico (max 20)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</w:tcPr>
          <w:p w14:paraId="114C8687" w14:textId="5B8D2798" w:rsidR="00301831" w:rsidRPr="006F4934" w:rsidRDefault="00C023E5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C023E5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20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</w:tcPr>
          <w:p w14:paraId="3FD1AD3A" w14:textId="77777777" w:rsidR="00301831" w:rsidRPr="006F4934" w:rsidRDefault="00301831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eastAsia="it-I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</w:tcPr>
          <w:p w14:paraId="69EF6F25" w14:textId="77777777" w:rsidR="00301831" w:rsidRPr="006F4934" w:rsidRDefault="00301831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</w:tcPr>
          <w:p w14:paraId="2187DFEB" w14:textId="77777777" w:rsidR="00301831" w:rsidRPr="006F4934" w:rsidRDefault="00301831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eastAsia="it-IT"/>
              </w:rPr>
            </w:pPr>
          </w:p>
        </w:tc>
      </w:tr>
      <w:tr w:rsidR="005A2790" w:rsidRPr="006F4934" w14:paraId="66FDF9E6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</w:tcPr>
          <w:p w14:paraId="18D0050D" w14:textId="20441C94" w:rsidR="00C023E5" w:rsidRPr="00C023E5" w:rsidRDefault="00C453DA" w:rsidP="00C023E5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C453DA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Esperienze di formazione rivolte a docenti o personale scolastico su ABA, disabilità, autismo, inclusione o gestione educativa del comportamento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</w:tcPr>
          <w:p w14:paraId="7F5E9577" w14:textId="03797FA5" w:rsidR="00C023E5" w:rsidRPr="00C023E5" w:rsidRDefault="001B1BB6" w:rsidP="006F4934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1B1BB6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4 punti ciascuna (max 12)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</w:tcPr>
          <w:p w14:paraId="6A98FCF3" w14:textId="080327A8" w:rsidR="00C023E5" w:rsidRPr="00C023E5" w:rsidRDefault="00C453DA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12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</w:tcPr>
          <w:p w14:paraId="0A2CE6E6" w14:textId="77777777" w:rsidR="00C023E5" w:rsidRPr="006F4934" w:rsidRDefault="00C023E5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eastAsia="it-I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</w:tcPr>
          <w:p w14:paraId="77A2B941" w14:textId="77777777" w:rsidR="00C023E5" w:rsidRPr="006F4934" w:rsidRDefault="00C023E5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</w:tcPr>
          <w:p w14:paraId="38A9D931" w14:textId="77777777" w:rsidR="00C023E5" w:rsidRPr="006F4934" w:rsidRDefault="00C023E5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eastAsia="it-IT"/>
              </w:rPr>
            </w:pPr>
          </w:p>
        </w:tc>
      </w:tr>
      <w:tr w:rsidR="005636C0" w:rsidRPr="006F4934" w14:paraId="3DAA3FE4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</w:tcPr>
          <w:p w14:paraId="6E6A7FEE" w14:textId="2E902929" w:rsidR="00C023E5" w:rsidRPr="00C023E5" w:rsidRDefault="007F119B" w:rsidP="00C023E5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7F119B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lastRenderedPageBreak/>
              <w:t>Esperienze professionali di applicazione dell’ABA in contesti scolastici, educativi, riabilitativi o sociosanitari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</w:tcPr>
          <w:p w14:paraId="06BAB7F0" w14:textId="6559746D" w:rsidR="00C023E5" w:rsidRPr="00C023E5" w:rsidRDefault="00B55127" w:rsidP="006F4934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B55127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4 punti ciascuna (max 12)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</w:tcPr>
          <w:p w14:paraId="442F2A02" w14:textId="73AE8010" w:rsidR="00C023E5" w:rsidRPr="00C023E5" w:rsidRDefault="00B55127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12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</w:tcPr>
          <w:p w14:paraId="606B74ED" w14:textId="77777777" w:rsidR="00C023E5" w:rsidRPr="006F4934" w:rsidRDefault="00C023E5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eastAsia="it-I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</w:tcPr>
          <w:p w14:paraId="15719F03" w14:textId="77777777" w:rsidR="00C023E5" w:rsidRPr="006F4934" w:rsidRDefault="00C023E5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</w:tcPr>
          <w:p w14:paraId="42EDF3AE" w14:textId="77777777" w:rsidR="00C023E5" w:rsidRPr="006F4934" w:rsidRDefault="00C023E5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eastAsia="it-IT"/>
              </w:rPr>
            </w:pPr>
          </w:p>
        </w:tc>
      </w:tr>
      <w:tr w:rsidR="00490FB7" w:rsidRPr="006F4934" w14:paraId="48DB49B2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25FF5333" w14:textId="76285605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Qualità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,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completezza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 e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coerenza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 della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proposta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 </w:t>
            </w:r>
            <w:proofErr w:type="spellStart"/>
            <w:proofErr w:type="gramStart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formativa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.</w:t>
            </w:r>
            <w:r w:rsidR="00E25AFE">
              <w:rPr>
                <w:rFonts w:eastAsia="Times New Roman" w:cs="Times New Roman"/>
                <w:color w:val="1F1F1F"/>
                <w:sz w:val="15"/>
                <w:lang w:eastAsia="it-IT"/>
              </w:rPr>
              <w:t>(</w:t>
            </w:r>
            <w:proofErr w:type="gramEnd"/>
            <w:r w:rsidR="00E25AFE"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 </w:t>
            </w:r>
            <w:proofErr w:type="spellStart"/>
            <w:r w:rsidR="00E25AFE"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Valutazione</w:t>
            </w:r>
            <w:proofErr w:type="spellEnd"/>
            <w:r w:rsidR="00E25AFE"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 della </w:t>
            </w:r>
            <w:proofErr w:type="spellStart"/>
            <w:r w:rsidR="00E25AFE"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Commissione</w:t>
            </w:r>
            <w:proofErr w:type="spellEnd"/>
            <w:r w:rsidR="00E25AFE">
              <w:rPr>
                <w:rFonts w:eastAsia="Times New Roman" w:cs="Times New Roman"/>
                <w:color w:val="1F1F1F"/>
                <w:sz w:val="15"/>
                <w:lang w:eastAsia="it-IT"/>
              </w:rPr>
              <w:t>)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4F279CD3" w14:textId="1097923F" w:rsidR="006F4934" w:rsidRPr="006F4934" w:rsidRDefault="00E25AFE" w:rsidP="006F4934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Fino ad un massimo di 25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3DB82790" w14:textId="09A45A6B" w:rsidR="006F4934" w:rsidRPr="006F4934" w:rsidRDefault="00E25AFE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25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5CD2A224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17A32F53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6A5B3A5F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5A2790" w:rsidRPr="006F4934" w14:paraId="7BD71DD7" w14:textId="77777777" w:rsidTr="00AD77F6">
        <w:trPr>
          <w:trHeight w:val="315"/>
        </w:trPr>
        <w:tc>
          <w:tcPr>
            <w:tcW w:w="2876" w:type="pct"/>
            <w:gridSpan w:val="2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1F4E78"/>
            <w:vAlign w:val="center"/>
            <w:hideMark/>
          </w:tcPr>
          <w:p w14:paraId="1FA6FCD2" w14:textId="77777777" w:rsidR="006F4934" w:rsidRPr="006F4934" w:rsidRDefault="006F4934" w:rsidP="006F493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7"/>
                <w:szCs w:val="17"/>
                <w:lang w:val="it-IT" w:eastAsia="it-IT"/>
              </w:rPr>
            </w:pPr>
            <w:r w:rsidRPr="006F4934">
              <w:rPr>
                <w:rFonts w:eastAsia="Times New Roman" w:cs="Times New Roman"/>
                <w:b/>
                <w:bCs/>
                <w:color w:val="FFFFFF"/>
                <w:sz w:val="17"/>
                <w:lang w:eastAsia="it-IT"/>
              </w:rPr>
              <w:t>TOTALE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1F4E78"/>
            <w:vAlign w:val="center"/>
            <w:hideMark/>
          </w:tcPr>
          <w:p w14:paraId="643DBEE2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7"/>
                <w:szCs w:val="17"/>
                <w:lang w:val="it-IT" w:eastAsia="it-IT"/>
              </w:rPr>
            </w:pPr>
            <w:r w:rsidRPr="006F4934">
              <w:rPr>
                <w:rFonts w:eastAsia="Times New Roman" w:cs="Times New Roman"/>
                <w:b/>
                <w:bCs/>
                <w:color w:val="FFFFFF"/>
                <w:sz w:val="17"/>
                <w:lang w:eastAsia="it-IT"/>
              </w:rPr>
              <w:t>100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D9EAF7"/>
            <w:vAlign w:val="center"/>
            <w:hideMark/>
          </w:tcPr>
          <w:p w14:paraId="2FD0BF97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D9EAF7"/>
            <w:vAlign w:val="center"/>
            <w:hideMark/>
          </w:tcPr>
          <w:p w14:paraId="7652D560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D9EAF7"/>
            <w:vAlign w:val="center"/>
            <w:hideMark/>
          </w:tcPr>
          <w:p w14:paraId="62D0B5B0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490FB7" w:rsidRPr="006F4934" w14:paraId="65EACE8E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0B972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val="it-IT" w:eastAsia="it-IT"/>
              </w:rPr>
            </w:pPr>
            <w:r w:rsidRPr="006F4934">
              <w:rPr>
                <w:rFonts w:eastAsia="Times New Roman" w:cs="Times New Roman"/>
                <w:b/>
                <w:bCs/>
                <w:color w:val="FFFFFF"/>
                <w:sz w:val="18"/>
                <w:lang w:eastAsia="it-IT"/>
              </w:rPr>
              <w:t>ELENCO ANALITICO DEI TITOLI E DELLE ESPERIENZE DICHIARATI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6F319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val="it-IT" w:eastAsia="it-IT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8F81F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3A8A3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933DB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72CB4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490FB7" w:rsidRPr="006F4934" w14:paraId="19194DF1" w14:textId="77777777" w:rsidTr="00AD77F6">
        <w:trPr>
          <w:trHeight w:val="600"/>
        </w:trPr>
        <w:tc>
          <w:tcPr>
            <w:tcW w:w="1528" w:type="pct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5B9BD5"/>
            <w:vAlign w:val="center"/>
            <w:hideMark/>
          </w:tcPr>
          <w:p w14:paraId="7C02FD44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N.</w:t>
            </w:r>
          </w:p>
        </w:tc>
        <w:tc>
          <w:tcPr>
            <w:tcW w:w="1349" w:type="pct"/>
            <w:tcBorders>
              <w:top w:val="single" w:sz="8" w:space="0" w:color="7F8C8D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5B9BD5"/>
            <w:vAlign w:val="center"/>
            <w:hideMark/>
          </w:tcPr>
          <w:p w14:paraId="19BB182F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 xml:space="preserve">Titolo /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esperienza</w:t>
            </w:r>
            <w:proofErr w:type="spellEnd"/>
          </w:p>
        </w:tc>
        <w:tc>
          <w:tcPr>
            <w:tcW w:w="570" w:type="pct"/>
            <w:tcBorders>
              <w:top w:val="single" w:sz="8" w:space="0" w:color="7F8C8D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5B9BD5"/>
            <w:vAlign w:val="center"/>
            <w:hideMark/>
          </w:tcPr>
          <w:p w14:paraId="399B8DEE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Ente</w:t>
            </w:r>
          </w:p>
        </w:tc>
        <w:tc>
          <w:tcPr>
            <w:tcW w:w="842" w:type="pct"/>
            <w:tcBorders>
              <w:top w:val="single" w:sz="8" w:space="0" w:color="7F8C8D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5B9BD5"/>
            <w:vAlign w:val="center"/>
            <w:hideMark/>
          </w:tcPr>
          <w:p w14:paraId="1FA0A88C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5"/>
                <w:szCs w:val="15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Periodo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 xml:space="preserve"> / data</w:t>
            </w:r>
          </w:p>
        </w:tc>
        <w:tc>
          <w:tcPr>
            <w:tcW w:w="395" w:type="pct"/>
            <w:tcBorders>
              <w:top w:val="single" w:sz="8" w:space="0" w:color="7F8C8D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5B9BD5"/>
            <w:vAlign w:val="center"/>
            <w:hideMark/>
          </w:tcPr>
          <w:p w14:paraId="716EC877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5"/>
                <w:szCs w:val="15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Durata</w:t>
            </w:r>
            <w:proofErr w:type="spellEnd"/>
          </w:p>
        </w:tc>
        <w:tc>
          <w:tcPr>
            <w:tcW w:w="316" w:type="pct"/>
            <w:tcBorders>
              <w:top w:val="single" w:sz="8" w:space="0" w:color="7F8C8D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5B9BD5"/>
            <w:vAlign w:val="center"/>
            <w:hideMark/>
          </w:tcPr>
          <w:p w14:paraId="420D739E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5"/>
                <w:szCs w:val="15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Pagina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 xml:space="preserve"> CV /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allegato</w:t>
            </w:r>
            <w:proofErr w:type="spellEnd"/>
          </w:p>
        </w:tc>
      </w:tr>
      <w:tr w:rsidR="00490FB7" w:rsidRPr="006F4934" w14:paraId="760A8F15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7ACFCC59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1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10DF5C35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63E12A0E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50173BE5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26618DBE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07878BCB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490FB7" w:rsidRPr="006F4934" w14:paraId="3AD995E3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0E201C82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2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00F24EB8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6AC291C1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455E79B2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546F8C23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565FF8D3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490FB7" w:rsidRPr="006F4934" w14:paraId="5AC88C34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4857FA22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3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7223CDEE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62A00CA9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31128A22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2F4A12EB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47C48FAC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490FB7" w:rsidRPr="006F4934" w14:paraId="4B89B485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5AB7951C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4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4FE0346E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674830F5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578B0E67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0CB478BC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02888CAF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490FB7" w:rsidRPr="006F4934" w14:paraId="35E5848F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7CDF2CD4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5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18C7C20B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426BF1BE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4225E662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430407B5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0CA876E2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490FB7" w:rsidRPr="006F4934" w14:paraId="2A562304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411B2E3A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6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4AC93D76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2547C244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4CF481D8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5B261ED3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607958F2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490FB7" w:rsidRPr="006F4934" w14:paraId="130D14A1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458A27E5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7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6029550E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2CB0E443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1931A094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1FEA171F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7285D36E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490FB7" w:rsidRPr="006F4934" w14:paraId="635E0B20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77DD2D17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8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7B17CBEE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5AF75DF9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5EDD04AE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60095E47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6272A62E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490FB7" w:rsidRPr="006F4934" w14:paraId="4FDCE26F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29DDB15A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9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38E9A4A9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765EAE80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29594CCD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61E42851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08EB8F16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490FB7" w:rsidRPr="006F4934" w14:paraId="4AC88BB5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67E792F0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10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39FD007E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3A08AC8D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79D081B3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4F0CA01F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326794E9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490FB7" w:rsidRPr="006F4934" w14:paraId="1423AF46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0AA46929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11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60630B88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52BE3EBD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6779CCCC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46B29CC7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4D3562FF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490FB7" w:rsidRPr="006F4934" w14:paraId="0D640A7F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3807D3B7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12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1F51F1AB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25B0ECF6" w14:textId="77777777" w:rsidR="006F4934" w:rsidRPr="006F4934" w:rsidRDefault="006F4934" w:rsidP="006F4934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0F7F69EB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260F19F7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2C63D80C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490FB7" w:rsidRPr="006F4934" w14:paraId="1F163BFF" w14:textId="77777777" w:rsidTr="00AD77F6">
        <w:trPr>
          <w:trHeight w:val="30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35E36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220AD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C4545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A394B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4AD53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A3EC1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490FB7" w:rsidRPr="006F4934" w14:paraId="6229D3CC" w14:textId="77777777" w:rsidTr="00AD77F6">
        <w:trPr>
          <w:trHeight w:val="30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85CDC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F38BD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09C2E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44B4E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9CAD2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6D22C" w14:textId="77777777" w:rsidR="006F4934" w:rsidRPr="006F4934" w:rsidRDefault="006F4934" w:rsidP="006F4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6F4934" w:rsidRPr="006F4934" w14:paraId="51B5298E" w14:textId="77777777" w:rsidTr="006F4934">
        <w:trPr>
          <w:trHeight w:val="315"/>
        </w:trPr>
        <w:tc>
          <w:tcPr>
            <w:tcW w:w="5000" w:type="pct"/>
            <w:gridSpan w:val="6"/>
            <w:tcBorders>
              <w:top w:val="nil"/>
              <w:left w:val="single" w:sz="8" w:space="0" w:color="5B9BD5"/>
              <w:bottom w:val="nil"/>
              <w:right w:val="nil"/>
            </w:tcBorders>
            <w:shd w:val="clear" w:color="000000" w:fill="5B9BD5"/>
            <w:vAlign w:val="center"/>
            <w:hideMark/>
          </w:tcPr>
          <w:p w14:paraId="79AF35F0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20"/>
                <w:szCs w:val="20"/>
                <w:lang w:val="it-IT" w:eastAsia="it-IT"/>
              </w:rPr>
            </w:pPr>
            <w:r w:rsidRPr="006F4934">
              <w:rPr>
                <w:rFonts w:eastAsia="Times New Roman" w:cs="Times New Roman"/>
                <w:b/>
                <w:bCs/>
                <w:color w:val="FFFFFF"/>
                <w:sz w:val="20"/>
                <w:lang w:eastAsia="it-IT"/>
              </w:rPr>
              <w:t>B. ESPERTO IN DIDATTICA IMMERSIVA</w:t>
            </w:r>
          </w:p>
        </w:tc>
      </w:tr>
      <w:tr w:rsidR="00490FB7" w:rsidRPr="006F4934" w14:paraId="1D29AAFE" w14:textId="77777777" w:rsidTr="00AD77F6">
        <w:trPr>
          <w:trHeight w:val="795"/>
        </w:trPr>
        <w:tc>
          <w:tcPr>
            <w:tcW w:w="1528" w:type="pct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1F4E78"/>
            <w:vAlign w:val="center"/>
            <w:hideMark/>
          </w:tcPr>
          <w:p w14:paraId="2E07FFAF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 xml:space="preserve">Titolo o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esperienza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valutabile</w:t>
            </w:r>
            <w:proofErr w:type="spellEnd"/>
          </w:p>
        </w:tc>
        <w:tc>
          <w:tcPr>
            <w:tcW w:w="1349" w:type="pct"/>
            <w:tcBorders>
              <w:top w:val="single" w:sz="8" w:space="0" w:color="7F8C8D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1F4E78"/>
            <w:vAlign w:val="center"/>
            <w:hideMark/>
          </w:tcPr>
          <w:p w14:paraId="03E8A0EA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5"/>
                <w:szCs w:val="15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Criterio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 xml:space="preserve"> di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attribuzione</w:t>
            </w:r>
            <w:proofErr w:type="spellEnd"/>
          </w:p>
        </w:tc>
        <w:tc>
          <w:tcPr>
            <w:tcW w:w="570" w:type="pct"/>
            <w:tcBorders>
              <w:top w:val="single" w:sz="8" w:space="0" w:color="7F8C8D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1F4E78"/>
            <w:vAlign w:val="center"/>
            <w:hideMark/>
          </w:tcPr>
          <w:p w14:paraId="0E71D74D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Max</w:t>
            </w:r>
          </w:p>
        </w:tc>
        <w:tc>
          <w:tcPr>
            <w:tcW w:w="842" w:type="pct"/>
            <w:tcBorders>
              <w:top w:val="single" w:sz="8" w:space="0" w:color="7F8C8D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1F4E78"/>
            <w:vAlign w:val="center"/>
            <w:hideMark/>
          </w:tcPr>
          <w:p w14:paraId="405D517B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5"/>
                <w:szCs w:val="15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Quantità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dichiarata</w:t>
            </w:r>
            <w:proofErr w:type="spellEnd"/>
          </w:p>
        </w:tc>
        <w:tc>
          <w:tcPr>
            <w:tcW w:w="395" w:type="pct"/>
            <w:tcBorders>
              <w:top w:val="single" w:sz="8" w:space="0" w:color="7F8C8D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1F4E78"/>
            <w:vAlign w:val="center"/>
            <w:hideMark/>
          </w:tcPr>
          <w:p w14:paraId="570BB17A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5"/>
                <w:szCs w:val="15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Punteggio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candidato</w:t>
            </w:r>
            <w:proofErr w:type="spellEnd"/>
          </w:p>
        </w:tc>
        <w:tc>
          <w:tcPr>
            <w:tcW w:w="316" w:type="pct"/>
            <w:tcBorders>
              <w:top w:val="single" w:sz="8" w:space="0" w:color="7F8C8D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1F4E78"/>
            <w:vAlign w:val="center"/>
            <w:hideMark/>
          </w:tcPr>
          <w:p w14:paraId="76A46E55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5"/>
                <w:szCs w:val="15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Punteggio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Commissione</w:t>
            </w:r>
            <w:proofErr w:type="spellEnd"/>
          </w:p>
        </w:tc>
      </w:tr>
      <w:tr w:rsidR="00490FB7" w:rsidRPr="006F4934" w14:paraId="54972596" w14:textId="77777777" w:rsidTr="00AD77F6">
        <w:trPr>
          <w:trHeight w:val="40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</w:tcPr>
          <w:p w14:paraId="2EA55689" w14:textId="77777777" w:rsidR="007C13E2" w:rsidRPr="007C13E2" w:rsidRDefault="007C13E2" w:rsidP="007C13E2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7C13E2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Laurea magistrale, specialistica o del vecchio</w:t>
            </w:r>
          </w:p>
          <w:p w14:paraId="62918C57" w14:textId="17F597E5" w:rsidR="006F4934" w:rsidRPr="006F4934" w:rsidRDefault="007C13E2" w:rsidP="007C13E2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7C13E2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ordinamento coerente con il modulo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</w:tcPr>
          <w:p w14:paraId="3152863B" w14:textId="77777777" w:rsidR="007C13E2" w:rsidRPr="007C13E2" w:rsidRDefault="007C13E2" w:rsidP="007C13E2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7C13E2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fino a 10 punti (110 e lode = 10; 110 = 9; da 105 a</w:t>
            </w:r>
          </w:p>
          <w:p w14:paraId="04C1DD0C" w14:textId="45F44D24" w:rsidR="006F4934" w:rsidRPr="006F4934" w:rsidRDefault="007C13E2" w:rsidP="007C13E2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7C13E2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109 = 8; da 100 a 104 = 7; inferiore a 100 = 6)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</w:tcPr>
          <w:p w14:paraId="1C49B701" w14:textId="63CDF6E0" w:rsidR="006F4934" w:rsidRPr="006F4934" w:rsidRDefault="007C13E2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7C13E2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10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52FE6A31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053CC8EC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07F4C786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490FB7" w:rsidRPr="006F4934" w14:paraId="064E42C6" w14:textId="77777777" w:rsidTr="00AD77F6">
        <w:trPr>
          <w:trHeight w:val="40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</w:tcPr>
          <w:p w14:paraId="472BFD8D" w14:textId="77777777" w:rsidR="00B53D20" w:rsidRPr="00B53D20" w:rsidRDefault="00B53D20" w:rsidP="00B53D20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B53D20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Laurea triennale (valutabile solo se non costituisce</w:t>
            </w:r>
          </w:p>
          <w:p w14:paraId="4589D764" w14:textId="7DAAD645" w:rsidR="006F4934" w:rsidRPr="006F4934" w:rsidRDefault="00B53D20" w:rsidP="00B53D20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B53D20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titolo di accesso)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</w:tcPr>
          <w:p w14:paraId="5418E062" w14:textId="7F9CB321" w:rsidR="006F4934" w:rsidRPr="006F4934" w:rsidRDefault="00B53D20" w:rsidP="006F4934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4</w:t>
            </w:r>
            <w:r w:rsidRPr="00B53D20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 xml:space="preserve"> punti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</w:tcPr>
          <w:p w14:paraId="5964ED43" w14:textId="3990EBB4" w:rsidR="006F4934" w:rsidRPr="006F4934" w:rsidRDefault="00B53D20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4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0FEEFF21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5EBE5C05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47DD0D26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490FB7" w:rsidRPr="006F4934" w14:paraId="7085B6BB" w14:textId="77777777" w:rsidTr="00AD77F6">
        <w:trPr>
          <w:trHeight w:val="40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</w:tcPr>
          <w:p w14:paraId="036462DA" w14:textId="7345DF69" w:rsidR="006F4934" w:rsidRPr="006F4934" w:rsidRDefault="00370374" w:rsidP="006F4934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370374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Master, perfezionamento o alta formazione in tecnologie educative, didattica digitale o ambienti immersivi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</w:tcPr>
          <w:p w14:paraId="3D30EC29" w14:textId="45D57B66" w:rsidR="006F4934" w:rsidRPr="006F4934" w:rsidRDefault="00370374" w:rsidP="006F4934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370374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2 punti per titolo (max 6)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</w:tcPr>
          <w:p w14:paraId="18E0A5C2" w14:textId="31ABF6E6" w:rsidR="006F4934" w:rsidRPr="006F4934" w:rsidRDefault="0037037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6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7D43B42D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29642519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01F00894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490FB7" w:rsidRPr="006F4934" w14:paraId="518635C3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</w:tcPr>
          <w:p w14:paraId="54C02124" w14:textId="7D799229" w:rsidR="006F4934" w:rsidRPr="006F4934" w:rsidRDefault="004013FB" w:rsidP="006F4934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4013FB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Certificazioni informatiche e digitali riconosciute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</w:tcPr>
          <w:p w14:paraId="69C4408F" w14:textId="14DDAC66" w:rsidR="006F4934" w:rsidRPr="006F4934" w:rsidRDefault="004013FB" w:rsidP="006F4934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4013FB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1 punto per certificazione (max 4)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</w:tcPr>
          <w:p w14:paraId="28EDB007" w14:textId="172B6F3E" w:rsidR="006F4934" w:rsidRPr="006F4934" w:rsidRDefault="004013FB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4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4186BC9B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68FE6BC2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0378EF6F" w14:textId="77777777" w:rsidR="006F4934" w:rsidRPr="006F4934" w:rsidRDefault="006F4934" w:rsidP="006F493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81640D" w:rsidRPr="006F4934" w14:paraId="65A0A4EB" w14:textId="77777777" w:rsidTr="00AD77F6">
        <w:trPr>
          <w:trHeight w:val="40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EEF5FB"/>
          </w:tcPr>
          <w:p w14:paraId="24C95BC6" w14:textId="1726D151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4714BF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Certificazioni linguistiche riconosciute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</w:tcPr>
          <w:p w14:paraId="5BD27DEA" w14:textId="256F39BC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4714BF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1 punto per certificazione (max 2)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</w:tcPr>
          <w:p w14:paraId="353562AF" w14:textId="0724330B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2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5C17A3E5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11F77D9B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5E9A6EFC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81640D" w:rsidRPr="006F4934" w14:paraId="666BE188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</w:tcPr>
          <w:p w14:paraId="15A3D455" w14:textId="77777777" w:rsidR="00780105" w:rsidRPr="00780105" w:rsidRDefault="00780105" w:rsidP="00780105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780105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Formazione documentata coerente con le tematiche</w:t>
            </w:r>
          </w:p>
          <w:p w14:paraId="5EE3B05F" w14:textId="491573AE" w:rsidR="004714BF" w:rsidRPr="006F4934" w:rsidRDefault="00780105" w:rsidP="00780105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780105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del modulo (corsi di almeno 20 ore)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</w:tcPr>
          <w:p w14:paraId="5FF22705" w14:textId="7A54A039" w:rsidR="004714BF" w:rsidRPr="006F4934" w:rsidRDefault="00780105" w:rsidP="004714BF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780105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1 punto per corso (max 5)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</w:tcPr>
          <w:p w14:paraId="67CFC3FB" w14:textId="1CEF4F7F" w:rsidR="004714BF" w:rsidRPr="006F4934" w:rsidRDefault="00780105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780105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5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289E53DE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5D0443C3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07A8810F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5A2790" w:rsidRPr="006F4934" w14:paraId="14155FAB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</w:tcPr>
          <w:p w14:paraId="4310ADB9" w14:textId="77777777" w:rsidR="00780105" w:rsidRPr="00780105" w:rsidRDefault="00780105" w:rsidP="00780105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780105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Incarichi di Esperto in progetti PON, PN, PNRR,</w:t>
            </w:r>
          </w:p>
          <w:p w14:paraId="4748C083" w14:textId="71E565AD" w:rsidR="00C36483" w:rsidRPr="006F4934" w:rsidRDefault="00780105" w:rsidP="00780105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780105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Agenda Sud o altri progetti ministeriali coerenti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</w:tcPr>
          <w:p w14:paraId="4D0E33CA" w14:textId="3357161D" w:rsidR="00C36483" w:rsidRPr="006F4934" w:rsidRDefault="00780105" w:rsidP="004714BF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780105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4 punti per incarico (max 20)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</w:tcPr>
          <w:p w14:paraId="34E5A0D4" w14:textId="5EEE15DB" w:rsidR="00C36483" w:rsidRPr="006F4934" w:rsidRDefault="00780105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780105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20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</w:tcPr>
          <w:p w14:paraId="6857B3B0" w14:textId="77777777" w:rsidR="00C36483" w:rsidRPr="006F4934" w:rsidRDefault="00C36483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eastAsia="it-I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</w:tcPr>
          <w:p w14:paraId="07955C81" w14:textId="77777777" w:rsidR="00C36483" w:rsidRPr="006F4934" w:rsidRDefault="00C36483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</w:tcPr>
          <w:p w14:paraId="080A741E" w14:textId="77777777" w:rsidR="00C36483" w:rsidRPr="006F4934" w:rsidRDefault="00C36483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eastAsia="it-IT"/>
              </w:rPr>
            </w:pPr>
          </w:p>
        </w:tc>
      </w:tr>
      <w:tr w:rsidR="005A2790" w:rsidRPr="006F4934" w14:paraId="457C6B31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</w:tcPr>
          <w:p w14:paraId="2E51D64A" w14:textId="5F967D1D" w:rsidR="00C36483" w:rsidRPr="006F4934" w:rsidRDefault="005533FE" w:rsidP="004714BF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5533FE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lastRenderedPageBreak/>
              <w:t>Esperienze di formazione del personale scolastico sulla didattica immersiva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</w:tcPr>
          <w:p w14:paraId="1496A116" w14:textId="0527E25B" w:rsidR="00C36483" w:rsidRPr="006F4934" w:rsidRDefault="005533FE" w:rsidP="004714BF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5533FE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4 punti ciascuna (max 12)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</w:tcPr>
          <w:p w14:paraId="71AE986A" w14:textId="43C3F786" w:rsidR="00C36483" w:rsidRPr="006F4934" w:rsidRDefault="005533FE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5533FE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12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</w:tcPr>
          <w:p w14:paraId="521A0907" w14:textId="77777777" w:rsidR="00C36483" w:rsidRPr="006F4934" w:rsidRDefault="00C36483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eastAsia="it-I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</w:tcPr>
          <w:p w14:paraId="4BD92862" w14:textId="77777777" w:rsidR="00C36483" w:rsidRPr="006F4934" w:rsidRDefault="00C36483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</w:tcPr>
          <w:p w14:paraId="64EF2572" w14:textId="77777777" w:rsidR="00C36483" w:rsidRPr="006F4934" w:rsidRDefault="00C36483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eastAsia="it-IT"/>
              </w:rPr>
            </w:pPr>
          </w:p>
        </w:tc>
      </w:tr>
      <w:tr w:rsidR="00490FB7" w:rsidRPr="006F4934" w14:paraId="4BF8C081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</w:tcPr>
          <w:p w14:paraId="1F9BCB2C" w14:textId="401E36EA" w:rsidR="00C36483" w:rsidRPr="006F4934" w:rsidRDefault="005533FE" w:rsidP="004714BF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5533FE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Esperienze di progettazione o realizzazione di laboratori, aule immersive, ambienti VR/AR o contenuti a 360 gradi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</w:tcPr>
          <w:p w14:paraId="36CE0D75" w14:textId="1A1E1DA1" w:rsidR="00C36483" w:rsidRPr="006F4934" w:rsidRDefault="005533FE" w:rsidP="004714BF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5533FE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4 punti ciascuna (max 12)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</w:tcPr>
          <w:p w14:paraId="19E71D5E" w14:textId="4F905A4A" w:rsidR="00C36483" w:rsidRPr="006F4934" w:rsidRDefault="005533FE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12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</w:tcPr>
          <w:p w14:paraId="525E6D26" w14:textId="77777777" w:rsidR="00C36483" w:rsidRPr="006F4934" w:rsidRDefault="00C36483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eastAsia="it-I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</w:tcPr>
          <w:p w14:paraId="0B8E2805" w14:textId="77777777" w:rsidR="00C36483" w:rsidRPr="006F4934" w:rsidRDefault="00C36483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</w:tcPr>
          <w:p w14:paraId="67A1F9CB" w14:textId="77777777" w:rsidR="00C36483" w:rsidRPr="006F4934" w:rsidRDefault="00C36483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eastAsia="it-IT"/>
              </w:rPr>
            </w:pPr>
          </w:p>
        </w:tc>
      </w:tr>
      <w:tr w:rsidR="0081640D" w:rsidRPr="006F4934" w14:paraId="440D07BE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</w:tcPr>
          <w:p w14:paraId="69482D1C" w14:textId="42C231E7" w:rsidR="00C36483" w:rsidRPr="006F4934" w:rsidRDefault="00964B58" w:rsidP="004714BF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964B58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Qualità, concretezza e replicabilità della proposta formativa (Valutazione della Commissione)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</w:tcPr>
          <w:p w14:paraId="10F77533" w14:textId="65D8CCC6" w:rsidR="00C36483" w:rsidRPr="006F4934" w:rsidRDefault="00964B58" w:rsidP="004714BF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964B58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fino a 25 punti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</w:tcPr>
          <w:p w14:paraId="0057D9D5" w14:textId="03DB4C7C" w:rsidR="00C36483" w:rsidRPr="006F4934" w:rsidRDefault="00964B58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25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</w:tcPr>
          <w:p w14:paraId="454C6B9D" w14:textId="77777777" w:rsidR="00C36483" w:rsidRPr="006F4934" w:rsidRDefault="00C36483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eastAsia="it-I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</w:tcPr>
          <w:p w14:paraId="1FC93876" w14:textId="77777777" w:rsidR="00C36483" w:rsidRPr="006F4934" w:rsidRDefault="00C36483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</w:tcPr>
          <w:p w14:paraId="0587C13D" w14:textId="77777777" w:rsidR="00C36483" w:rsidRPr="006F4934" w:rsidRDefault="00C36483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eastAsia="it-IT"/>
              </w:rPr>
            </w:pPr>
          </w:p>
        </w:tc>
      </w:tr>
      <w:tr w:rsidR="005A2790" w:rsidRPr="006F4934" w14:paraId="23784AB1" w14:textId="77777777" w:rsidTr="00AD77F6">
        <w:trPr>
          <w:trHeight w:val="315"/>
        </w:trPr>
        <w:tc>
          <w:tcPr>
            <w:tcW w:w="2876" w:type="pct"/>
            <w:gridSpan w:val="2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1F4E78"/>
            <w:vAlign w:val="center"/>
            <w:hideMark/>
          </w:tcPr>
          <w:p w14:paraId="53B80A61" w14:textId="77777777" w:rsidR="004714BF" w:rsidRPr="006F4934" w:rsidRDefault="004714BF" w:rsidP="004714BF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7"/>
                <w:szCs w:val="17"/>
                <w:lang w:val="it-IT" w:eastAsia="it-IT"/>
              </w:rPr>
            </w:pPr>
            <w:r w:rsidRPr="006F4934">
              <w:rPr>
                <w:rFonts w:eastAsia="Times New Roman" w:cs="Times New Roman"/>
                <w:b/>
                <w:bCs/>
                <w:color w:val="FFFFFF"/>
                <w:sz w:val="17"/>
                <w:lang w:eastAsia="it-IT"/>
              </w:rPr>
              <w:t>TOTALE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1F4E78"/>
            <w:vAlign w:val="center"/>
            <w:hideMark/>
          </w:tcPr>
          <w:p w14:paraId="5672FB43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7"/>
                <w:szCs w:val="17"/>
                <w:lang w:val="it-IT" w:eastAsia="it-IT"/>
              </w:rPr>
            </w:pPr>
            <w:r w:rsidRPr="006F4934">
              <w:rPr>
                <w:rFonts w:eastAsia="Times New Roman" w:cs="Times New Roman"/>
                <w:b/>
                <w:bCs/>
                <w:color w:val="FFFFFF"/>
                <w:sz w:val="17"/>
                <w:lang w:eastAsia="it-IT"/>
              </w:rPr>
              <w:t>100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D9EAF7"/>
            <w:vAlign w:val="center"/>
            <w:hideMark/>
          </w:tcPr>
          <w:p w14:paraId="141E12E2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D9EAF7"/>
            <w:vAlign w:val="center"/>
            <w:hideMark/>
          </w:tcPr>
          <w:p w14:paraId="60C71DE6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D9EAF7"/>
            <w:vAlign w:val="center"/>
            <w:hideMark/>
          </w:tcPr>
          <w:p w14:paraId="51D2EA6D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81640D" w:rsidRPr="006F4934" w14:paraId="51B06EAE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61BC6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val="it-IT" w:eastAsia="it-IT"/>
              </w:rPr>
            </w:pPr>
            <w:r w:rsidRPr="006F4934">
              <w:rPr>
                <w:rFonts w:eastAsia="Times New Roman" w:cs="Times New Roman"/>
                <w:b/>
                <w:bCs/>
                <w:color w:val="FFFFFF"/>
                <w:sz w:val="18"/>
                <w:lang w:eastAsia="it-IT"/>
              </w:rPr>
              <w:t>ELENCO ANALITICO DEI TITOLI E DELLE ESPERIENZE DICHIARATI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472F7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val="it-IT" w:eastAsia="it-IT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B471F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43E7D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E0D29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BD03C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81640D" w:rsidRPr="006F4934" w14:paraId="004650EC" w14:textId="77777777" w:rsidTr="00AD77F6">
        <w:trPr>
          <w:trHeight w:val="600"/>
        </w:trPr>
        <w:tc>
          <w:tcPr>
            <w:tcW w:w="1528" w:type="pct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5B9BD5"/>
            <w:vAlign w:val="center"/>
            <w:hideMark/>
          </w:tcPr>
          <w:p w14:paraId="7892DDBA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N.</w:t>
            </w:r>
          </w:p>
        </w:tc>
        <w:tc>
          <w:tcPr>
            <w:tcW w:w="1349" w:type="pct"/>
            <w:tcBorders>
              <w:top w:val="single" w:sz="8" w:space="0" w:color="7F8C8D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5B9BD5"/>
            <w:vAlign w:val="center"/>
            <w:hideMark/>
          </w:tcPr>
          <w:p w14:paraId="35512494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 xml:space="preserve">Titolo /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esperienza</w:t>
            </w:r>
            <w:proofErr w:type="spellEnd"/>
          </w:p>
        </w:tc>
        <w:tc>
          <w:tcPr>
            <w:tcW w:w="570" w:type="pct"/>
            <w:tcBorders>
              <w:top w:val="single" w:sz="8" w:space="0" w:color="7F8C8D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5B9BD5"/>
            <w:vAlign w:val="center"/>
            <w:hideMark/>
          </w:tcPr>
          <w:p w14:paraId="04F50CEC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Ente</w:t>
            </w:r>
          </w:p>
        </w:tc>
        <w:tc>
          <w:tcPr>
            <w:tcW w:w="842" w:type="pct"/>
            <w:tcBorders>
              <w:top w:val="single" w:sz="8" w:space="0" w:color="7F8C8D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5B9BD5"/>
            <w:vAlign w:val="center"/>
            <w:hideMark/>
          </w:tcPr>
          <w:p w14:paraId="47FD7454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5"/>
                <w:szCs w:val="15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Periodo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 xml:space="preserve"> / data</w:t>
            </w:r>
          </w:p>
        </w:tc>
        <w:tc>
          <w:tcPr>
            <w:tcW w:w="395" w:type="pct"/>
            <w:tcBorders>
              <w:top w:val="single" w:sz="8" w:space="0" w:color="7F8C8D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5B9BD5"/>
            <w:vAlign w:val="center"/>
            <w:hideMark/>
          </w:tcPr>
          <w:p w14:paraId="61649600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5"/>
                <w:szCs w:val="15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Durata</w:t>
            </w:r>
            <w:proofErr w:type="spellEnd"/>
          </w:p>
        </w:tc>
        <w:tc>
          <w:tcPr>
            <w:tcW w:w="316" w:type="pct"/>
            <w:tcBorders>
              <w:top w:val="single" w:sz="8" w:space="0" w:color="7F8C8D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5B9BD5"/>
            <w:vAlign w:val="center"/>
            <w:hideMark/>
          </w:tcPr>
          <w:p w14:paraId="6ADB75E2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5"/>
                <w:szCs w:val="15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Pagina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 xml:space="preserve"> CV /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allegato</w:t>
            </w:r>
            <w:proofErr w:type="spellEnd"/>
          </w:p>
        </w:tc>
      </w:tr>
      <w:tr w:rsidR="0081640D" w:rsidRPr="006F4934" w14:paraId="55A660AA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249B1DEA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1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6DD76BFA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7C565977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17B32FFB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50446C80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6C034CCE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81640D" w:rsidRPr="006F4934" w14:paraId="32590530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6AD72DE6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2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5C08D015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59239576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4529B5EB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6C34E158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43B5D92A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81640D" w:rsidRPr="006F4934" w14:paraId="62FA6114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1C28CF9E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3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64B19752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0C07041A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04350EB9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0282884E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64B3DB8B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81640D" w:rsidRPr="006F4934" w14:paraId="187C6334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3A6B173B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4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3966F98B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3E800B6F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5143752B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23F2D647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36132B99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81640D" w:rsidRPr="006F4934" w14:paraId="0FEC5F18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76F67477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5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67DEEA5F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6DD22323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319AF3BF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2085ADF2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436EE24C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81640D" w:rsidRPr="006F4934" w14:paraId="2AAF945E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7A08DB41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6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40D04E04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124DBD9B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4B6FA818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159070D2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6144E26F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81640D" w:rsidRPr="006F4934" w14:paraId="0405A9B5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2CDB9E09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7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004A887B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4662758E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4A449C22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45269A85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7502B5CF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81640D" w:rsidRPr="006F4934" w14:paraId="5CB2672D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684C409F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8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5057F29F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590395F3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799C8376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046C2D33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450E9D39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81640D" w:rsidRPr="006F4934" w14:paraId="4A2FD34C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432D1086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9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32DFC317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4D4C1E19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7C2B8FA0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2E31F891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4E19ADDD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81640D" w:rsidRPr="006F4934" w14:paraId="622BCBCD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27C9E68C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10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079E5DD5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6182671B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62BA4F86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2089A3EB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5B6238D9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81640D" w:rsidRPr="006F4934" w14:paraId="7629B9E7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453651B0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11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4FE89B16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29928624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7530E32C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6F8815DA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52BB4A99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81640D" w:rsidRPr="006F4934" w14:paraId="7AE88828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39CDC975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12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26B64EC5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3AF8970F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6DC7FCD4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2C3B3DD0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77BF2482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81640D" w:rsidRPr="006F4934" w14:paraId="55E6212D" w14:textId="77777777" w:rsidTr="00AD77F6">
        <w:trPr>
          <w:trHeight w:val="30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C6D54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B00A9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548BB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41901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02ADA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8F830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81640D" w:rsidRPr="006F4934" w14:paraId="3E1DE8C1" w14:textId="77777777" w:rsidTr="00AD77F6">
        <w:trPr>
          <w:trHeight w:val="30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3B015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715AE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79E62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3FE33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BDA3E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07610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4714BF" w:rsidRPr="006F4934" w14:paraId="1BC724A7" w14:textId="77777777" w:rsidTr="006F4934">
        <w:trPr>
          <w:trHeight w:val="555"/>
        </w:trPr>
        <w:tc>
          <w:tcPr>
            <w:tcW w:w="5000" w:type="pct"/>
            <w:gridSpan w:val="6"/>
            <w:tcBorders>
              <w:top w:val="nil"/>
              <w:left w:val="single" w:sz="8" w:space="0" w:color="5B9BD5"/>
              <w:bottom w:val="nil"/>
              <w:right w:val="nil"/>
            </w:tcBorders>
            <w:shd w:val="clear" w:color="000000" w:fill="5B9BD5"/>
            <w:vAlign w:val="center"/>
            <w:hideMark/>
          </w:tcPr>
          <w:p w14:paraId="1C76FCA6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20"/>
                <w:szCs w:val="20"/>
                <w:lang w:val="it-IT" w:eastAsia="it-IT"/>
              </w:rPr>
            </w:pPr>
            <w:r w:rsidRPr="006F4934">
              <w:rPr>
                <w:rFonts w:eastAsia="Times New Roman" w:cs="Times New Roman"/>
                <w:b/>
                <w:bCs/>
                <w:color w:val="FFFFFF"/>
                <w:sz w:val="20"/>
                <w:lang w:eastAsia="it-IT"/>
              </w:rPr>
              <w:t>C. ESPERTO IN INTELLIGENZA ARTIFICIALE NELLA DIDATTICA</w:t>
            </w:r>
          </w:p>
        </w:tc>
      </w:tr>
      <w:tr w:rsidR="0081640D" w:rsidRPr="006F4934" w14:paraId="0F0F68D1" w14:textId="77777777" w:rsidTr="00AD77F6">
        <w:trPr>
          <w:trHeight w:val="795"/>
        </w:trPr>
        <w:tc>
          <w:tcPr>
            <w:tcW w:w="1528" w:type="pct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1F4E78"/>
            <w:vAlign w:val="center"/>
            <w:hideMark/>
          </w:tcPr>
          <w:p w14:paraId="41D5E4EC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 xml:space="preserve">Titolo o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esperienza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valutabile</w:t>
            </w:r>
            <w:proofErr w:type="spellEnd"/>
          </w:p>
        </w:tc>
        <w:tc>
          <w:tcPr>
            <w:tcW w:w="1349" w:type="pct"/>
            <w:tcBorders>
              <w:top w:val="single" w:sz="8" w:space="0" w:color="7F8C8D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1F4E78"/>
            <w:vAlign w:val="center"/>
            <w:hideMark/>
          </w:tcPr>
          <w:p w14:paraId="45BC0BCC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5"/>
                <w:szCs w:val="15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Criterio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 xml:space="preserve"> di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attribuzione</w:t>
            </w:r>
            <w:proofErr w:type="spellEnd"/>
          </w:p>
        </w:tc>
        <w:tc>
          <w:tcPr>
            <w:tcW w:w="570" w:type="pct"/>
            <w:tcBorders>
              <w:top w:val="single" w:sz="8" w:space="0" w:color="7F8C8D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1F4E78"/>
            <w:vAlign w:val="center"/>
            <w:hideMark/>
          </w:tcPr>
          <w:p w14:paraId="5A1D77AF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Max</w:t>
            </w:r>
          </w:p>
        </w:tc>
        <w:tc>
          <w:tcPr>
            <w:tcW w:w="842" w:type="pct"/>
            <w:tcBorders>
              <w:top w:val="single" w:sz="8" w:space="0" w:color="7F8C8D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1F4E78"/>
            <w:vAlign w:val="center"/>
            <w:hideMark/>
          </w:tcPr>
          <w:p w14:paraId="378567F7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5"/>
                <w:szCs w:val="15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Quantità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dichiarata</w:t>
            </w:r>
            <w:proofErr w:type="spellEnd"/>
          </w:p>
        </w:tc>
        <w:tc>
          <w:tcPr>
            <w:tcW w:w="395" w:type="pct"/>
            <w:tcBorders>
              <w:top w:val="single" w:sz="8" w:space="0" w:color="7F8C8D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1F4E78"/>
            <w:vAlign w:val="center"/>
            <w:hideMark/>
          </w:tcPr>
          <w:p w14:paraId="13F23E15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5"/>
                <w:szCs w:val="15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Punteggio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candidato</w:t>
            </w:r>
            <w:proofErr w:type="spellEnd"/>
          </w:p>
        </w:tc>
        <w:tc>
          <w:tcPr>
            <w:tcW w:w="316" w:type="pct"/>
            <w:tcBorders>
              <w:top w:val="single" w:sz="8" w:space="0" w:color="7F8C8D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1F4E78"/>
            <w:vAlign w:val="center"/>
            <w:hideMark/>
          </w:tcPr>
          <w:p w14:paraId="4F446CD1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5"/>
                <w:szCs w:val="15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Punteggio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Commissione</w:t>
            </w:r>
            <w:proofErr w:type="spellEnd"/>
          </w:p>
        </w:tc>
      </w:tr>
      <w:tr w:rsidR="0081640D" w:rsidRPr="006F4934" w14:paraId="3814A169" w14:textId="77777777" w:rsidTr="00AD77F6">
        <w:trPr>
          <w:trHeight w:val="40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2DADD0B8" w14:textId="77777777" w:rsidR="0081640D" w:rsidRPr="0081640D" w:rsidRDefault="0081640D" w:rsidP="0081640D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81640D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Laurea magistrale, specialistica o del vecchio</w:t>
            </w:r>
          </w:p>
          <w:p w14:paraId="5D34DA10" w14:textId="002CDF77" w:rsidR="004714BF" w:rsidRPr="006F4934" w:rsidRDefault="0081640D" w:rsidP="0081640D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81640D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ordinamento coerente con il modulo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</w:tcPr>
          <w:p w14:paraId="42F5AAC8" w14:textId="77777777" w:rsidR="0081640D" w:rsidRPr="0081640D" w:rsidRDefault="0081640D" w:rsidP="0081640D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81640D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fino a 10 punti (110 e lode = 10; 110 = 9; da 105 a</w:t>
            </w:r>
          </w:p>
          <w:p w14:paraId="4F9E843C" w14:textId="65A585A8" w:rsidR="004714BF" w:rsidRPr="006F4934" w:rsidRDefault="0081640D" w:rsidP="0081640D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81640D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109 = 8; da 100 a 104 = 7; inferiore a 100 = 6)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</w:tcPr>
          <w:p w14:paraId="0F43C545" w14:textId="1224FD8D" w:rsidR="004714BF" w:rsidRPr="006F4934" w:rsidRDefault="0081640D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81640D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10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35F3A8E1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5FA29E25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7C99EC8C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AD77F6" w:rsidRPr="006F4934" w14:paraId="571C9D7D" w14:textId="77777777" w:rsidTr="00AD77F6">
        <w:trPr>
          <w:trHeight w:val="40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</w:tcPr>
          <w:p w14:paraId="3F61F230" w14:textId="77777777" w:rsidR="0081640D" w:rsidRPr="0081640D" w:rsidRDefault="0081640D" w:rsidP="0081640D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81640D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Laurea triennale (valutabile solo se non costituisce</w:t>
            </w:r>
          </w:p>
          <w:p w14:paraId="0C8ED62F" w14:textId="2B94EBE9" w:rsidR="0081640D" w:rsidRPr="006F4934" w:rsidRDefault="0081640D" w:rsidP="0081640D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81640D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titolo di accesso)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</w:tcPr>
          <w:p w14:paraId="5EBB8D68" w14:textId="7CE2AC01" w:rsidR="0081640D" w:rsidRPr="006F4934" w:rsidRDefault="0081640D" w:rsidP="004714BF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81640D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4 punti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</w:tcPr>
          <w:p w14:paraId="5C2CC1CB" w14:textId="70F46DF9" w:rsidR="0081640D" w:rsidRPr="006F4934" w:rsidRDefault="0081640D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81640D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4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</w:tcPr>
          <w:p w14:paraId="3C1381FB" w14:textId="77777777" w:rsidR="0081640D" w:rsidRPr="006F4934" w:rsidRDefault="0081640D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eastAsia="it-I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</w:tcPr>
          <w:p w14:paraId="536E4FFA" w14:textId="77777777" w:rsidR="0081640D" w:rsidRPr="006F4934" w:rsidRDefault="0081640D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</w:tcPr>
          <w:p w14:paraId="49FF02D6" w14:textId="77777777" w:rsidR="0081640D" w:rsidRPr="006F4934" w:rsidRDefault="0081640D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eastAsia="it-IT"/>
              </w:rPr>
            </w:pPr>
          </w:p>
        </w:tc>
      </w:tr>
      <w:tr w:rsidR="0081640D" w:rsidRPr="006F4934" w14:paraId="75E7D5BA" w14:textId="77777777" w:rsidTr="00AD77F6">
        <w:trPr>
          <w:trHeight w:val="40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</w:tcPr>
          <w:p w14:paraId="56DADB9F" w14:textId="4337C9CF" w:rsidR="0081640D" w:rsidRPr="006F4934" w:rsidRDefault="0081640D" w:rsidP="004714BF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81640D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Master, perfezionamento o alta formazione in IA, informatica, tecnologie educative, data science o settori coerenti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</w:tcPr>
          <w:p w14:paraId="252847B1" w14:textId="67886CEE" w:rsidR="0081640D" w:rsidRPr="006F4934" w:rsidRDefault="0081640D" w:rsidP="004714BF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81640D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2 punti ciascuno (max6)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</w:tcPr>
          <w:p w14:paraId="15531E7B" w14:textId="58079452" w:rsidR="0081640D" w:rsidRPr="006F4934" w:rsidRDefault="0081640D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81640D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6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</w:tcPr>
          <w:p w14:paraId="30C50B9B" w14:textId="77777777" w:rsidR="0081640D" w:rsidRPr="006F4934" w:rsidRDefault="0081640D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eastAsia="it-I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</w:tcPr>
          <w:p w14:paraId="125B189F" w14:textId="77777777" w:rsidR="0081640D" w:rsidRPr="006F4934" w:rsidRDefault="0081640D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</w:tcPr>
          <w:p w14:paraId="4BCC4109" w14:textId="77777777" w:rsidR="0081640D" w:rsidRPr="006F4934" w:rsidRDefault="0081640D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eastAsia="it-IT"/>
              </w:rPr>
            </w:pPr>
          </w:p>
        </w:tc>
      </w:tr>
      <w:tr w:rsidR="0081640D" w:rsidRPr="006F4934" w14:paraId="29986B41" w14:textId="77777777" w:rsidTr="00AD77F6">
        <w:trPr>
          <w:trHeight w:val="40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0A80F803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Certificazioni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specifiche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 in IA, IA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generativa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, machine learning, data literacy o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strumenti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applicabili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 alla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didattica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.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</w:tcPr>
          <w:p w14:paraId="10B74DC7" w14:textId="29A74BBD" w:rsidR="004714BF" w:rsidRPr="006F4934" w:rsidRDefault="00490FB7" w:rsidP="004714BF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490FB7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3 punti ciascuna (max12)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</w:tcPr>
          <w:p w14:paraId="632F9818" w14:textId="41A37BAE" w:rsidR="004714BF" w:rsidRPr="006F4934" w:rsidRDefault="00490FB7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12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33EAB187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4DA95598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744581FB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81640D" w:rsidRPr="006F4934" w14:paraId="1E6FF216" w14:textId="77777777" w:rsidTr="00AD77F6">
        <w:trPr>
          <w:trHeight w:val="40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575753D6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Formazione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documentata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su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protezione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dei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dati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,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etica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digitale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,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sicurezza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 o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diritto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d’autore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applicati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all’IA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.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</w:tcPr>
          <w:p w14:paraId="4C380D90" w14:textId="0A3C71C7" w:rsidR="004714BF" w:rsidRPr="006F4934" w:rsidRDefault="007849AD" w:rsidP="004714BF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7849AD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2 punti fino a 10 punti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</w:tcPr>
          <w:p w14:paraId="1D6D1878" w14:textId="43A6656F" w:rsidR="004714BF" w:rsidRPr="006F4934" w:rsidRDefault="007849AD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10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7D506E2F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11A002EE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429D0FB2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81640D" w:rsidRPr="006F4934" w14:paraId="4CDAE4CE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47A70857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lastRenderedPageBreak/>
              <w:t>Esperienze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 di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formazione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rivolte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 al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personale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scolastico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sull’utilizzo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dell’IA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.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</w:tcPr>
          <w:p w14:paraId="6DF7BCFB" w14:textId="68972C12" w:rsidR="004714BF" w:rsidRPr="006F4934" w:rsidRDefault="006C2FED" w:rsidP="004714BF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6C2FED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 xml:space="preserve">5 punti </w:t>
            </w:r>
            <w:proofErr w:type="gramStart"/>
            <w:r w:rsidRPr="006C2FED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ciascuna(</w:t>
            </w:r>
            <w:proofErr w:type="gramEnd"/>
            <w:r w:rsidRPr="006C2FED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max 20)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</w:tcPr>
          <w:p w14:paraId="5419DF0B" w14:textId="5117D079" w:rsidR="004714BF" w:rsidRPr="006F4934" w:rsidRDefault="006C2FED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20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7F8E9E8E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1D65AD91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60C05071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81640D" w:rsidRPr="006F4934" w14:paraId="45919AC1" w14:textId="77777777" w:rsidTr="00AD77F6">
        <w:trPr>
          <w:trHeight w:val="40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04887FF1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Esperienze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professionali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 o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progettuali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 di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applicazione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dell’IA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 in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ambito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educativo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 o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scolastico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.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</w:tcPr>
          <w:p w14:paraId="03A0F082" w14:textId="7C52E2EF" w:rsidR="004714BF" w:rsidRPr="006F4934" w:rsidRDefault="00C3691C" w:rsidP="004714BF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C3691C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4 punti ciascuna (max 20)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</w:tcPr>
          <w:p w14:paraId="5037684B" w14:textId="2378C2DA" w:rsidR="004714BF" w:rsidRPr="006F4934" w:rsidRDefault="00C3691C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20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78A8E081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01B9BE36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4DC2CF25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5636C0" w:rsidRPr="006F4934" w14:paraId="75233C16" w14:textId="77777777" w:rsidTr="00AD77F6">
        <w:trPr>
          <w:trHeight w:val="40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</w:tcPr>
          <w:p w14:paraId="66DA8FF6" w14:textId="4C774A74" w:rsidR="0081640D" w:rsidRPr="006F4934" w:rsidRDefault="005A2790" w:rsidP="004714BF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lang w:eastAsia="it-IT"/>
              </w:rPr>
            </w:pPr>
            <w:proofErr w:type="spellStart"/>
            <w:r w:rsidRPr="005A2790">
              <w:rPr>
                <w:rFonts w:eastAsia="Times New Roman" w:cs="Times New Roman"/>
                <w:color w:val="1F1F1F"/>
                <w:sz w:val="15"/>
                <w:lang w:eastAsia="it-IT"/>
              </w:rPr>
              <w:t>Qualità</w:t>
            </w:r>
            <w:proofErr w:type="spellEnd"/>
            <w:r w:rsidRPr="005A2790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, </w:t>
            </w:r>
            <w:proofErr w:type="spellStart"/>
            <w:r w:rsidRPr="005A2790">
              <w:rPr>
                <w:rFonts w:eastAsia="Times New Roman" w:cs="Times New Roman"/>
                <w:color w:val="1F1F1F"/>
                <w:sz w:val="15"/>
                <w:lang w:eastAsia="it-IT"/>
              </w:rPr>
              <w:t>concretezza</w:t>
            </w:r>
            <w:proofErr w:type="spellEnd"/>
            <w:r w:rsidRPr="005A2790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 e </w:t>
            </w:r>
            <w:proofErr w:type="spellStart"/>
            <w:r w:rsidRPr="005A2790">
              <w:rPr>
                <w:rFonts w:eastAsia="Times New Roman" w:cs="Times New Roman"/>
                <w:color w:val="1F1F1F"/>
                <w:sz w:val="15"/>
                <w:lang w:eastAsia="it-IT"/>
              </w:rPr>
              <w:t>coerenza</w:t>
            </w:r>
            <w:proofErr w:type="spellEnd"/>
            <w:r w:rsidRPr="005A2790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 della </w:t>
            </w:r>
            <w:proofErr w:type="spellStart"/>
            <w:r w:rsidRPr="005A2790">
              <w:rPr>
                <w:rFonts w:eastAsia="Times New Roman" w:cs="Times New Roman"/>
                <w:color w:val="1F1F1F"/>
                <w:sz w:val="15"/>
                <w:lang w:eastAsia="it-IT"/>
              </w:rPr>
              <w:t>proposta</w:t>
            </w:r>
            <w:proofErr w:type="spellEnd"/>
            <w:r w:rsidRPr="005A2790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 </w:t>
            </w:r>
            <w:proofErr w:type="spellStart"/>
            <w:r w:rsidRPr="005A2790">
              <w:rPr>
                <w:rFonts w:eastAsia="Times New Roman" w:cs="Times New Roman"/>
                <w:color w:val="1F1F1F"/>
                <w:sz w:val="15"/>
                <w:lang w:eastAsia="it-IT"/>
              </w:rPr>
              <w:t>formativa</w:t>
            </w:r>
            <w:proofErr w:type="spellEnd"/>
            <w:r w:rsidRPr="005A2790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 (</w:t>
            </w:r>
            <w:proofErr w:type="spellStart"/>
            <w:r w:rsidRPr="005A2790">
              <w:rPr>
                <w:rFonts w:eastAsia="Times New Roman" w:cs="Times New Roman"/>
                <w:color w:val="1F1F1F"/>
                <w:sz w:val="15"/>
                <w:lang w:eastAsia="it-IT"/>
              </w:rPr>
              <w:t>Valutazione</w:t>
            </w:r>
            <w:proofErr w:type="spellEnd"/>
            <w:r w:rsidRPr="005A2790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 della </w:t>
            </w:r>
            <w:proofErr w:type="spellStart"/>
            <w:r w:rsidRPr="005A2790">
              <w:rPr>
                <w:rFonts w:eastAsia="Times New Roman" w:cs="Times New Roman"/>
                <w:color w:val="1F1F1F"/>
                <w:sz w:val="15"/>
                <w:lang w:eastAsia="it-IT"/>
              </w:rPr>
              <w:t>Commissione</w:t>
            </w:r>
            <w:proofErr w:type="spellEnd"/>
            <w:r w:rsidRPr="005A2790">
              <w:rPr>
                <w:rFonts w:eastAsia="Times New Roman" w:cs="Times New Roman"/>
                <w:color w:val="1F1F1F"/>
                <w:sz w:val="15"/>
                <w:lang w:eastAsia="it-IT"/>
              </w:rPr>
              <w:t>)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</w:tcPr>
          <w:p w14:paraId="69D1BE36" w14:textId="3F101CB1" w:rsidR="0081640D" w:rsidRPr="006F4934" w:rsidRDefault="00A65278" w:rsidP="004714BF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lang w:eastAsia="it-IT"/>
              </w:rPr>
            </w:pPr>
            <w:proofErr w:type="spellStart"/>
            <w:r w:rsidRPr="00A65278">
              <w:rPr>
                <w:rFonts w:eastAsia="Times New Roman" w:cs="Times New Roman"/>
                <w:color w:val="1F1F1F"/>
                <w:sz w:val="15"/>
                <w:lang w:eastAsia="it-IT"/>
              </w:rPr>
              <w:t>fino</w:t>
            </w:r>
            <w:proofErr w:type="spellEnd"/>
            <w:r w:rsidRPr="00A65278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 </w:t>
            </w:r>
            <w:proofErr w:type="gramStart"/>
            <w:r w:rsidRPr="00A65278">
              <w:rPr>
                <w:rFonts w:eastAsia="Times New Roman" w:cs="Times New Roman"/>
                <w:color w:val="1F1F1F"/>
                <w:sz w:val="15"/>
                <w:lang w:eastAsia="it-IT"/>
              </w:rPr>
              <w:t>a</w:t>
            </w:r>
            <w:proofErr w:type="gramEnd"/>
            <w:r w:rsidRPr="00A65278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 18 </w:t>
            </w:r>
            <w:proofErr w:type="spellStart"/>
            <w:r w:rsidRPr="00A65278">
              <w:rPr>
                <w:rFonts w:eastAsia="Times New Roman" w:cs="Times New Roman"/>
                <w:color w:val="1F1F1F"/>
                <w:sz w:val="15"/>
                <w:lang w:eastAsia="it-IT"/>
              </w:rPr>
              <w:t>punti</w:t>
            </w:r>
            <w:proofErr w:type="spellEnd"/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</w:tcPr>
          <w:p w14:paraId="2E7B0266" w14:textId="19D016D6" w:rsidR="0081640D" w:rsidRPr="006F4934" w:rsidRDefault="00A65278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lang w:eastAsia="it-IT"/>
              </w:rPr>
            </w:pPr>
            <w:r>
              <w:rPr>
                <w:rFonts w:eastAsia="Times New Roman" w:cs="Times New Roman"/>
                <w:color w:val="1F1F1F"/>
                <w:sz w:val="15"/>
                <w:lang w:eastAsia="it-IT"/>
              </w:rPr>
              <w:t>18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</w:tcPr>
          <w:p w14:paraId="4017C24B" w14:textId="77777777" w:rsidR="0081640D" w:rsidRPr="006F4934" w:rsidRDefault="0081640D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eastAsia="it-I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</w:tcPr>
          <w:p w14:paraId="6A859CC6" w14:textId="77777777" w:rsidR="0081640D" w:rsidRPr="006F4934" w:rsidRDefault="0081640D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</w:tcPr>
          <w:p w14:paraId="22DC367E" w14:textId="77777777" w:rsidR="0081640D" w:rsidRPr="006F4934" w:rsidRDefault="0081640D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eastAsia="it-IT"/>
              </w:rPr>
            </w:pPr>
          </w:p>
        </w:tc>
      </w:tr>
      <w:tr w:rsidR="005A2790" w:rsidRPr="006F4934" w14:paraId="4FC338E6" w14:textId="77777777" w:rsidTr="00AD77F6">
        <w:trPr>
          <w:trHeight w:val="315"/>
        </w:trPr>
        <w:tc>
          <w:tcPr>
            <w:tcW w:w="2876" w:type="pct"/>
            <w:gridSpan w:val="2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1F4E78"/>
            <w:vAlign w:val="center"/>
            <w:hideMark/>
          </w:tcPr>
          <w:p w14:paraId="204C8B69" w14:textId="77777777" w:rsidR="004714BF" w:rsidRPr="006F4934" w:rsidRDefault="004714BF" w:rsidP="004714BF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7"/>
                <w:szCs w:val="17"/>
                <w:lang w:val="it-IT" w:eastAsia="it-IT"/>
              </w:rPr>
            </w:pPr>
            <w:r w:rsidRPr="006F4934">
              <w:rPr>
                <w:rFonts w:eastAsia="Times New Roman" w:cs="Times New Roman"/>
                <w:b/>
                <w:bCs/>
                <w:color w:val="FFFFFF"/>
                <w:sz w:val="17"/>
                <w:lang w:eastAsia="it-IT"/>
              </w:rPr>
              <w:t>TOTALE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1F4E78"/>
            <w:vAlign w:val="center"/>
            <w:hideMark/>
          </w:tcPr>
          <w:p w14:paraId="338CFF8E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7"/>
                <w:szCs w:val="17"/>
                <w:lang w:val="it-IT" w:eastAsia="it-IT"/>
              </w:rPr>
            </w:pPr>
            <w:r w:rsidRPr="006F4934">
              <w:rPr>
                <w:rFonts w:eastAsia="Times New Roman" w:cs="Times New Roman"/>
                <w:b/>
                <w:bCs/>
                <w:color w:val="FFFFFF"/>
                <w:sz w:val="17"/>
                <w:lang w:eastAsia="it-IT"/>
              </w:rPr>
              <w:t>100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D9EAF7"/>
            <w:vAlign w:val="center"/>
            <w:hideMark/>
          </w:tcPr>
          <w:p w14:paraId="4334BE35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D9EAF7"/>
            <w:vAlign w:val="center"/>
            <w:hideMark/>
          </w:tcPr>
          <w:p w14:paraId="5971C601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D9EAF7"/>
            <w:vAlign w:val="center"/>
            <w:hideMark/>
          </w:tcPr>
          <w:p w14:paraId="7CC5EA87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81640D" w:rsidRPr="006F4934" w14:paraId="54E5170F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6AB323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val="it-IT" w:eastAsia="it-IT"/>
              </w:rPr>
            </w:pPr>
            <w:r w:rsidRPr="006F4934">
              <w:rPr>
                <w:rFonts w:eastAsia="Times New Roman" w:cs="Times New Roman"/>
                <w:b/>
                <w:bCs/>
                <w:color w:val="FFFFFF"/>
                <w:sz w:val="18"/>
                <w:lang w:eastAsia="it-IT"/>
              </w:rPr>
              <w:t>ELENCO ANALITICO DEI TITOLI E DELLE ESPERIENZE DICHIARATI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7088E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val="it-IT" w:eastAsia="it-IT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FE3F7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92CEE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D9B20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4ED6D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81640D" w:rsidRPr="006F4934" w14:paraId="5A029DEA" w14:textId="77777777" w:rsidTr="00AD77F6">
        <w:trPr>
          <w:trHeight w:val="600"/>
        </w:trPr>
        <w:tc>
          <w:tcPr>
            <w:tcW w:w="1528" w:type="pct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5B9BD5"/>
            <w:vAlign w:val="center"/>
            <w:hideMark/>
          </w:tcPr>
          <w:p w14:paraId="73B27796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N.</w:t>
            </w:r>
          </w:p>
        </w:tc>
        <w:tc>
          <w:tcPr>
            <w:tcW w:w="1349" w:type="pct"/>
            <w:tcBorders>
              <w:top w:val="single" w:sz="8" w:space="0" w:color="7F8C8D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5B9BD5"/>
            <w:vAlign w:val="center"/>
            <w:hideMark/>
          </w:tcPr>
          <w:p w14:paraId="20A29DDF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 xml:space="preserve">Titolo /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esperienza</w:t>
            </w:r>
            <w:proofErr w:type="spellEnd"/>
          </w:p>
        </w:tc>
        <w:tc>
          <w:tcPr>
            <w:tcW w:w="570" w:type="pct"/>
            <w:tcBorders>
              <w:top w:val="single" w:sz="8" w:space="0" w:color="7F8C8D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5B9BD5"/>
            <w:vAlign w:val="center"/>
            <w:hideMark/>
          </w:tcPr>
          <w:p w14:paraId="198F288A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Ente</w:t>
            </w:r>
          </w:p>
        </w:tc>
        <w:tc>
          <w:tcPr>
            <w:tcW w:w="842" w:type="pct"/>
            <w:tcBorders>
              <w:top w:val="single" w:sz="8" w:space="0" w:color="7F8C8D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5B9BD5"/>
            <w:vAlign w:val="center"/>
            <w:hideMark/>
          </w:tcPr>
          <w:p w14:paraId="2412F646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5"/>
                <w:szCs w:val="15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Periodo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 xml:space="preserve"> / data</w:t>
            </w:r>
          </w:p>
        </w:tc>
        <w:tc>
          <w:tcPr>
            <w:tcW w:w="395" w:type="pct"/>
            <w:tcBorders>
              <w:top w:val="single" w:sz="8" w:space="0" w:color="7F8C8D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5B9BD5"/>
            <w:vAlign w:val="center"/>
            <w:hideMark/>
          </w:tcPr>
          <w:p w14:paraId="067EA17E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5"/>
                <w:szCs w:val="15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Durata</w:t>
            </w:r>
            <w:proofErr w:type="spellEnd"/>
          </w:p>
        </w:tc>
        <w:tc>
          <w:tcPr>
            <w:tcW w:w="316" w:type="pct"/>
            <w:tcBorders>
              <w:top w:val="single" w:sz="8" w:space="0" w:color="7F8C8D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5B9BD5"/>
            <w:vAlign w:val="center"/>
            <w:hideMark/>
          </w:tcPr>
          <w:p w14:paraId="43060BE1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5"/>
                <w:szCs w:val="15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Pagina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 xml:space="preserve"> CV /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allegato</w:t>
            </w:r>
            <w:proofErr w:type="spellEnd"/>
          </w:p>
        </w:tc>
      </w:tr>
      <w:tr w:rsidR="0081640D" w:rsidRPr="006F4934" w14:paraId="23F33B9F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3170F86B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1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55F6F59D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7E397294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7CEDA334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439B0371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2CDFE224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81640D" w:rsidRPr="006F4934" w14:paraId="58E5E0C0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4543139C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2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39542123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6B8810E8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5DFD8246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617BAA25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603B2ACD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81640D" w:rsidRPr="006F4934" w14:paraId="38EBE181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05EBFD45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3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495FF989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01F4E2D3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2AAE7B44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02BBA58B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73CA74B3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81640D" w:rsidRPr="006F4934" w14:paraId="7C83862A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4C36E09D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4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7053BD33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578E4962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08A2182F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4D8685E9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3CCC1662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81640D" w:rsidRPr="006F4934" w14:paraId="4567AFA1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5CBEEDEB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5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23BA4988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3CA3B53B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6F6C7591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2EE7336A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76AC272C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81640D" w:rsidRPr="006F4934" w14:paraId="47DD33B9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35C99C04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6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127307D8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62009A65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4C3005FC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69626099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7E20B56E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81640D" w:rsidRPr="006F4934" w14:paraId="5D53CBB1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0C16164E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7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4662567F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459D2DC3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39F173B2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7EF0560B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6521D0CA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81640D" w:rsidRPr="006F4934" w14:paraId="0791FA70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72BA3E3B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8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6DF26414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06F63CD8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2F88DB66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3055A2FC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605A6999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81640D" w:rsidRPr="006F4934" w14:paraId="575136E2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064144BA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9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10F6433A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527DCFA0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3F9318DF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092E047F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456F3BAD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81640D" w:rsidRPr="006F4934" w14:paraId="4C25B39D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61B3708A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10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3BF14250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3189CB48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0E48694B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0AFC1773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041C48E9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81640D" w:rsidRPr="006F4934" w14:paraId="5B8D26F1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5D6864E0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11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08F2D339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669DF01F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5411BADD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473A95D0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2D922B20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81640D" w:rsidRPr="006F4934" w14:paraId="2750AA3A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511BCDDB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12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32B53063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6C0E1A08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74099D77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2FEAC21C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5C258AF4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81640D" w:rsidRPr="006F4934" w14:paraId="46B4D2F8" w14:textId="77777777" w:rsidTr="00AD77F6">
        <w:trPr>
          <w:trHeight w:val="30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F4903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0DF0A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97280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A799C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818BB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9AD93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81640D" w:rsidRPr="006F4934" w14:paraId="3B717F1E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E4385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10D7A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EB1BA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4ED15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82788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14B46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4714BF" w:rsidRPr="006F4934" w14:paraId="3971A9D6" w14:textId="77777777" w:rsidTr="006F4934">
        <w:trPr>
          <w:trHeight w:val="315"/>
        </w:trPr>
        <w:tc>
          <w:tcPr>
            <w:tcW w:w="5000" w:type="pct"/>
            <w:gridSpan w:val="6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000000" w:fill="5B9BD5"/>
            <w:vAlign w:val="center"/>
            <w:hideMark/>
          </w:tcPr>
          <w:p w14:paraId="0C266EB4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20"/>
                <w:szCs w:val="20"/>
                <w:lang w:val="it-IT" w:eastAsia="it-IT"/>
              </w:rPr>
            </w:pPr>
            <w:r w:rsidRPr="006F4934">
              <w:rPr>
                <w:rFonts w:eastAsia="Times New Roman" w:cs="Times New Roman"/>
                <w:b/>
                <w:bCs/>
                <w:color w:val="FFFFFF"/>
                <w:sz w:val="20"/>
                <w:lang w:eastAsia="it-IT"/>
              </w:rPr>
              <w:t>D. TUTOR</w:t>
            </w:r>
          </w:p>
        </w:tc>
      </w:tr>
      <w:tr w:rsidR="0081640D" w:rsidRPr="006F4934" w14:paraId="6336DD77" w14:textId="77777777" w:rsidTr="00AD77F6">
        <w:trPr>
          <w:trHeight w:val="79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1F4E78"/>
            <w:vAlign w:val="center"/>
            <w:hideMark/>
          </w:tcPr>
          <w:p w14:paraId="588D444B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 xml:space="preserve">Titolo o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esperienza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valutabile</w:t>
            </w:r>
            <w:proofErr w:type="spellEnd"/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1F4E78"/>
            <w:vAlign w:val="center"/>
            <w:hideMark/>
          </w:tcPr>
          <w:p w14:paraId="3E81CB03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5"/>
                <w:szCs w:val="15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Criterio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 xml:space="preserve"> di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attribuzione</w:t>
            </w:r>
            <w:proofErr w:type="spellEnd"/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1F4E78"/>
            <w:vAlign w:val="center"/>
            <w:hideMark/>
          </w:tcPr>
          <w:p w14:paraId="1455FCCC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Max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1F4E78"/>
            <w:vAlign w:val="center"/>
            <w:hideMark/>
          </w:tcPr>
          <w:p w14:paraId="41CFD542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5"/>
                <w:szCs w:val="15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Quantità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dichiarata</w:t>
            </w:r>
            <w:proofErr w:type="spellEnd"/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1F4E78"/>
            <w:vAlign w:val="center"/>
            <w:hideMark/>
          </w:tcPr>
          <w:p w14:paraId="5D3512D3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5"/>
                <w:szCs w:val="15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Punteggio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candidato</w:t>
            </w:r>
            <w:proofErr w:type="spellEnd"/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1F4E78"/>
            <w:vAlign w:val="center"/>
            <w:hideMark/>
          </w:tcPr>
          <w:p w14:paraId="58201E4A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5"/>
                <w:szCs w:val="15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Punteggio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Commissione</w:t>
            </w:r>
            <w:proofErr w:type="spellEnd"/>
          </w:p>
        </w:tc>
      </w:tr>
      <w:tr w:rsidR="0081640D" w:rsidRPr="006F4934" w14:paraId="38FC168D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518ACFE7" w14:textId="77777777" w:rsidR="007A16E4" w:rsidRPr="007A16E4" w:rsidRDefault="007A16E4" w:rsidP="007A16E4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lang w:eastAsia="it-IT"/>
              </w:rPr>
            </w:pPr>
            <w:r w:rsidRPr="007A16E4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Laurea </w:t>
            </w:r>
            <w:proofErr w:type="spellStart"/>
            <w:r w:rsidRPr="007A16E4">
              <w:rPr>
                <w:rFonts w:eastAsia="Times New Roman" w:cs="Times New Roman"/>
                <w:color w:val="1F1F1F"/>
                <w:sz w:val="15"/>
                <w:lang w:eastAsia="it-IT"/>
              </w:rPr>
              <w:t>magistrale</w:t>
            </w:r>
            <w:proofErr w:type="spellEnd"/>
            <w:r w:rsidRPr="007A16E4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, </w:t>
            </w:r>
            <w:proofErr w:type="spellStart"/>
            <w:r w:rsidRPr="007A16E4">
              <w:rPr>
                <w:rFonts w:eastAsia="Times New Roman" w:cs="Times New Roman"/>
                <w:color w:val="1F1F1F"/>
                <w:sz w:val="15"/>
                <w:lang w:eastAsia="it-IT"/>
              </w:rPr>
              <w:t>specialistica</w:t>
            </w:r>
            <w:proofErr w:type="spellEnd"/>
            <w:r w:rsidRPr="007A16E4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 o del </w:t>
            </w:r>
            <w:proofErr w:type="spellStart"/>
            <w:r w:rsidRPr="007A16E4">
              <w:rPr>
                <w:rFonts w:eastAsia="Times New Roman" w:cs="Times New Roman"/>
                <w:color w:val="1F1F1F"/>
                <w:sz w:val="15"/>
                <w:lang w:eastAsia="it-IT"/>
              </w:rPr>
              <w:t>vecchio</w:t>
            </w:r>
            <w:proofErr w:type="spellEnd"/>
          </w:p>
          <w:p w14:paraId="4ADAFD3D" w14:textId="5556B732" w:rsidR="004714BF" w:rsidRPr="006F4934" w:rsidRDefault="007A16E4" w:rsidP="007A16E4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proofErr w:type="spellStart"/>
            <w:r w:rsidRPr="007A16E4">
              <w:rPr>
                <w:rFonts w:eastAsia="Times New Roman" w:cs="Times New Roman"/>
                <w:color w:val="1F1F1F"/>
                <w:sz w:val="15"/>
                <w:lang w:eastAsia="it-IT"/>
              </w:rPr>
              <w:t>ordinamento</w:t>
            </w:r>
            <w:proofErr w:type="spellEnd"/>
            <w:r w:rsidRPr="007A16E4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 </w:t>
            </w:r>
            <w:proofErr w:type="spellStart"/>
            <w:r w:rsidRPr="007A16E4">
              <w:rPr>
                <w:rFonts w:eastAsia="Times New Roman" w:cs="Times New Roman"/>
                <w:color w:val="1F1F1F"/>
                <w:sz w:val="15"/>
                <w:lang w:eastAsia="it-IT"/>
              </w:rPr>
              <w:t>coerente</w:t>
            </w:r>
            <w:proofErr w:type="spellEnd"/>
            <w:r w:rsidRPr="007A16E4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 con il modulo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4E31F349" w14:textId="0558830C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1</w:t>
            </w:r>
            <w:r w:rsidR="007A16E4">
              <w:rPr>
                <w:rFonts w:eastAsia="Times New Roman" w:cs="Times New Roman"/>
                <w:color w:val="1F1F1F"/>
                <w:sz w:val="15"/>
                <w:lang w:eastAsia="it-IT"/>
              </w:rPr>
              <w:t>0</w:t>
            </w:r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punti</w:t>
            </w:r>
            <w:proofErr w:type="spellEnd"/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6D4F2776" w14:textId="60584C34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1</w:t>
            </w:r>
            <w:r w:rsidR="007A16E4">
              <w:rPr>
                <w:rFonts w:eastAsia="Times New Roman" w:cs="Times New Roman"/>
                <w:color w:val="1F1F1F"/>
                <w:sz w:val="15"/>
                <w:lang w:eastAsia="it-IT"/>
              </w:rPr>
              <w:t>0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10A9C1F2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5B821FED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2A0FBE16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81640D" w:rsidRPr="006F4934" w14:paraId="1A42AAB8" w14:textId="77777777" w:rsidTr="00AD77F6">
        <w:trPr>
          <w:trHeight w:val="40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29ABCD59" w14:textId="77777777" w:rsidR="00F223B4" w:rsidRPr="00F223B4" w:rsidRDefault="00F223B4" w:rsidP="00F223B4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F223B4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Laurea triennale (valutabile solo se non costituisce</w:t>
            </w:r>
          </w:p>
          <w:p w14:paraId="39FA00C8" w14:textId="3EF1A889" w:rsidR="004714BF" w:rsidRPr="006F4934" w:rsidRDefault="00F223B4" w:rsidP="00F223B4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F223B4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titolo di accesso)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46FCBF2A" w14:textId="50764816" w:rsidR="004714BF" w:rsidRPr="006F4934" w:rsidRDefault="00F223B4" w:rsidP="004714BF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F223B4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5 </w:t>
            </w:r>
            <w:proofErr w:type="spellStart"/>
            <w:r w:rsidRPr="00F223B4">
              <w:rPr>
                <w:rFonts w:eastAsia="Times New Roman" w:cs="Times New Roman"/>
                <w:color w:val="1F1F1F"/>
                <w:sz w:val="15"/>
                <w:lang w:eastAsia="it-IT"/>
              </w:rPr>
              <w:t>punti</w:t>
            </w:r>
            <w:proofErr w:type="spellEnd"/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693E852C" w14:textId="464127BB" w:rsidR="004714BF" w:rsidRPr="006F4934" w:rsidRDefault="00F223B4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5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1E87DDCD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5D54BBC4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16B4342F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5636C0" w:rsidRPr="006F4934" w14:paraId="6694654C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</w:tcPr>
          <w:p w14:paraId="664FF008" w14:textId="7E9DCA6C" w:rsidR="005636C0" w:rsidRPr="006F4934" w:rsidRDefault="005636C0" w:rsidP="004714BF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lang w:eastAsia="it-IT"/>
              </w:rPr>
            </w:pPr>
            <w:r w:rsidRPr="005636C0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Diploma di </w:t>
            </w:r>
            <w:proofErr w:type="spellStart"/>
            <w:r w:rsidRPr="005636C0">
              <w:rPr>
                <w:rFonts w:eastAsia="Times New Roman" w:cs="Times New Roman"/>
                <w:color w:val="1F1F1F"/>
                <w:sz w:val="15"/>
                <w:lang w:eastAsia="it-IT"/>
              </w:rPr>
              <w:t>scuola</w:t>
            </w:r>
            <w:proofErr w:type="spellEnd"/>
            <w:r w:rsidRPr="005636C0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 </w:t>
            </w:r>
            <w:proofErr w:type="spellStart"/>
            <w:r w:rsidRPr="005636C0">
              <w:rPr>
                <w:rFonts w:eastAsia="Times New Roman" w:cs="Times New Roman"/>
                <w:color w:val="1F1F1F"/>
                <w:sz w:val="15"/>
                <w:lang w:eastAsia="it-IT"/>
              </w:rPr>
              <w:t>secondaria</w:t>
            </w:r>
            <w:proofErr w:type="spellEnd"/>
            <w:r w:rsidRPr="005636C0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 di secondo </w:t>
            </w:r>
            <w:proofErr w:type="spellStart"/>
            <w:r w:rsidRPr="005636C0">
              <w:rPr>
                <w:rFonts w:eastAsia="Times New Roman" w:cs="Times New Roman"/>
                <w:color w:val="1F1F1F"/>
                <w:sz w:val="15"/>
                <w:lang w:eastAsia="it-IT"/>
              </w:rPr>
              <w:t>grado</w:t>
            </w:r>
            <w:proofErr w:type="spellEnd"/>
            <w:r w:rsidRPr="005636C0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 (</w:t>
            </w:r>
            <w:proofErr w:type="spellStart"/>
            <w:r w:rsidRPr="005636C0">
              <w:rPr>
                <w:rFonts w:eastAsia="Times New Roman" w:cs="Times New Roman"/>
                <w:color w:val="1F1F1F"/>
                <w:sz w:val="15"/>
                <w:lang w:eastAsia="it-IT"/>
              </w:rPr>
              <w:t>valutabile</w:t>
            </w:r>
            <w:proofErr w:type="spellEnd"/>
            <w:r w:rsidRPr="005636C0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 solo se in </w:t>
            </w:r>
            <w:proofErr w:type="spellStart"/>
            <w:r w:rsidRPr="005636C0">
              <w:rPr>
                <w:rFonts w:eastAsia="Times New Roman" w:cs="Times New Roman"/>
                <w:color w:val="1F1F1F"/>
                <w:sz w:val="15"/>
                <w:lang w:eastAsia="it-IT"/>
              </w:rPr>
              <w:t>assenza</w:t>
            </w:r>
            <w:proofErr w:type="spellEnd"/>
            <w:r w:rsidRPr="005636C0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 di Diploma di Laurea </w:t>
            </w:r>
            <w:proofErr w:type="spellStart"/>
            <w:r w:rsidRPr="005636C0">
              <w:rPr>
                <w:rFonts w:eastAsia="Times New Roman" w:cs="Times New Roman"/>
                <w:color w:val="1F1F1F"/>
                <w:sz w:val="15"/>
                <w:lang w:eastAsia="it-IT"/>
              </w:rPr>
              <w:t>triennale</w:t>
            </w:r>
            <w:proofErr w:type="spellEnd"/>
            <w:r w:rsidRPr="005636C0">
              <w:rPr>
                <w:rFonts w:eastAsia="Times New Roman" w:cs="Times New Roman"/>
                <w:color w:val="1F1F1F"/>
                <w:sz w:val="15"/>
                <w:lang w:eastAsia="it-IT"/>
              </w:rPr>
              <w:t>/</w:t>
            </w:r>
            <w:proofErr w:type="spellStart"/>
            <w:r w:rsidRPr="005636C0">
              <w:rPr>
                <w:rFonts w:eastAsia="Times New Roman" w:cs="Times New Roman"/>
                <w:color w:val="1F1F1F"/>
                <w:sz w:val="15"/>
                <w:lang w:eastAsia="it-IT"/>
              </w:rPr>
              <w:t>magistrale</w:t>
            </w:r>
            <w:proofErr w:type="spellEnd"/>
            <w:r w:rsidRPr="005636C0">
              <w:rPr>
                <w:rFonts w:eastAsia="Times New Roman" w:cs="Times New Roman"/>
                <w:color w:val="1F1F1F"/>
                <w:sz w:val="15"/>
                <w:lang w:eastAsia="it-IT"/>
              </w:rPr>
              <w:t>)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</w:tcPr>
          <w:p w14:paraId="23B8437E" w14:textId="4B82FD3D" w:rsidR="005636C0" w:rsidRPr="006F4934" w:rsidRDefault="005636C0" w:rsidP="004714BF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lang w:eastAsia="it-IT"/>
              </w:rPr>
            </w:pPr>
            <w:r w:rsidRPr="005636C0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3 </w:t>
            </w:r>
            <w:proofErr w:type="spellStart"/>
            <w:r w:rsidRPr="005636C0">
              <w:rPr>
                <w:rFonts w:eastAsia="Times New Roman" w:cs="Times New Roman"/>
                <w:color w:val="1F1F1F"/>
                <w:sz w:val="15"/>
                <w:lang w:eastAsia="it-IT"/>
              </w:rPr>
              <w:t>punti</w:t>
            </w:r>
            <w:proofErr w:type="spellEnd"/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</w:tcPr>
          <w:p w14:paraId="6F01F16B" w14:textId="7B39E174" w:rsidR="005636C0" w:rsidRPr="006F4934" w:rsidRDefault="005636C0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lang w:eastAsia="it-IT"/>
              </w:rPr>
            </w:pPr>
            <w:r>
              <w:rPr>
                <w:rFonts w:eastAsia="Times New Roman" w:cs="Times New Roman"/>
                <w:color w:val="1F1F1F"/>
                <w:sz w:val="15"/>
                <w:lang w:eastAsia="it-IT"/>
              </w:rPr>
              <w:t>3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</w:tcPr>
          <w:p w14:paraId="38977C00" w14:textId="77777777" w:rsidR="005636C0" w:rsidRPr="006F4934" w:rsidRDefault="005636C0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eastAsia="it-I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</w:tcPr>
          <w:p w14:paraId="267CD5A8" w14:textId="77777777" w:rsidR="005636C0" w:rsidRPr="006F4934" w:rsidRDefault="005636C0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</w:tcPr>
          <w:p w14:paraId="1E1D56B7" w14:textId="77777777" w:rsidR="005636C0" w:rsidRPr="006F4934" w:rsidRDefault="005636C0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eastAsia="it-IT"/>
              </w:rPr>
            </w:pPr>
          </w:p>
        </w:tc>
      </w:tr>
      <w:tr w:rsidR="0081640D" w:rsidRPr="006F4934" w14:paraId="62BDBD97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0A9C1ECD" w14:textId="1E2857D4" w:rsidR="004714BF" w:rsidRPr="006F4934" w:rsidRDefault="00617F22" w:rsidP="004714BF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617F22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Incarichi di Funzione Strumentale, Collaboratore del Dirigente Scolastico, componente dello Staff,</w:t>
            </w:r>
            <w:r w:rsidR="0083460A">
              <w:t xml:space="preserve"> </w:t>
            </w:r>
            <w:r w:rsidR="0083460A" w:rsidRPr="0083460A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 xml:space="preserve">Animatore Digitale, Referente di progetto o </w:t>
            </w:r>
            <w:proofErr w:type="gramStart"/>
            <w:r w:rsidR="0083460A" w:rsidRPr="0083460A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incarichi  analoghi</w:t>
            </w:r>
            <w:proofErr w:type="gramEnd"/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22565CAA" w14:textId="56416B1B" w:rsidR="004714BF" w:rsidRPr="006F4934" w:rsidRDefault="00617F22" w:rsidP="004714BF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617F22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3 punti per anno scolastico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662DB674" w14:textId="1FB88073" w:rsidR="004714BF" w:rsidRPr="006F4934" w:rsidRDefault="00617F22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18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02BD7209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38CC7A58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177E48DB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81640D" w:rsidRPr="006F4934" w14:paraId="3DED6E4D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241F475D" w14:textId="7B6553D1" w:rsidR="004714BF" w:rsidRPr="006F4934" w:rsidRDefault="00184993" w:rsidP="004714BF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proofErr w:type="spellStart"/>
            <w:r w:rsidRPr="00184993">
              <w:rPr>
                <w:rFonts w:eastAsia="Times New Roman" w:cs="Times New Roman"/>
                <w:color w:val="1F1F1F"/>
                <w:sz w:val="15"/>
                <w:lang w:eastAsia="it-IT"/>
              </w:rPr>
              <w:t>Attività</w:t>
            </w:r>
            <w:proofErr w:type="spellEnd"/>
            <w:r w:rsidRPr="00184993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 di </w:t>
            </w:r>
            <w:proofErr w:type="spellStart"/>
            <w:r w:rsidRPr="00184993">
              <w:rPr>
                <w:rFonts w:eastAsia="Times New Roman" w:cs="Times New Roman"/>
                <w:color w:val="1F1F1F"/>
                <w:sz w:val="15"/>
                <w:lang w:eastAsia="it-IT"/>
              </w:rPr>
              <w:t>coordinamento</w:t>
            </w:r>
            <w:proofErr w:type="spellEnd"/>
            <w:r w:rsidRPr="00184993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, </w:t>
            </w:r>
            <w:proofErr w:type="spellStart"/>
            <w:r w:rsidRPr="00184993">
              <w:rPr>
                <w:rFonts w:eastAsia="Times New Roman" w:cs="Times New Roman"/>
                <w:color w:val="1F1F1F"/>
                <w:sz w:val="15"/>
                <w:lang w:eastAsia="it-IT"/>
              </w:rPr>
              <w:t>organizzazione</w:t>
            </w:r>
            <w:proofErr w:type="spellEnd"/>
            <w:r w:rsidRPr="00184993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 e </w:t>
            </w:r>
            <w:proofErr w:type="spellStart"/>
            <w:r w:rsidRPr="00184993">
              <w:rPr>
                <w:rFonts w:eastAsia="Times New Roman" w:cs="Times New Roman"/>
                <w:color w:val="1F1F1F"/>
                <w:sz w:val="15"/>
                <w:lang w:eastAsia="it-IT"/>
              </w:rPr>
              <w:t>gestione</w:t>
            </w:r>
            <w:proofErr w:type="spellEnd"/>
            <w:r w:rsidRPr="00184993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 di </w:t>
            </w:r>
            <w:proofErr w:type="spellStart"/>
            <w:r w:rsidRPr="00184993">
              <w:rPr>
                <w:rFonts w:eastAsia="Times New Roman" w:cs="Times New Roman"/>
                <w:color w:val="1F1F1F"/>
                <w:sz w:val="15"/>
                <w:lang w:eastAsia="it-IT"/>
              </w:rPr>
              <w:t>progetti</w:t>
            </w:r>
            <w:proofErr w:type="spellEnd"/>
            <w:r w:rsidRPr="00184993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 </w:t>
            </w:r>
            <w:proofErr w:type="spellStart"/>
            <w:r w:rsidRPr="00184993">
              <w:rPr>
                <w:rFonts w:eastAsia="Times New Roman" w:cs="Times New Roman"/>
                <w:color w:val="1F1F1F"/>
                <w:sz w:val="15"/>
                <w:lang w:eastAsia="it-IT"/>
              </w:rPr>
              <w:t>scolastici</w:t>
            </w:r>
            <w:proofErr w:type="spellEnd"/>
            <w:r w:rsidRPr="00184993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 o </w:t>
            </w:r>
            <w:proofErr w:type="spellStart"/>
            <w:r w:rsidRPr="00184993">
              <w:rPr>
                <w:rFonts w:eastAsia="Times New Roman" w:cs="Times New Roman"/>
                <w:color w:val="1F1F1F"/>
                <w:sz w:val="15"/>
                <w:lang w:eastAsia="it-IT"/>
              </w:rPr>
              <w:t>attività</w:t>
            </w:r>
            <w:proofErr w:type="spellEnd"/>
            <w:r w:rsidRPr="00184993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 </w:t>
            </w:r>
            <w:proofErr w:type="spellStart"/>
            <w:r w:rsidRPr="00184993">
              <w:rPr>
                <w:rFonts w:eastAsia="Times New Roman" w:cs="Times New Roman"/>
                <w:color w:val="1F1F1F"/>
                <w:sz w:val="15"/>
                <w:lang w:eastAsia="it-IT"/>
              </w:rPr>
              <w:t>extracurricolari</w:t>
            </w:r>
            <w:proofErr w:type="spellEnd"/>
            <w:r w:rsidR="004714BF"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.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</w:tcPr>
          <w:p w14:paraId="5F0177C6" w14:textId="7A26E963" w:rsidR="004714BF" w:rsidRPr="006F4934" w:rsidRDefault="00AD77F6" w:rsidP="004714BF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AD77F6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3 punti per incarico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565CE196" w14:textId="197A43EE" w:rsidR="004714BF" w:rsidRPr="006F4934" w:rsidRDefault="00AD77F6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8C621C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9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44471E98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776D84A8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3F872043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81640D" w:rsidRPr="006F4934" w14:paraId="7F9B6385" w14:textId="77777777" w:rsidTr="00AD77F6">
        <w:trPr>
          <w:trHeight w:val="40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</w:tcPr>
          <w:p w14:paraId="58AD5025" w14:textId="3737ABFF" w:rsidR="004714BF" w:rsidRPr="006F4934" w:rsidRDefault="008C621C" w:rsidP="004714BF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8C621C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lastRenderedPageBreak/>
              <w:t>Certificazioni informatiche e digitali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</w:tcPr>
          <w:p w14:paraId="0BE882EC" w14:textId="6BD17473" w:rsidR="004714BF" w:rsidRPr="006F4934" w:rsidRDefault="008C621C" w:rsidP="004714BF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8C621C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3 punti ciascuna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</w:tcPr>
          <w:p w14:paraId="71F3454A" w14:textId="6FE17C41" w:rsidR="004714BF" w:rsidRPr="006F4934" w:rsidRDefault="008C621C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8C621C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15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1CB61282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0FF0CAFD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23A80382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AD77F6" w:rsidRPr="006F4934" w14:paraId="5B4A007F" w14:textId="77777777" w:rsidTr="00AD77F6">
        <w:trPr>
          <w:trHeight w:val="40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</w:tcPr>
          <w:p w14:paraId="0FA73F26" w14:textId="31F42D4C" w:rsidR="00AD77F6" w:rsidRPr="006F4934" w:rsidRDefault="008C621C" w:rsidP="004714BF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lang w:eastAsia="it-IT"/>
              </w:rPr>
            </w:pPr>
            <w:proofErr w:type="spellStart"/>
            <w:r w:rsidRPr="008C621C">
              <w:rPr>
                <w:rFonts w:eastAsia="Times New Roman" w:cs="Times New Roman"/>
                <w:color w:val="1F1F1F"/>
                <w:sz w:val="15"/>
                <w:lang w:eastAsia="it-IT"/>
              </w:rPr>
              <w:t>Esperienze</w:t>
            </w:r>
            <w:proofErr w:type="spellEnd"/>
            <w:r w:rsidRPr="008C621C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 come tutor in </w:t>
            </w:r>
            <w:proofErr w:type="spellStart"/>
            <w:r w:rsidRPr="008C621C">
              <w:rPr>
                <w:rFonts w:eastAsia="Times New Roman" w:cs="Times New Roman"/>
                <w:color w:val="1F1F1F"/>
                <w:sz w:val="15"/>
                <w:lang w:eastAsia="it-IT"/>
              </w:rPr>
              <w:t>progetti</w:t>
            </w:r>
            <w:proofErr w:type="spellEnd"/>
            <w:r w:rsidRPr="008C621C">
              <w:rPr>
                <w:rFonts w:eastAsia="Times New Roman" w:cs="Times New Roman"/>
                <w:color w:val="1F1F1F"/>
                <w:sz w:val="15"/>
                <w:lang w:eastAsia="it-IT"/>
              </w:rPr>
              <w:t xml:space="preserve"> PN, PON, PNRR, FSE o FESR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</w:tcPr>
          <w:p w14:paraId="1E2E49EE" w14:textId="2B682821" w:rsidR="00AD77F6" w:rsidRPr="006F4934" w:rsidRDefault="008C621C" w:rsidP="004714BF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8C621C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5 punti ciascuna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</w:tcPr>
          <w:p w14:paraId="70D700FB" w14:textId="63306944" w:rsidR="00AD77F6" w:rsidRPr="006F4934" w:rsidRDefault="008C621C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lang w:eastAsia="it-IT"/>
              </w:rPr>
            </w:pPr>
            <w:r w:rsidRPr="008C621C">
              <w:rPr>
                <w:rFonts w:eastAsia="Times New Roman" w:cs="Times New Roman"/>
                <w:color w:val="1F1F1F"/>
                <w:sz w:val="15"/>
                <w:lang w:eastAsia="it-IT"/>
              </w:rPr>
              <w:t>20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</w:tcPr>
          <w:p w14:paraId="034D8F01" w14:textId="77777777" w:rsidR="00AD77F6" w:rsidRPr="006F4934" w:rsidRDefault="00AD77F6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eastAsia="it-I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</w:tcPr>
          <w:p w14:paraId="5173C98B" w14:textId="77777777" w:rsidR="00AD77F6" w:rsidRPr="006F4934" w:rsidRDefault="00AD77F6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</w:tcPr>
          <w:p w14:paraId="6207AB78" w14:textId="77777777" w:rsidR="00AD77F6" w:rsidRPr="006F4934" w:rsidRDefault="00AD77F6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eastAsia="it-IT"/>
              </w:rPr>
            </w:pPr>
          </w:p>
        </w:tc>
      </w:tr>
      <w:tr w:rsidR="0081640D" w:rsidRPr="006F4934" w14:paraId="1C8E4892" w14:textId="77777777" w:rsidTr="00AD77F6">
        <w:trPr>
          <w:trHeight w:val="40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</w:tcPr>
          <w:p w14:paraId="0745E898" w14:textId="6BCDA48A" w:rsidR="004714BF" w:rsidRPr="006F4934" w:rsidRDefault="008C621C" w:rsidP="004714BF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8C621C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Esperienze di gestione o documentazione su piattaforme ministeriali di progetto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</w:tcPr>
          <w:p w14:paraId="1FF8CBB0" w14:textId="33F384DB" w:rsidR="004714BF" w:rsidRPr="006F4934" w:rsidRDefault="008C621C" w:rsidP="004714BF">
            <w:pPr>
              <w:spacing w:after="0" w:line="240" w:lineRule="auto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8C621C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4 punti ciascuna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</w:tcPr>
          <w:p w14:paraId="26AAE8D2" w14:textId="533D5A11" w:rsidR="004714BF" w:rsidRPr="006F4934" w:rsidRDefault="008C621C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8C621C"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  <w:t>20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05B27784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2A9FB169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4B65D44C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5A2790" w:rsidRPr="006F4934" w14:paraId="5C572B26" w14:textId="77777777" w:rsidTr="00AD77F6">
        <w:trPr>
          <w:trHeight w:val="315"/>
        </w:trPr>
        <w:tc>
          <w:tcPr>
            <w:tcW w:w="2876" w:type="pct"/>
            <w:gridSpan w:val="2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1F4E78"/>
            <w:vAlign w:val="center"/>
            <w:hideMark/>
          </w:tcPr>
          <w:p w14:paraId="1982BE2A" w14:textId="77777777" w:rsidR="004714BF" w:rsidRPr="006F4934" w:rsidRDefault="004714BF" w:rsidP="004714BF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7"/>
                <w:szCs w:val="17"/>
                <w:lang w:val="it-IT" w:eastAsia="it-IT"/>
              </w:rPr>
            </w:pPr>
            <w:r w:rsidRPr="006F4934">
              <w:rPr>
                <w:rFonts w:eastAsia="Times New Roman" w:cs="Times New Roman"/>
                <w:b/>
                <w:bCs/>
                <w:color w:val="FFFFFF"/>
                <w:sz w:val="17"/>
                <w:lang w:eastAsia="it-IT"/>
              </w:rPr>
              <w:t>TOTALE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1F4E78"/>
            <w:vAlign w:val="center"/>
            <w:hideMark/>
          </w:tcPr>
          <w:p w14:paraId="47C622C8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7"/>
                <w:szCs w:val="17"/>
                <w:lang w:val="it-IT" w:eastAsia="it-IT"/>
              </w:rPr>
            </w:pPr>
            <w:r w:rsidRPr="006F4934">
              <w:rPr>
                <w:rFonts w:eastAsia="Times New Roman" w:cs="Times New Roman"/>
                <w:b/>
                <w:bCs/>
                <w:color w:val="FFFFFF"/>
                <w:sz w:val="17"/>
                <w:lang w:eastAsia="it-IT"/>
              </w:rPr>
              <w:t>100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D9EAF7"/>
            <w:vAlign w:val="center"/>
            <w:hideMark/>
          </w:tcPr>
          <w:p w14:paraId="17311E1D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D9EAF7"/>
            <w:vAlign w:val="center"/>
            <w:hideMark/>
          </w:tcPr>
          <w:p w14:paraId="525CEEA3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D9EAF7"/>
            <w:vAlign w:val="center"/>
            <w:hideMark/>
          </w:tcPr>
          <w:p w14:paraId="523BD495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81640D" w:rsidRPr="006F4934" w14:paraId="5AF056BF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1F3489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val="it-IT" w:eastAsia="it-IT"/>
              </w:rPr>
            </w:pPr>
            <w:r w:rsidRPr="006F4934">
              <w:rPr>
                <w:rFonts w:eastAsia="Times New Roman" w:cs="Times New Roman"/>
                <w:b/>
                <w:bCs/>
                <w:color w:val="FFFFFF"/>
                <w:sz w:val="18"/>
                <w:lang w:eastAsia="it-IT"/>
              </w:rPr>
              <w:t>ELENCO ANALITICO DEI TITOLI E DELLE ESPERIENZE DICHIARATI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F3C8B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val="it-IT" w:eastAsia="it-IT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272FD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25397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D8F1D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81B68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81640D" w:rsidRPr="006F4934" w14:paraId="232FE2C4" w14:textId="77777777" w:rsidTr="00AD77F6">
        <w:trPr>
          <w:trHeight w:val="600"/>
        </w:trPr>
        <w:tc>
          <w:tcPr>
            <w:tcW w:w="1528" w:type="pct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5B9BD5"/>
            <w:vAlign w:val="center"/>
            <w:hideMark/>
          </w:tcPr>
          <w:p w14:paraId="513CC1CA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N.</w:t>
            </w:r>
          </w:p>
        </w:tc>
        <w:tc>
          <w:tcPr>
            <w:tcW w:w="1349" w:type="pct"/>
            <w:tcBorders>
              <w:top w:val="single" w:sz="8" w:space="0" w:color="7F8C8D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5B9BD5"/>
            <w:vAlign w:val="center"/>
            <w:hideMark/>
          </w:tcPr>
          <w:p w14:paraId="22E34B82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 xml:space="preserve">Titolo /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esperienza</w:t>
            </w:r>
            <w:proofErr w:type="spellEnd"/>
          </w:p>
        </w:tc>
        <w:tc>
          <w:tcPr>
            <w:tcW w:w="570" w:type="pct"/>
            <w:tcBorders>
              <w:top w:val="single" w:sz="8" w:space="0" w:color="7F8C8D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5B9BD5"/>
            <w:vAlign w:val="center"/>
            <w:hideMark/>
          </w:tcPr>
          <w:p w14:paraId="04D48E00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Ente</w:t>
            </w:r>
          </w:p>
        </w:tc>
        <w:tc>
          <w:tcPr>
            <w:tcW w:w="842" w:type="pct"/>
            <w:tcBorders>
              <w:top w:val="single" w:sz="8" w:space="0" w:color="7F8C8D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5B9BD5"/>
            <w:vAlign w:val="center"/>
            <w:hideMark/>
          </w:tcPr>
          <w:p w14:paraId="69584C52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5"/>
                <w:szCs w:val="15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Periodo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 xml:space="preserve"> / data</w:t>
            </w:r>
          </w:p>
        </w:tc>
        <w:tc>
          <w:tcPr>
            <w:tcW w:w="395" w:type="pct"/>
            <w:tcBorders>
              <w:top w:val="single" w:sz="8" w:space="0" w:color="7F8C8D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5B9BD5"/>
            <w:vAlign w:val="center"/>
            <w:hideMark/>
          </w:tcPr>
          <w:p w14:paraId="7B74DA13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5"/>
                <w:szCs w:val="15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Durata</w:t>
            </w:r>
            <w:proofErr w:type="spellEnd"/>
          </w:p>
        </w:tc>
        <w:tc>
          <w:tcPr>
            <w:tcW w:w="316" w:type="pct"/>
            <w:tcBorders>
              <w:top w:val="single" w:sz="8" w:space="0" w:color="7F8C8D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5B9BD5"/>
            <w:vAlign w:val="center"/>
            <w:hideMark/>
          </w:tcPr>
          <w:p w14:paraId="4CDF0782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5"/>
                <w:szCs w:val="15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Pagina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 xml:space="preserve"> CV /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FFFFFF"/>
                <w:sz w:val="15"/>
                <w:lang w:eastAsia="it-IT"/>
              </w:rPr>
              <w:t>allegato</w:t>
            </w:r>
            <w:proofErr w:type="spellEnd"/>
          </w:p>
        </w:tc>
      </w:tr>
      <w:tr w:rsidR="0081640D" w:rsidRPr="006F4934" w14:paraId="5957F666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7F1B3930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1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526DEB49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5DE82B4E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2ED23CBC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5270B344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489A0FAB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81640D" w:rsidRPr="006F4934" w14:paraId="22FDA3E6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1E949ABF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2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4601563F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3C5685F4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5E5DBE07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4D4FEAF5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0DF59FBC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81640D" w:rsidRPr="006F4934" w14:paraId="7CE7A35D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778575A9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3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55FFBCB2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4EF6CC82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6D107AE1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2C46F9E8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39EE0FF9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81640D" w:rsidRPr="006F4934" w14:paraId="5B1CEC35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5D7313CE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4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22CBAAC4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7A62EE60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405FDC86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389BE010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4EEFA86B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81640D" w:rsidRPr="006F4934" w14:paraId="5152385C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7F9E9733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5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021B7997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73144548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6BB2DA89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4776A298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2D487F8E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81640D" w:rsidRPr="006F4934" w14:paraId="5F748C99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5A491017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6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3FFB270F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21164916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6EFE9446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378B45FB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75086E18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81640D" w:rsidRPr="006F4934" w14:paraId="51B4CA26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1542A96B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7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396A2D90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3962AFED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1A03DCEF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213F7B64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1B6D7882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81640D" w:rsidRPr="006F4934" w14:paraId="702D8286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1FBBF31E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8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086A7B2D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78042671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5243A6A0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085C1F6C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512E16CC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81640D" w:rsidRPr="006F4934" w14:paraId="210459D3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1CF53688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9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0639CFF5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72EBA798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558957E5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10FDD8C4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7571923E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81640D" w:rsidRPr="006F4934" w14:paraId="77B21575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3EF6AC86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10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1845655A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394DEAEA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7D39D5D7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2ECD9A35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20A1BBE5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81640D" w:rsidRPr="006F4934" w14:paraId="533ED6BC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05EE1E79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11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1B13A9E7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5C69C142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6027DF9C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74BA4D51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EEF5FB"/>
            <w:vAlign w:val="center"/>
            <w:hideMark/>
          </w:tcPr>
          <w:p w14:paraId="2A3520FA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81640D" w:rsidRPr="006F4934" w14:paraId="018D652D" w14:textId="77777777" w:rsidTr="00AD77F6">
        <w:trPr>
          <w:trHeight w:val="315"/>
        </w:trPr>
        <w:tc>
          <w:tcPr>
            <w:tcW w:w="1528" w:type="pct"/>
            <w:tcBorders>
              <w:top w:val="nil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2CC0C1D1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15"/>
                <w:szCs w:val="15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5"/>
                <w:lang w:eastAsia="it-IT"/>
              </w:rPr>
              <w:t>12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79D82865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749290BE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35C7B226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490A2FA6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7F8C8D"/>
              <w:right w:val="single" w:sz="8" w:space="0" w:color="7F8C8D"/>
            </w:tcBorders>
            <w:shd w:val="clear" w:color="000000" w:fill="FFFFFF"/>
            <w:vAlign w:val="center"/>
            <w:hideMark/>
          </w:tcPr>
          <w:p w14:paraId="26D2D6F6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000000"/>
                <w:szCs w:val="21"/>
                <w:lang w:eastAsia="it-IT"/>
              </w:rPr>
              <w:t> </w:t>
            </w:r>
          </w:p>
        </w:tc>
      </w:tr>
      <w:tr w:rsidR="004714BF" w:rsidRPr="006F4934" w14:paraId="4A1C2FE3" w14:textId="77777777" w:rsidTr="006F4934">
        <w:trPr>
          <w:trHeight w:val="900"/>
        </w:trPr>
        <w:tc>
          <w:tcPr>
            <w:tcW w:w="5000" w:type="pct"/>
            <w:gridSpan w:val="6"/>
            <w:tcBorders>
              <w:top w:val="single" w:sz="8" w:space="0" w:color="7F8C8D"/>
              <w:left w:val="single" w:sz="8" w:space="0" w:color="D6B656"/>
              <w:bottom w:val="single" w:sz="8" w:space="0" w:color="D6B656"/>
              <w:right w:val="single" w:sz="8" w:space="0" w:color="D6B656"/>
            </w:tcBorders>
            <w:shd w:val="clear" w:color="000000" w:fill="FFF2CC"/>
            <w:vAlign w:val="center"/>
            <w:hideMark/>
          </w:tcPr>
          <w:p w14:paraId="286F1F9A" w14:textId="44448EC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b/>
                <w:bCs/>
                <w:color w:val="1F4E78"/>
                <w:sz w:val="17"/>
                <w:szCs w:val="17"/>
                <w:lang w:val="it-IT" w:eastAsia="it-IT"/>
              </w:rPr>
            </w:pPr>
          </w:p>
        </w:tc>
      </w:tr>
      <w:tr w:rsidR="004714BF" w:rsidRPr="006F4934" w14:paraId="7F5E851C" w14:textId="77777777" w:rsidTr="006F4934">
        <w:trPr>
          <w:trHeight w:val="315"/>
        </w:trPr>
        <w:tc>
          <w:tcPr>
            <w:tcW w:w="5000" w:type="pct"/>
            <w:gridSpan w:val="6"/>
            <w:tcBorders>
              <w:top w:val="single" w:sz="8" w:space="0" w:color="D6B656"/>
              <w:left w:val="single" w:sz="8" w:space="0" w:color="1F4E78"/>
              <w:bottom w:val="single" w:sz="8" w:space="0" w:color="1F4E78"/>
              <w:right w:val="single" w:sz="8" w:space="0" w:color="1F4E78"/>
            </w:tcBorders>
            <w:shd w:val="clear" w:color="000000" w:fill="1F4E78"/>
            <w:vAlign w:val="center"/>
            <w:hideMark/>
          </w:tcPr>
          <w:p w14:paraId="3665EDBF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Cs w:val="21"/>
                <w:lang w:val="it-IT" w:eastAsia="it-IT"/>
              </w:rPr>
            </w:pPr>
            <w:r w:rsidRPr="006F4934">
              <w:rPr>
                <w:rFonts w:eastAsia="Times New Roman" w:cs="Times New Roman"/>
                <w:b/>
                <w:bCs/>
                <w:color w:val="FFFFFF"/>
                <w:szCs w:val="21"/>
                <w:lang w:eastAsia="it-IT"/>
              </w:rPr>
              <w:t>4. DICHIARAZIONI FINALI</w:t>
            </w:r>
          </w:p>
        </w:tc>
      </w:tr>
      <w:tr w:rsidR="0081640D" w:rsidRPr="006F4934" w14:paraId="19F21BF7" w14:textId="77777777" w:rsidTr="00AD77F6">
        <w:trPr>
          <w:trHeight w:val="30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25835F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Cs w:val="21"/>
                <w:lang w:val="it-IT" w:eastAsia="it-IT"/>
              </w:rPr>
            </w:pP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DCBA0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9731F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2365E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C9747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4648D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5A2790" w:rsidRPr="006F4934" w14:paraId="060E27AD" w14:textId="77777777" w:rsidTr="00AD77F6">
        <w:trPr>
          <w:trHeight w:val="300"/>
        </w:trPr>
        <w:tc>
          <w:tcPr>
            <w:tcW w:w="287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2782AE" w14:textId="77777777" w:rsidR="004714BF" w:rsidRPr="006F4934" w:rsidRDefault="004714BF" w:rsidP="004714BF">
            <w:pPr>
              <w:spacing w:after="0" w:line="240" w:lineRule="auto"/>
              <w:ind w:firstLineChars="100" w:firstLine="180"/>
              <w:rPr>
                <w:rFonts w:eastAsia="Times New Roman" w:cs="Times New Roman"/>
                <w:color w:val="1F1F1F"/>
                <w:sz w:val="18"/>
                <w:szCs w:val="18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 xml:space="preserve">• tutti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>i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>titoli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 xml:space="preserve"> e le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>esperienze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>indicati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>sono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>posseduti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 xml:space="preserve"> alla data di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>scadenza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>dell’Avviso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>;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D5702" w14:textId="77777777" w:rsidR="004714BF" w:rsidRPr="006F4934" w:rsidRDefault="004714BF" w:rsidP="004714BF">
            <w:pPr>
              <w:spacing w:after="0" w:line="240" w:lineRule="auto"/>
              <w:ind w:firstLineChars="100" w:firstLine="180"/>
              <w:rPr>
                <w:rFonts w:eastAsia="Times New Roman" w:cs="Times New Roman"/>
                <w:color w:val="1F1F1F"/>
                <w:sz w:val="18"/>
                <w:szCs w:val="18"/>
                <w:lang w:val="it-IT" w:eastAsia="it-IT"/>
              </w:rPr>
            </w:pP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F9CB3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B68FB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71284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5A2790" w:rsidRPr="006F4934" w14:paraId="48154056" w14:textId="77777777" w:rsidTr="00AD77F6">
        <w:trPr>
          <w:trHeight w:val="300"/>
        </w:trPr>
        <w:tc>
          <w:tcPr>
            <w:tcW w:w="287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4C387" w14:textId="77777777" w:rsidR="004714BF" w:rsidRPr="006F4934" w:rsidRDefault="004714BF" w:rsidP="004714BF">
            <w:pPr>
              <w:spacing w:after="0" w:line="240" w:lineRule="auto"/>
              <w:ind w:firstLineChars="100" w:firstLine="180"/>
              <w:rPr>
                <w:rFonts w:eastAsia="Times New Roman" w:cs="Times New Roman"/>
                <w:color w:val="1F1F1F"/>
                <w:sz w:val="18"/>
                <w:szCs w:val="18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 xml:space="preserve">• i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>titoli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>utilizzati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 xml:space="preserve"> come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>requisito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>minimo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 xml:space="preserve"> di accesso non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>sono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>stati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>conteggiati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>tra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>quelli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>ulteriormente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>valutabili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>;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E0E45" w14:textId="77777777" w:rsidR="004714BF" w:rsidRPr="006F4934" w:rsidRDefault="004714BF" w:rsidP="004714BF">
            <w:pPr>
              <w:spacing w:after="0" w:line="240" w:lineRule="auto"/>
              <w:ind w:firstLineChars="100" w:firstLine="180"/>
              <w:rPr>
                <w:rFonts w:eastAsia="Times New Roman" w:cs="Times New Roman"/>
                <w:color w:val="1F1F1F"/>
                <w:sz w:val="18"/>
                <w:szCs w:val="18"/>
                <w:lang w:val="it-IT" w:eastAsia="it-IT"/>
              </w:rPr>
            </w:pP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67369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67735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81408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5A2790" w:rsidRPr="006F4934" w14:paraId="6A96597A" w14:textId="77777777" w:rsidTr="00AD77F6">
        <w:trPr>
          <w:trHeight w:val="300"/>
        </w:trPr>
        <w:tc>
          <w:tcPr>
            <w:tcW w:w="287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1FD61" w14:textId="77777777" w:rsidR="004714BF" w:rsidRPr="006F4934" w:rsidRDefault="004714BF" w:rsidP="004714BF">
            <w:pPr>
              <w:spacing w:after="0" w:line="240" w:lineRule="auto"/>
              <w:ind w:firstLineChars="100" w:firstLine="180"/>
              <w:rPr>
                <w:rFonts w:eastAsia="Times New Roman" w:cs="Times New Roman"/>
                <w:color w:val="1F1F1F"/>
                <w:sz w:val="18"/>
                <w:szCs w:val="18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 xml:space="preserve">• la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>medesima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>esperienza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 xml:space="preserve"> non è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>stata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>inserita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 xml:space="preserve"> in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>più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>categorie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 xml:space="preserve"> di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>valutazione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>;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25FC8" w14:textId="77777777" w:rsidR="004714BF" w:rsidRPr="006F4934" w:rsidRDefault="004714BF" w:rsidP="004714BF">
            <w:pPr>
              <w:spacing w:after="0" w:line="240" w:lineRule="auto"/>
              <w:ind w:firstLineChars="100" w:firstLine="180"/>
              <w:rPr>
                <w:rFonts w:eastAsia="Times New Roman" w:cs="Times New Roman"/>
                <w:color w:val="1F1F1F"/>
                <w:sz w:val="18"/>
                <w:szCs w:val="18"/>
                <w:lang w:val="it-IT" w:eastAsia="it-IT"/>
              </w:rPr>
            </w:pP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16B14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59590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7911A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5A2790" w:rsidRPr="006F4934" w14:paraId="0D13849C" w14:textId="77777777" w:rsidTr="00AD77F6">
        <w:trPr>
          <w:trHeight w:val="300"/>
        </w:trPr>
        <w:tc>
          <w:tcPr>
            <w:tcW w:w="287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37EA7" w14:textId="77777777" w:rsidR="004714BF" w:rsidRPr="006F4934" w:rsidRDefault="004714BF" w:rsidP="004714BF">
            <w:pPr>
              <w:spacing w:after="0" w:line="240" w:lineRule="auto"/>
              <w:ind w:firstLineChars="100" w:firstLine="180"/>
              <w:rPr>
                <w:rFonts w:eastAsia="Times New Roman" w:cs="Times New Roman"/>
                <w:color w:val="1F1F1F"/>
                <w:sz w:val="18"/>
                <w:szCs w:val="18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 xml:space="preserve">• i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>titoli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 xml:space="preserve"> e le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>esperienze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>sono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>riscontrabili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>nel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 xml:space="preserve"> curriculum vitae e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>nella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>documentazione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>allegata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>;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EA4A3" w14:textId="77777777" w:rsidR="004714BF" w:rsidRPr="006F4934" w:rsidRDefault="004714BF" w:rsidP="004714BF">
            <w:pPr>
              <w:spacing w:after="0" w:line="240" w:lineRule="auto"/>
              <w:ind w:firstLineChars="100" w:firstLine="180"/>
              <w:rPr>
                <w:rFonts w:eastAsia="Times New Roman" w:cs="Times New Roman"/>
                <w:color w:val="1F1F1F"/>
                <w:sz w:val="18"/>
                <w:szCs w:val="18"/>
                <w:lang w:val="it-IT" w:eastAsia="it-IT"/>
              </w:rPr>
            </w:pP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EBE21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0EBAE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E3712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5A2790" w:rsidRPr="006F4934" w14:paraId="1665C348" w14:textId="77777777" w:rsidTr="00AD77F6">
        <w:trPr>
          <w:trHeight w:val="300"/>
        </w:trPr>
        <w:tc>
          <w:tcPr>
            <w:tcW w:w="287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30AB2" w14:textId="77777777" w:rsidR="004714BF" w:rsidRPr="006F4934" w:rsidRDefault="004714BF" w:rsidP="004714BF">
            <w:pPr>
              <w:spacing w:after="0" w:line="240" w:lineRule="auto"/>
              <w:ind w:firstLineChars="100" w:firstLine="180"/>
              <w:rPr>
                <w:rFonts w:eastAsia="Times New Roman" w:cs="Times New Roman"/>
                <w:color w:val="1F1F1F"/>
                <w:sz w:val="18"/>
                <w:szCs w:val="18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 xml:space="preserve">• le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>indicazioni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>generiche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 xml:space="preserve">, incomplete o non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>verificabili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 xml:space="preserve"> non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>saranno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>valutate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>;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E2713" w14:textId="77777777" w:rsidR="004714BF" w:rsidRPr="006F4934" w:rsidRDefault="004714BF" w:rsidP="004714BF">
            <w:pPr>
              <w:spacing w:after="0" w:line="240" w:lineRule="auto"/>
              <w:ind w:firstLineChars="100" w:firstLine="180"/>
              <w:rPr>
                <w:rFonts w:eastAsia="Times New Roman" w:cs="Times New Roman"/>
                <w:color w:val="1F1F1F"/>
                <w:sz w:val="18"/>
                <w:szCs w:val="18"/>
                <w:lang w:val="it-IT" w:eastAsia="it-IT"/>
              </w:rPr>
            </w:pP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E10FF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EBB4F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4BA23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5A2790" w:rsidRPr="006F4934" w14:paraId="2B4005FE" w14:textId="77777777" w:rsidTr="00AD77F6">
        <w:trPr>
          <w:trHeight w:val="300"/>
        </w:trPr>
        <w:tc>
          <w:tcPr>
            <w:tcW w:w="287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0170A7" w14:textId="77777777" w:rsidR="004714BF" w:rsidRPr="006F4934" w:rsidRDefault="004714BF" w:rsidP="004714BF">
            <w:pPr>
              <w:spacing w:after="0" w:line="240" w:lineRule="auto"/>
              <w:ind w:firstLineChars="100" w:firstLine="180"/>
              <w:rPr>
                <w:rFonts w:eastAsia="Times New Roman" w:cs="Times New Roman"/>
                <w:color w:val="1F1F1F"/>
                <w:sz w:val="18"/>
                <w:szCs w:val="18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 xml:space="preserve">• la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>Commissione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>può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>rettificare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 xml:space="preserve"> il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>punteggio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>dichiarato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>applicando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>i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>criteri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>dell’Avviso</w:t>
            </w:r>
            <w:proofErr w:type="spellEnd"/>
            <w:r w:rsidRPr="006F4934">
              <w:rPr>
                <w:rFonts w:eastAsia="Times New Roman" w:cs="Times New Roman"/>
                <w:color w:val="1F1F1F"/>
                <w:sz w:val="18"/>
                <w:lang w:eastAsia="it-IT"/>
              </w:rPr>
              <w:t>.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BAC28" w14:textId="77777777" w:rsidR="004714BF" w:rsidRPr="006F4934" w:rsidRDefault="004714BF" w:rsidP="004714BF">
            <w:pPr>
              <w:spacing w:after="0" w:line="240" w:lineRule="auto"/>
              <w:ind w:firstLineChars="100" w:firstLine="180"/>
              <w:rPr>
                <w:rFonts w:eastAsia="Times New Roman" w:cs="Times New Roman"/>
                <w:color w:val="1F1F1F"/>
                <w:sz w:val="18"/>
                <w:szCs w:val="18"/>
                <w:lang w:val="it-IT" w:eastAsia="it-IT"/>
              </w:rPr>
            </w:pP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84D2E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59E99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238F6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81640D" w:rsidRPr="006F4934" w14:paraId="3527027E" w14:textId="77777777" w:rsidTr="00AD77F6">
        <w:trPr>
          <w:trHeight w:val="30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2A5D5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0BDEF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366B2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791A7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BAF72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6AB50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81640D" w:rsidRPr="006F4934" w14:paraId="5F14877A" w14:textId="77777777" w:rsidTr="00AD77F6">
        <w:trPr>
          <w:trHeight w:val="48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975ADD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b/>
                <w:bCs/>
                <w:color w:val="1F1F1F"/>
                <w:sz w:val="18"/>
                <w:szCs w:val="18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b/>
                <w:bCs/>
                <w:color w:val="1F1F1F"/>
                <w:sz w:val="18"/>
                <w:lang w:eastAsia="it-IT"/>
              </w:rPr>
              <w:lastRenderedPageBreak/>
              <w:t>Luogo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1F1F1F"/>
                <w:sz w:val="18"/>
                <w:lang w:eastAsia="it-IT"/>
              </w:rPr>
              <w:t xml:space="preserve"> e data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85A7E1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1F1F1F"/>
                <w:sz w:val="18"/>
                <w:szCs w:val="18"/>
                <w:lang w:val="it-IT" w:eastAsia="it-IT"/>
              </w:rPr>
            </w:pPr>
            <w:proofErr w:type="spellStart"/>
            <w:r w:rsidRPr="006F4934">
              <w:rPr>
                <w:rFonts w:eastAsia="Times New Roman" w:cs="Times New Roman"/>
                <w:b/>
                <w:bCs/>
                <w:color w:val="1F1F1F"/>
                <w:sz w:val="18"/>
                <w:lang w:eastAsia="it-IT"/>
              </w:rPr>
              <w:t>Firma</w:t>
            </w:r>
            <w:proofErr w:type="spellEnd"/>
            <w:r w:rsidRPr="006F4934">
              <w:rPr>
                <w:rFonts w:eastAsia="Times New Roman" w:cs="Times New Roman"/>
                <w:b/>
                <w:bCs/>
                <w:color w:val="1F1F1F"/>
                <w:sz w:val="18"/>
                <w:lang w:eastAsia="it-IT"/>
              </w:rPr>
              <w:t xml:space="preserve"> </w:t>
            </w:r>
            <w:proofErr w:type="spellStart"/>
            <w:r w:rsidRPr="006F4934">
              <w:rPr>
                <w:rFonts w:eastAsia="Times New Roman" w:cs="Times New Roman"/>
                <w:b/>
                <w:bCs/>
                <w:color w:val="1F1F1F"/>
                <w:sz w:val="18"/>
                <w:lang w:eastAsia="it-IT"/>
              </w:rPr>
              <w:t>leggibile</w:t>
            </w:r>
            <w:proofErr w:type="spellEnd"/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6232C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1F1F1F"/>
                <w:sz w:val="18"/>
                <w:szCs w:val="18"/>
                <w:lang w:val="it-IT" w:eastAsia="it-IT"/>
              </w:rPr>
            </w:pP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05747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12837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0B5A0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81640D" w:rsidRPr="006F4934" w14:paraId="44130882" w14:textId="77777777" w:rsidTr="00AD77F6">
        <w:trPr>
          <w:trHeight w:val="108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9E30AF" w14:textId="77777777" w:rsidR="004714BF" w:rsidRPr="006F4934" w:rsidRDefault="004714BF" w:rsidP="004714BF">
            <w:pPr>
              <w:spacing w:after="0" w:line="240" w:lineRule="auto"/>
              <w:rPr>
                <w:rFonts w:eastAsia="Times New Roman" w:cs="Times New Roman"/>
                <w:color w:val="1F1F1F"/>
                <w:sz w:val="20"/>
                <w:szCs w:val="20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20"/>
                <w:lang w:eastAsia="it-IT"/>
              </w:rPr>
              <w:t>________________________________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BE697E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20"/>
                <w:szCs w:val="20"/>
                <w:lang w:val="it-IT" w:eastAsia="it-IT"/>
              </w:rPr>
            </w:pPr>
            <w:r w:rsidRPr="006F4934">
              <w:rPr>
                <w:rFonts w:eastAsia="Times New Roman" w:cs="Times New Roman"/>
                <w:color w:val="1F1F1F"/>
                <w:sz w:val="20"/>
                <w:lang w:eastAsia="it-IT"/>
              </w:rPr>
              <w:t>________________________________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1B7ED" w14:textId="77777777" w:rsidR="004714BF" w:rsidRPr="006F4934" w:rsidRDefault="004714BF" w:rsidP="004714BF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20"/>
                <w:szCs w:val="20"/>
                <w:lang w:val="it-IT" w:eastAsia="it-IT"/>
              </w:rPr>
            </w:pP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9DEEF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A3684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A2890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81640D" w:rsidRPr="006F4934" w14:paraId="71F4E5C3" w14:textId="77777777" w:rsidTr="00AD77F6">
        <w:trPr>
          <w:trHeight w:val="30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A4828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EF3B5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8440A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712F1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E8330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BA7E5" w14:textId="77777777" w:rsidR="004714BF" w:rsidRPr="006F4934" w:rsidRDefault="004714BF" w:rsidP="0047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</w:tbl>
    <w:p w14:paraId="0178B5B1" w14:textId="77777777" w:rsidR="00B2116E" w:rsidRPr="006F4934" w:rsidRDefault="00B2116E" w:rsidP="006F4934"/>
    <w:sectPr w:rsidR="00B2116E" w:rsidRPr="006F4934" w:rsidSect="00034616">
      <w:pgSz w:w="15840" w:h="12240" w:orient="landscape"/>
      <w:pgMar w:top="737" w:right="737" w:bottom="737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57150992">
    <w:abstractNumId w:val="8"/>
  </w:num>
  <w:num w:numId="2" w16cid:durableId="1666475295">
    <w:abstractNumId w:val="6"/>
  </w:num>
  <w:num w:numId="3" w16cid:durableId="884827255">
    <w:abstractNumId w:val="5"/>
  </w:num>
  <w:num w:numId="4" w16cid:durableId="328480499">
    <w:abstractNumId w:val="4"/>
  </w:num>
  <w:num w:numId="5" w16cid:durableId="1936205209">
    <w:abstractNumId w:val="7"/>
  </w:num>
  <w:num w:numId="6" w16cid:durableId="1087574637">
    <w:abstractNumId w:val="3"/>
  </w:num>
  <w:num w:numId="7" w16cid:durableId="1367178269">
    <w:abstractNumId w:val="2"/>
  </w:num>
  <w:num w:numId="8" w16cid:durableId="247424932">
    <w:abstractNumId w:val="1"/>
  </w:num>
  <w:num w:numId="9" w16cid:durableId="1872956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1454"/>
    <w:rsid w:val="0006063C"/>
    <w:rsid w:val="000F0804"/>
    <w:rsid w:val="0015074B"/>
    <w:rsid w:val="00162701"/>
    <w:rsid w:val="00184993"/>
    <w:rsid w:val="001B1BB6"/>
    <w:rsid w:val="001E0E05"/>
    <w:rsid w:val="00283BE6"/>
    <w:rsid w:val="0029639D"/>
    <w:rsid w:val="00301831"/>
    <w:rsid w:val="00326F90"/>
    <w:rsid w:val="00370374"/>
    <w:rsid w:val="00393550"/>
    <w:rsid w:val="003B0A48"/>
    <w:rsid w:val="004013FB"/>
    <w:rsid w:val="004714BF"/>
    <w:rsid w:val="00490FB7"/>
    <w:rsid w:val="004E5A34"/>
    <w:rsid w:val="004F2112"/>
    <w:rsid w:val="005533FE"/>
    <w:rsid w:val="005636C0"/>
    <w:rsid w:val="005A2790"/>
    <w:rsid w:val="00617F22"/>
    <w:rsid w:val="006C2FED"/>
    <w:rsid w:val="006F4934"/>
    <w:rsid w:val="0070197D"/>
    <w:rsid w:val="007518FD"/>
    <w:rsid w:val="00780105"/>
    <w:rsid w:val="007849AD"/>
    <w:rsid w:val="007A16E4"/>
    <w:rsid w:val="007C13E2"/>
    <w:rsid w:val="007F119B"/>
    <w:rsid w:val="0081640D"/>
    <w:rsid w:val="0083460A"/>
    <w:rsid w:val="008C621C"/>
    <w:rsid w:val="00964B58"/>
    <w:rsid w:val="009B1E6C"/>
    <w:rsid w:val="00A65278"/>
    <w:rsid w:val="00AA1D8D"/>
    <w:rsid w:val="00AC6F11"/>
    <w:rsid w:val="00AD77F6"/>
    <w:rsid w:val="00B2116E"/>
    <w:rsid w:val="00B47730"/>
    <w:rsid w:val="00B53D20"/>
    <w:rsid w:val="00B55127"/>
    <w:rsid w:val="00B717C1"/>
    <w:rsid w:val="00C023E5"/>
    <w:rsid w:val="00C17F89"/>
    <w:rsid w:val="00C36483"/>
    <w:rsid w:val="00C3691C"/>
    <w:rsid w:val="00C453DA"/>
    <w:rsid w:val="00CB0664"/>
    <w:rsid w:val="00D0139B"/>
    <w:rsid w:val="00DC33E7"/>
    <w:rsid w:val="00E25AFE"/>
    <w:rsid w:val="00F223B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A48089"/>
  <w14:defaultImageDpi w14:val="300"/>
  <w15:docId w15:val="{E22F9A8D-A9DF-4EA6-B09C-ACA04667F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80" w:line="252" w:lineRule="auto"/>
    </w:pPr>
    <w:rPr>
      <w:rFonts w:ascii="Aptos" w:hAnsi="Aptos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semiHidden/>
    <w:unhideWhenUsed/>
    <w:rsid w:val="006F4934"/>
    <w:rPr>
      <w:color w:val="467886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F4934"/>
    <w:rPr>
      <w:color w:val="96607D"/>
      <w:u w:val="single"/>
    </w:rPr>
  </w:style>
  <w:style w:type="paragraph" w:customStyle="1" w:styleId="msonormal0">
    <w:name w:val="msonormal"/>
    <w:basedOn w:val="Normale"/>
    <w:rsid w:val="006F4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xl65">
    <w:name w:val="xl65"/>
    <w:basedOn w:val="Normale"/>
    <w:rsid w:val="006F4934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1"/>
      <w:lang w:val="it-IT" w:eastAsia="it-IT"/>
    </w:rPr>
  </w:style>
  <w:style w:type="paragraph" w:customStyle="1" w:styleId="xl66">
    <w:name w:val="xl66"/>
    <w:basedOn w:val="Normale"/>
    <w:rsid w:val="006F4934"/>
    <w:pPr>
      <w:pBdr>
        <w:top w:val="single" w:sz="8" w:space="0" w:color="A6A6A6"/>
        <w:left w:val="single" w:sz="8" w:space="0" w:color="A6A6A6"/>
        <w:bottom w:val="single" w:sz="8" w:space="0" w:color="A6A6A6"/>
        <w:right w:val="single" w:sz="8" w:space="0" w:color="A6A6A6"/>
      </w:pBdr>
      <w:shd w:val="clear" w:color="000000" w:fill="2F75B5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FFFFFF"/>
      <w:sz w:val="18"/>
      <w:szCs w:val="18"/>
      <w:lang w:val="it-IT" w:eastAsia="it-IT"/>
    </w:rPr>
  </w:style>
  <w:style w:type="paragraph" w:customStyle="1" w:styleId="xl67">
    <w:name w:val="xl67"/>
    <w:basedOn w:val="Normale"/>
    <w:rsid w:val="006F4934"/>
    <w:pPr>
      <w:pBdr>
        <w:top w:val="single" w:sz="8" w:space="0" w:color="A6A6A6"/>
        <w:bottom w:val="single" w:sz="8" w:space="0" w:color="A6A6A6"/>
        <w:right w:val="single" w:sz="8" w:space="0" w:color="A6A6A6"/>
      </w:pBdr>
      <w:shd w:val="clear" w:color="000000" w:fill="EEF5FB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1F1F1F"/>
      <w:sz w:val="18"/>
      <w:szCs w:val="18"/>
      <w:lang w:val="it-IT" w:eastAsia="it-IT"/>
    </w:rPr>
  </w:style>
  <w:style w:type="paragraph" w:customStyle="1" w:styleId="xl68">
    <w:name w:val="xl68"/>
    <w:basedOn w:val="Normale"/>
    <w:rsid w:val="006F4934"/>
    <w:pPr>
      <w:pBdr>
        <w:left w:val="single" w:sz="8" w:space="0" w:color="A6A6A6"/>
        <w:bottom w:val="single" w:sz="8" w:space="0" w:color="A6A6A6"/>
        <w:right w:val="single" w:sz="8" w:space="0" w:color="A6A6A6"/>
      </w:pBdr>
      <w:shd w:val="clear" w:color="000000" w:fill="2F75B5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FFFFFF"/>
      <w:sz w:val="18"/>
      <w:szCs w:val="18"/>
      <w:lang w:val="it-IT" w:eastAsia="it-IT"/>
    </w:rPr>
  </w:style>
  <w:style w:type="paragraph" w:customStyle="1" w:styleId="xl69">
    <w:name w:val="xl69"/>
    <w:basedOn w:val="Normale"/>
    <w:rsid w:val="006F4934"/>
    <w:pPr>
      <w:pBdr>
        <w:bottom w:val="single" w:sz="8" w:space="0" w:color="A6A6A6"/>
        <w:right w:val="single" w:sz="8" w:space="0" w:color="A6A6A6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1F1F1F"/>
      <w:sz w:val="18"/>
      <w:szCs w:val="18"/>
      <w:lang w:val="it-IT" w:eastAsia="it-IT"/>
    </w:rPr>
  </w:style>
  <w:style w:type="paragraph" w:customStyle="1" w:styleId="xl70">
    <w:name w:val="xl70"/>
    <w:basedOn w:val="Normale"/>
    <w:rsid w:val="006F4934"/>
    <w:pPr>
      <w:pBdr>
        <w:bottom w:val="single" w:sz="8" w:space="0" w:color="A6A6A6"/>
        <w:right w:val="single" w:sz="8" w:space="0" w:color="A6A6A6"/>
      </w:pBdr>
      <w:shd w:val="clear" w:color="000000" w:fill="EEF5FB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1F1F1F"/>
      <w:sz w:val="18"/>
      <w:szCs w:val="18"/>
      <w:lang w:val="it-IT" w:eastAsia="it-IT"/>
    </w:rPr>
  </w:style>
  <w:style w:type="paragraph" w:customStyle="1" w:styleId="xl71">
    <w:name w:val="xl71"/>
    <w:basedOn w:val="Normale"/>
    <w:rsid w:val="006F4934"/>
    <w:pPr>
      <w:pBdr>
        <w:bottom w:val="single" w:sz="8" w:space="0" w:color="A6A6A6"/>
        <w:right w:val="single" w:sz="8" w:space="0" w:color="A6A6A6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1F1F1F"/>
      <w:sz w:val="18"/>
      <w:szCs w:val="18"/>
      <w:lang w:val="it-IT" w:eastAsia="it-IT"/>
    </w:rPr>
  </w:style>
  <w:style w:type="paragraph" w:customStyle="1" w:styleId="xl72">
    <w:name w:val="xl72"/>
    <w:basedOn w:val="Normale"/>
    <w:rsid w:val="006F4934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1F1F1F"/>
      <w:sz w:val="20"/>
      <w:szCs w:val="20"/>
      <w:lang w:val="it-IT" w:eastAsia="it-IT"/>
    </w:rPr>
  </w:style>
  <w:style w:type="paragraph" w:customStyle="1" w:styleId="xl73">
    <w:name w:val="xl73"/>
    <w:basedOn w:val="Normale"/>
    <w:rsid w:val="006F4934"/>
    <w:pPr>
      <w:pBdr>
        <w:top w:val="single" w:sz="8" w:space="0" w:color="8FAADC"/>
        <w:left w:val="single" w:sz="8" w:space="0" w:color="8FAADC"/>
        <w:bottom w:val="single" w:sz="8" w:space="0" w:color="8FAADC"/>
        <w:right w:val="single" w:sz="8" w:space="0" w:color="8FAADC"/>
      </w:pBdr>
      <w:shd w:val="clear" w:color="000000" w:fill="D9EAF7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1F1F1F"/>
      <w:sz w:val="16"/>
      <w:szCs w:val="16"/>
      <w:lang w:val="it-IT" w:eastAsia="it-IT"/>
    </w:rPr>
  </w:style>
  <w:style w:type="paragraph" w:customStyle="1" w:styleId="xl74">
    <w:name w:val="xl74"/>
    <w:basedOn w:val="Normale"/>
    <w:rsid w:val="006F4934"/>
    <w:pPr>
      <w:pBdr>
        <w:top w:val="single" w:sz="8" w:space="0" w:color="8FAADC"/>
        <w:bottom w:val="single" w:sz="8" w:space="0" w:color="8FAADC"/>
        <w:right w:val="single" w:sz="8" w:space="0" w:color="8FAADC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1"/>
      <w:lang w:val="it-IT" w:eastAsia="it-IT"/>
    </w:rPr>
  </w:style>
  <w:style w:type="paragraph" w:customStyle="1" w:styleId="xl75">
    <w:name w:val="xl75"/>
    <w:basedOn w:val="Normale"/>
    <w:rsid w:val="006F4934"/>
    <w:pPr>
      <w:pBdr>
        <w:top w:val="single" w:sz="8" w:space="0" w:color="8FAADC"/>
        <w:bottom w:val="single" w:sz="8" w:space="0" w:color="8FAADC"/>
        <w:right w:val="single" w:sz="8" w:space="0" w:color="8FAADC"/>
      </w:pBdr>
      <w:shd w:val="clear" w:color="000000" w:fill="D9EAF7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1F1F1F"/>
      <w:sz w:val="16"/>
      <w:szCs w:val="16"/>
      <w:lang w:val="it-IT" w:eastAsia="it-IT"/>
    </w:rPr>
  </w:style>
  <w:style w:type="paragraph" w:customStyle="1" w:styleId="xl76">
    <w:name w:val="xl76"/>
    <w:basedOn w:val="Normale"/>
    <w:rsid w:val="006F4934"/>
    <w:pPr>
      <w:pBdr>
        <w:left w:val="single" w:sz="8" w:space="0" w:color="8FAADC"/>
        <w:bottom w:val="single" w:sz="8" w:space="0" w:color="8FAADC"/>
        <w:right w:val="single" w:sz="8" w:space="0" w:color="8FAADC"/>
      </w:pBdr>
      <w:shd w:val="clear" w:color="000000" w:fill="D9EAF7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1F1F1F"/>
      <w:sz w:val="16"/>
      <w:szCs w:val="16"/>
      <w:lang w:val="it-IT" w:eastAsia="it-IT"/>
    </w:rPr>
  </w:style>
  <w:style w:type="paragraph" w:customStyle="1" w:styleId="xl77">
    <w:name w:val="xl77"/>
    <w:basedOn w:val="Normale"/>
    <w:rsid w:val="006F4934"/>
    <w:pPr>
      <w:pBdr>
        <w:bottom w:val="single" w:sz="8" w:space="0" w:color="8FAADC"/>
        <w:right w:val="single" w:sz="8" w:space="0" w:color="8FAADC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1"/>
      <w:lang w:val="it-IT" w:eastAsia="it-IT"/>
    </w:rPr>
  </w:style>
  <w:style w:type="paragraph" w:customStyle="1" w:styleId="xl78">
    <w:name w:val="xl78"/>
    <w:basedOn w:val="Normale"/>
    <w:rsid w:val="006F4934"/>
    <w:pPr>
      <w:pBdr>
        <w:bottom w:val="single" w:sz="8" w:space="0" w:color="8FAADC"/>
        <w:right w:val="single" w:sz="8" w:space="0" w:color="8FAADC"/>
      </w:pBdr>
      <w:shd w:val="clear" w:color="000000" w:fill="D9EAF7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1F1F1F"/>
      <w:sz w:val="16"/>
      <w:szCs w:val="16"/>
      <w:lang w:val="it-IT" w:eastAsia="it-IT"/>
    </w:rPr>
  </w:style>
  <w:style w:type="paragraph" w:customStyle="1" w:styleId="xl79">
    <w:name w:val="xl79"/>
    <w:basedOn w:val="Normale"/>
    <w:rsid w:val="006F4934"/>
    <w:pPr>
      <w:pBdr>
        <w:bottom w:val="single" w:sz="8" w:space="0" w:color="8FAADC"/>
        <w:right w:val="single" w:sz="8" w:space="0" w:color="8FAADC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1F1F1F"/>
      <w:sz w:val="16"/>
      <w:szCs w:val="16"/>
      <w:lang w:val="it-IT" w:eastAsia="it-IT"/>
    </w:rPr>
  </w:style>
  <w:style w:type="paragraph" w:customStyle="1" w:styleId="xl80">
    <w:name w:val="xl80"/>
    <w:basedOn w:val="Normale"/>
    <w:rsid w:val="006F4934"/>
    <w:pPr>
      <w:pBdr>
        <w:top w:val="single" w:sz="8" w:space="0" w:color="8FAADC"/>
        <w:left w:val="single" w:sz="8" w:space="0" w:color="1F4E78"/>
        <w:bottom w:val="single" w:sz="8" w:space="0" w:color="1F4E78"/>
      </w:pBdr>
      <w:shd w:val="clear" w:color="000000" w:fill="1F4E78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FFFFFF"/>
      <w:szCs w:val="21"/>
      <w:lang w:val="it-IT" w:eastAsia="it-IT"/>
    </w:rPr>
  </w:style>
  <w:style w:type="paragraph" w:customStyle="1" w:styleId="xl81">
    <w:name w:val="xl81"/>
    <w:basedOn w:val="Normale"/>
    <w:rsid w:val="006F4934"/>
    <w:pPr>
      <w:pBdr>
        <w:top w:val="single" w:sz="8" w:space="0" w:color="8FAADC"/>
        <w:bottom w:val="single" w:sz="8" w:space="0" w:color="1F4E78"/>
      </w:pBdr>
      <w:shd w:val="clear" w:color="000000" w:fill="1F4E78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FFFFFF"/>
      <w:szCs w:val="21"/>
      <w:lang w:val="it-IT" w:eastAsia="it-IT"/>
    </w:rPr>
  </w:style>
  <w:style w:type="paragraph" w:customStyle="1" w:styleId="xl82">
    <w:name w:val="xl82"/>
    <w:basedOn w:val="Normale"/>
    <w:rsid w:val="006F4934"/>
    <w:pPr>
      <w:pBdr>
        <w:top w:val="single" w:sz="8" w:space="0" w:color="8FAADC"/>
        <w:bottom w:val="single" w:sz="8" w:space="0" w:color="1F4E78"/>
        <w:right w:val="single" w:sz="8" w:space="0" w:color="1F4E78"/>
      </w:pBdr>
      <w:shd w:val="clear" w:color="000000" w:fill="1F4E78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FFFFFF"/>
      <w:szCs w:val="21"/>
      <w:lang w:val="it-IT" w:eastAsia="it-IT"/>
    </w:rPr>
  </w:style>
  <w:style w:type="paragraph" w:customStyle="1" w:styleId="xl83">
    <w:name w:val="xl83"/>
    <w:basedOn w:val="Normale"/>
    <w:rsid w:val="006F4934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1F1F1F"/>
      <w:sz w:val="19"/>
      <w:szCs w:val="19"/>
      <w:lang w:val="it-IT" w:eastAsia="it-IT"/>
    </w:rPr>
  </w:style>
  <w:style w:type="paragraph" w:customStyle="1" w:styleId="xl84">
    <w:name w:val="xl84"/>
    <w:basedOn w:val="Normale"/>
    <w:rsid w:val="006F4934"/>
    <w:pPr>
      <w:pBdr>
        <w:top w:val="single" w:sz="8" w:space="0" w:color="7F8C8D"/>
        <w:left w:val="single" w:sz="8" w:space="0" w:color="7F8C8D"/>
        <w:bottom w:val="single" w:sz="8" w:space="0" w:color="7F8C8D"/>
        <w:right w:val="single" w:sz="8" w:space="0" w:color="7F8C8D"/>
      </w:pBdr>
      <w:shd w:val="clear" w:color="000000" w:fill="1F4E78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FFFF"/>
      <w:sz w:val="16"/>
      <w:szCs w:val="16"/>
      <w:lang w:val="it-IT" w:eastAsia="it-IT"/>
    </w:rPr>
  </w:style>
  <w:style w:type="paragraph" w:customStyle="1" w:styleId="xl85">
    <w:name w:val="xl85"/>
    <w:basedOn w:val="Normale"/>
    <w:rsid w:val="006F4934"/>
    <w:pPr>
      <w:pBdr>
        <w:top w:val="single" w:sz="8" w:space="0" w:color="7F8C8D"/>
        <w:bottom w:val="single" w:sz="8" w:space="0" w:color="7F8C8D"/>
        <w:right w:val="single" w:sz="8" w:space="0" w:color="7F8C8D"/>
      </w:pBdr>
      <w:shd w:val="clear" w:color="000000" w:fill="1F4E78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FFFF"/>
      <w:sz w:val="16"/>
      <w:szCs w:val="16"/>
      <w:lang w:val="it-IT" w:eastAsia="it-IT"/>
    </w:rPr>
  </w:style>
  <w:style w:type="paragraph" w:customStyle="1" w:styleId="xl86">
    <w:name w:val="xl86"/>
    <w:basedOn w:val="Normale"/>
    <w:rsid w:val="006F4934"/>
    <w:pPr>
      <w:pBdr>
        <w:left w:val="single" w:sz="8" w:space="0" w:color="7F8C8D"/>
        <w:bottom w:val="single" w:sz="8" w:space="0" w:color="7F8C8D"/>
        <w:right w:val="single" w:sz="8" w:space="0" w:color="7F8C8D"/>
      </w:pBdr>
      <w:shd w:val="clear" w:color="000000" w:fill="EEF5FB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1F1F1F"/>
      <w:sz w:val="16"/>
      <w:szCs w:val="16"/>
      <w:lang w:val="it-IT" w:eastAsia="it-IT"/>
    </w:rPr>
  </w:style>
  <w:style w:type="paragraph" w:customStyle="1" w:styleId="xl87">
    <w:name w:val="xl87"/>
    <w:basedOn w:val="Normale"/>
    <w:rsid w:val="006F4934"/>
    <w:pPr>
      <w:pBdr>
        <w:bottom w:val="single" w:sz="8" w:space="0" w:color="7F8C8D"/>
        <w:right w:val="single" w:sz="8" w:space="0" w:color="7F8C8D"/>
      </w:pBdr>
      <w:shd w:val="clear" w:color="000000" w:fill="EEF5FB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1F1F1F"/>
      <w:sz w:val="16"/>
      <w:szCs w:val="16"/>
      <w:lang w:val="it-IT" w:eastAsia="it-IT"/>
    </w:rPr>
  </w:style>
  <w:style w:type="paragraph" w:customStyle="1" w:styleId="xl88">
    <w:name w:val="xl88"/>
    <w:basedOn w:val="Normale"/>
    <w:rsid w:val="006F4934"/>
    <w:pPr>
      <w:pBdr>
        <w:bottom w:val="single" w:sz="8" w:space="0" w:color="7F8C8D"/>
        <w:right w:val="single" w:sz="8" w:space="0" w:color="7F8C8D"/>
      </w:pBdr>
      <w:shd w:val="clear" w:color="000000" w:fill="EEF5FB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1"/>
      <w:lang w:val="it-IT" w:eastAsia="it-IT"/>
    </w:rPr>
  </w:style>
  <w:style w:type="paragraph" w:customStyle="1" w:styleId="xl89">
    <w:name w:val="xl89"/>
    <w:basedOn w:val="Normale"/>
    <w:rsid w:val="006F4934"/>
    <w:pPr>
      <w:pBdr>
        <w:bottom w:val="single" w:sz="8" w:space="0" w:color="7F8C8D"/>
        <w:right w:val="single" w:sz="8" w:space="0" w:color="7F8C8D"/>
      </w:pBdr>
      <w:shd w:val="clear" w:color="000000" w:fill="EEF5FB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1"/>
      <w:lang w:val="it-IT" w:eastAsia="it-IT"/>
    </w:rPr>
  </w:style>
  <w:style w:type="paragraph" w:customStyle="1" w:styleId="xl90">
    <w:name w:val="xl90"/>
    <w:basedOn w:val="Normale"/>
    <w:rsid w:val="006F4934"/>
    <w:pPr>
      <w:pBdr>
        <w:left w:val="single" w:sz="8" w:space="0" w:color="7F8C8D"/>
        <w:bottom w:val="single" w:sz="8" w:space="0" w:color="7F8C8D"/>
        <w:right w:val="single" w:sz="8" w:space="0" w:color="7F8C8D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1F1F1F"/>
      <w:sz w:val="16"/>
      <w:szCs w:val="16"/>
      <w:lang w:val="it-IT" w:eastAsia="it-IT"/>
    </w:rPr>
  </w:style>
  <w:style w:type="paragraph" w:customStyle="1" w:styleId="xl91">
    <w:name w:val="xl91"/>
    <w:basedOn w:val="Normale"/>
    <w:rsid w:val="006F4934"/>
    <w:pPr>
      <w:pBdr>
        <w:bottom w:val="single" w:sz="8" w:space="0" w:color="7F8C8D"/>
        <w:right w:val="single" w:sz="8" w:space="0" w:color="7F8C8D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1F1F1F"/>
      <w:sz w:val="16"/>
      <w:szCs w:val="16"/>
      <w:lang w:val="it-IT" w:eastAsia="it-IT"/>
    </w:rPr>
  </w:style>
  <w:style w:type="paragraph" w:customStyle="1" w:styleId="xl92">
    <w:name w:val="xl92"/>
    <w:basedOn w:val="Normale"/>
    <w:rsid w:val="006F4934"/>
    <w:pPr>
      <w:pBdr>
        <w:bottom w:val="single" w:sz="8" w:space="0" w:color="7F8C8D"/>
        <w:right w:val="single" w:sz="8" w:space="0" w:color="7F8C8D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1"/>
      <w:lang w:val="it-IT" w:eastAsia="it-IT"/>
    </w:rPr>
  </w:style>
  <w:style w:type="paragraph" w:customStyle="1" w:styleId="xl93">
    <w:name w:val="xl93"/>
    <w:basedOn w:val="Normale"/>
    <w:rsid w:val="006F4934"/>
    <w:pPr>
      <w:pBdr>
        <w:bottom w:val="single" w:sz="8" w:space="0" w:color="7F8C8D"/>
        <w:right w:val="single" w:sz="8" w:space="0" w:color="7F8C8D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1"/>
      <w:lang w:val="it-IT" w:eastAsia="it-IT"/>
    </w:rPr>
  </w:style>
  <w:style w:type="paragraph" w:customStyle="1" w:styleId="xl94">
    <w:name w:val="xl94"/>
    <w:basedOn w:val="Normale"/>
    <w:rsid w:val="006F4934"/>
    <w:pPr>
      <w:pBdr>
        <w:left w:val="single" w:sz="8" w:space="0" w:color="7F8C8D"/>
        <w:bottom w:val="single" w:sz="8" w:space="0" w:color="7F8C8D"/>
        <w:right w:val="single" w:sz="8" w:space="0" w:color="7F8C8D"/>
      </w:pBdr>
      <w:shd w:val="clear" w:color="000000" w:fill="1F4E78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FFFF"/>
      <w:sz w:val="16"/>
      <w:szCs w:val="16"/>
      <w:lang w:val="it-IT" w:eastAsia="it-IT"/>
    </w:rPr>
  </w:style>
  <w:style w:type="paragraph" w:customStyle="1" w:styleId="xl95">
    <w:name w:val="xl95"/>
    <w:basedOn w:val="Normale"/>
    <w:rsid w:val="006F4934"/>
    <w:pPr>
      <w:pBdr>
        <w:bottom w:val="single" w:sz="8" w:space="0" w:color="7F8C8D"/>
        <w:right w:val="single" w:sz="8" w:space="0" w:color="7F8C8D"/>
      </w:pBdr>
      <w:shd w:val="clear" w:color="000000" w:fill="1F4E78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FFFF"/>
      <w:sz w:val="16"/>
      <w:szCs w:val="16"/>
      <w:lang w:val="it-IT" w:eastAsia="it-IT"/>
    </w:rPr>
  </w:style>
  <w:style w:type="paragraph" w:customStyle="1" w:styleId="xl96">
    <w:name w:val="xl96"/>
    <w:basedOn w:val="Normale"/>
    <w:rsid w:val="006F4934"/>
    <w:pPr>
      <w:pBdr>
        <w:top w:val="single" w:sz="8" w:space="0" w:color="5B9BD5"/>
        <w:left w:val="single" w:sz="8" w:space="0" w:color="5B9BD5"/>
        <w:bottom w:val="single" w:sz="8" w:space="0" w:color="5B9BD5"/>
      </w:pBdr>
      <w:shd w:val="clear" w:color="000000" w:fill="5B9BD5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FFFFFF"/>
      <w:sz w:val="20"/>
      <w:szCs w:val="20"/>
      <w:lang w:val="it-IT" w:eastAsia="it-IT"/>
    </w:rPr>
  </w:style>
  <w:style w:type="paragraph" w:customStyle="1" w:styleId="xl97">
    <w:name w:val="xl97"/>
    <w:basedOn w:val="Normale"/>
    <w:rsid w:val="006F4934"/>
    <w:pPr>
      <w:pBdr>
        <w:top w:val="single" w:sz="8" w:space="0" w:color="5B9BD5"/>
        <w:bottom w:val="single" w:sz="8" w:space="0" w:color="5B9BD5"/>
      </w:pBdr>
      <w:shd w:val="clear" w:color="000000" w:fill="5B9BD5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FFFFFF"/>
      <w:sz w:val="20"/>
      <w:szCs w:val="20"/>
      <w:lang w:val="it-IT" w:eastAsia="it-IT"/>
    </w:rPr>
  </w:style>
  <w:style w:type="paragraph" w:customStyle="1" w:styleId="xl98">
    <w:name w:val="xl98"/>
    <w:basedOn w:val="Normale"/>
    <w:rsid w:val="006F4934"/>
    <w:pPr>
      <w:pBdr>
        <w:top w:val="single" w:sz="8" w:space="0" w:color="5B9BD5"/>
        <w:bottom w:val="single" w:sz="8" w:space="0" w:color="5B9BD5"/>
        <w:right w:val="single" w:sz="8" w:space="0" w:color="5B9BD5"/>
      </w:pBdr>
      <w:shd w:val="clear" w:color="000000" w:fill="5B9BD5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FFFFFF"/>
      <w:sz w:val="20"/>
      <w:szCs w:val="20"/>
      <w:lang w:val="it-IT" w:eastAsia="it-IT"/>
    </w:rPr>
  </w:style>
  <w:style w:type="paragraph" w:customStyle="1" w:styleId="xl99">
    <w:name w:val="xl99"/>
    <w:basedOn w:val="Normale"/>
    <w:rsid w:val="006F4934"/>
    <w:pPr>
      <w:pBdr>
        <w:top w:val="single" w:sz="8" w:space="0" w:color="7F8C8D"/>
        <w:left w:val="single" w:sz="8" w:space="0" w:color="5B9BD5"/>
        <w:bottom w:val="single" w:sz="8" w:space="0" w:color="5B9BD5"/>
      </w:pBdr>
      <w:shd w:val="clear" w:color="000000" w:fill="5B9BD5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FFFFFF"/>
      <w:sz w:val="20"/>
      <w:szCs w:val="20"/>
      <w:lang w:val="it-IT" w:eastAsia="it-IT"/>
    </w:rPr>
  </w:style>
  <w:style w:type="paragraph" w:customStyle="1" w:styleId="xl100">
    <w:name w:val="xl100"/>
    <w:basedOn w:val="Normale"/>
    <w:rsid w:val="006F4934"/>
    <w:pPr>
      <w:pBdr>
        <w:top w:val="single" w:sz="8" w:space="0" w:color="7F8C8D"/>
        <w:bottom w:val="single" w:sz="8" w:space="0" w:color="5B9BD5"/>
      </w:pBdr>
      <w:shd w:val="clear" w:color="000000" w:fill="5B9BD5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FFFFFF"/>
      <w:sz w:val="20"/>
      <w:szCs w:val="20"/>
      <w:lang w:val="it-IT" w:eastAsia="it-IT"/>
    </w:rPr>
  </w:style>
  <w:style w:type="paragraph" w:customStyle="1" w:styleId="xl101">
    <w:name w:val="xl101"/>
    <w:basedOn w:val="Normale"/>
    <w:rsid w:val="006F4934"/>
    <w:pPr>
      <w:pBdr>
        <w:top w:val="single" w:sz="8" w:space="0" w:color="7F8C8D"/>
        <w:bottom w:val="single" w:sz="8" w:space="0" w:color="5B9BD5"/>
        <w:right w:val="single" w:sz="8" w:space="0" w:color="5B9BD5"/>
      </w:pBdr>
      <w:shd w:val="clear" w:color="000000" w:fill="5B9BD5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FFFFFF"/>
      <w:sz w:val="20"/>
      <w:szCs w:val="20"/>
      <w:lang w:val="it-IT" w:eastAsia="it-IT"/>
    </w:rPr>
  </w:style>
  <w:style w:type="paragraph" w:customStyle="1" w:styleId="xl102">
    <w:name w:val="xl102"/>
    <w:basedOn w:val="Normale"/>
    <w:rsid w:val="006F4934"/>
    <w:pPr>
      <w:pBdr>
        <w:top w:val="single" w:sz="8" w:space="0" w:color="7F8C8D"/>
        <w:left w:val="single" w:sz="8" w:space="0" w:color="7F8C8D"/>
        <w:bottom w:val="single" w:sz="8" w:space="0" w:color="7F8C8D"/>
        <w:right w:val="single" w:sz="8" w:space="0" w:color="7F8C8D"/>
      </w:pBdr>
      <w:shd w:val="clear" w:color="000000" w:fill="1F4E78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FFFF"/>
      <w:sz w:val="15"/>
      <w:szCs w:val="15"/>
      <w:lang w:val="it-IT" w:eastAsia="it-IT"/>
    </w:rPr>
  </w:style>
  <w:style w:type="paragraph" w:customStyle="1" w:styleId="xl103">
    <w:name w:val="xl103"/>
    <w:basedOn w:val="Normale"/>
    <w:rsid w:val="006F4934"/>
    <w:pPr>
      <w:pBdr>
        <w:top w:val="single" w:sz="8" w:space="0" w:color="7F8C8D"/>
        <w:bottom w:val="single" w:sz="8" w:space="0" w:color="7F8C8D"/>
        <w:right w:val="single" w:sz="8" w:space="0" w:color="7F8C8D"/>
      </w:pBdr>
      <w:shd w:val="clear" w:color="000000" w:fill="1F4E78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FFFF"/>
      <w:sz w:val="15"/>
      <w:szCs w:val="15"/>
      <w:lang w:val="it-IT" w:eastAsia="it-IT"/>
    </w:rPr>
  </w:style>
  <w:style w:type="paragraph" w:customStyle="1" w:styleId="xl104">
    <w:name w:val="xl104"/>
    <w:basedOn w:val="Normale"/>
    <w:rsid w:val="006F4934"/>
    <w:pPr>
      <w:pBdr>
        <w:left w:val="single" w:sz="8" w:space="0" w:color="7F8C8D"/>
        <w:bottom w:val="single" w:sz="8" w:space="0" w:color="7F8C8D"/>
        <w:right w:val="single" w:sz="8" w:space="0" w:color="7F8C8D"/>
      </w:pBdr>
      <w:shd w:val="clear" w:color="000000" w:fill="EEF5FB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1F1F1F"/>
      <w:sz w:val="15"/>
      <w:szCs w:val="15"/>
      <w:lang w:val="it-IT" w:eastAsia="it-IT"/>
    </w:rPr>
  </w:style>
  <w:style w:type="paragraph" w:customStyle="1" w:styleId="xl105">
    <w:name w:val="xl105"/>
    <w:basedOn w:val="Normale"/>
    <w:rsid w:val="006F4934"/>
    <w:pPr>
      <w:pBdr>
        <w:bottom w:val="single" w:sz="8" w:space="0" w:color="7F8C8D"/>
        <w:right w:val="single" w:sz="8" w:space="0" w:color="7F8C8D"/>
      </w:pBdr>
      <w:shd w:val="clear" w:color="000000" w:fill="EEF5FB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1F1F1F"/>
      <w:sz w:val="15"/>
      <w:szCs w:val="15"/>
      <w:lang w:val="it-IT" w:eastAsia="it-IT"/>
    </w:rPr>
  </w:style>
  <w:style w:type="paragraph" w:customStyle="1" w:styleId="xl106">
    <w:name w:val="xl106"/>
    <w:basedOn w:val="Normale"/>
    <w:rsid w:val="006F4934"/>
    <w:pPr>
      <w:pBdr>
        <w:bottom w:val="single" w:sz="8" w:space="0" w:color="7F8C8D"/>
        <w:right w:val="single" w:sz="8" w:space="0" w:color="7F8C8D"/>
      </w:pBdr>
      <w:shd w:val="clear" w:color="000000" w:fill="EEF5FB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1F1F1F"/>
      <w:sz w:val="15"/>
      <w:szCs w:val="15"/>
      <w:lang w:val="it-IT" w:eastAsia="it-IT"/>
    </w:rPr>
  </w:style>
  <w:style w:type="paragraph" w:customStyle="1" w:styleId="xl107">
    <w:name w:val="xl107"/>
    <w:basedOn w:val="Normale"/>
    <w:rsid w:val="006F4934"/>
    <w:pPr>
      <w:pBdr>
        <w:left w:val="single" w:sz="8" w:space="0" w:color="7F8C8D"/>
        <w:bottom w:val="single" w:sz="8" w:space="0" w:color="7F8C8D"/>
        <w:right w:val="single" w:sz="8" w:space="0" w:color="7F8C8D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1F1F1F"/>
      <w:sz w:val="15"/>
      <w:szCs w:val="15"/>
      <w:lang w:val="it-IT" w:eastAsia="it-IT"/>
    </w:rPr>
  </w:style>
  <w:style w:type="paragraph" w:customStyle="1" w:styleId="xl108">
    <w:name w:val="xl108"/>
    <w:basedOn w:val="Normale"/>
    <w:rsid w:val="006F4934"/>
    <w:pPr>
      <w:pBdr>
        <w:bottom w:val="single" w:sz="8" w:space="0" w:color="7F8C8D"/>
        <w:right w:val="single" w:sz="8" w:space="0" w:color="7F8C8D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1F1F1F"/>
      <w:sz w:val="15"/>
      <w:szCs w:val="15"/>
      <w:lang w:val="it-IT" w:eastAsia="it-IT"/>
    </w:rPr>
  </w:style>
  <w:style w:type="paragraph" w:customStyle="1" w:styleId="xl109">
    <w:name w:val="xl109"/>
    <w:basedOn w:val="Normale"/>
    <w:rsid w:val="006F4934"/>
    <w:pPr>
      <w:pBdr>
        <w:bottom w:val="single" w:sz="8" w:space="0" w:color="7F8C8D"/>
        <w:right w:val="single" w:sz="8" w:space="0" w:color="7F8C8D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1F1F1F"/>
      <w:sz w:val="15"/>
      <w:szCs w:val="15"/>
      <w:lang w:val="it-IT" w:eastAsia="it-IT"/>
    </w:rPr>
  </w:style>
  <w:style w:type="paragraph" w:customStyle="1" w:styleId="xl110">
    <w:name w:val="xl110"/>
    <w:basedOn w:val="Normale"/>
    <w:rsid w:val="006F4934"/>
    <w:pPr>
      <w:pBdr>
        <w:bottom w:val="single" w:sz="8" w:space="0" w:color="7F8C8D"/>
        <w:right w:val="single" w:sz="8" w:space="0" w:color="7F8C8D"/>
      </w:pBdr>
      <w:shd w:val="clear" w:color="000000" w:fill="1F4E78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FFFF"/>
      <w:sz w:val="17"/>
      <w:szCs w:val="17"/>
      <w:lang w:val="it-IT" w:eastAsia="it-IT"/>
    </w:rPr>
  </w:style>
  <w:style w:type="paragraph" w:customStyle="1" w:styleId="xl111">
    <w:name w:val="xl111"/>
    <w:basedOn w:val="Normale"/>
    <w:rsid w:val="006F4934"/>
    <w:pPr>
      <w:pBdr>
        <w:bottom w:val="single" w:sz="8" w:space="0" w:color="7F8C8D"/>
        <w:right w:val="single" w:sz="8" w:space="0" w:color="7F8C8D"/>
      </w:pBdr>
      <w:shd w:val="clear" w:color="000000" w:fill="D9EAF7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1"/>
      <w:lang w:val="it-IT" w:eastAsia="it-IT"/>
    </w:rPr>
  </w:style>
  <w:style w:type="paragraph" w:customStyle="1" w:styleId="xl112">
    <w:name w:val="xl112"/>
    <w:basedOn w:val="Normale"/>
    <w:rsid w:val="006F4934"/>
    <w:pPr>
      <w:pBdr>
        <w:top w:val="single" w:sz="8" w:space="0" w:color="7F8C8D"/>
        <w:left w:val="single" w:sz="8" w:space="0" w:color="7F8C8D"/>
        <w:bottom w:val="single" w:sz="8" w:space="0" w:color="7F8C8D"/>
      </w:pBdr>
      <w:shd w:val="clear" w:color="000000" w:fill="1F4E78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b/>
      <w:bCs/>
      <w:color w:val="FFFFFF"/>
      <w:sz w:val="17"/>
      <w:szCs w:val="17"/>
      <w:lang w:val="it-IT" w:eastAsia="it-IT"/>
    </w:rPr>
  </w:style>
  <w:style w:type="paragraph" w:customStyle="1" w:styleId="xl113">
    <w:name w:val="xl113"/>
    <w:basedOn w:val="Normale"/>
    <w:rsid w:val="006F4934"/>
    <w:pPr>
      <w:pBdr>
        <w:top w:val="single" w:sz="8" w:space="0" w:color="7F8C8D"/>
        <w:bottom w:val="single" w:sz="8" w:space="0" w:color="7F8C8D"/>
        <w:right w:val="single" w:sz="8" w:space="0" w:color="7F8C8D"/>
      </w:pBdr>
      <w:shd w:val="clear" w:color="000000" w:fill="1F4E78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b/>
      <w:bCs/>
      <w:color w:val="FFFFFF"/>
      <w:sz w:val="17"/>
      <w:szCs w:val="17"/>
      <w:lang w:val="it-IT" w:eastAsia="it-IT"/>
    </w:rPr>
  </w:style>
  <w:style w:type="paragraph" w:customStyle="1" w:styleId="xl114">
    <w:name w:val="xl114"/>
    <w:basedOn w:val="Normale"/>
    <w:rsid w:val="006F4934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FFFFFF"/>
      <w:sz w:val="18"/>
      <w:szCs w:val="18"/>
      <w:lang w:val="it-IT" w:eastAsia="it-IT"/>
    </w:rPr>
  </w:style>
  <w:style w:type="paragraph" w:customStyle="1" w:styleId="xl115">
    <w:name w:val="xl115"/>
    <w:basedOn w:val="Normale"/>
    <w:rsid w:val="006F4934"/>
    <w:pPr>
      <w:pBdr>
        <w:top w:val="single" w:sz="8" w:space="0" w:color="7F8C8D"/>
        <w:left w:val="single" w:sz="8" w:space="0" w:color="7F8C8D"/>
        <w:bottom w:val="single" w:sz="8" w:space="0" w:color="7F8C8D"/>
        <w:right w:val="single" w:sz="8" w:space="0" w:color="7F8C8D"/>
      </w:pBdr>
      <w:shd w:val="clear" w:color="000000" w:fill="5B9BD5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FFFF"/>
      <w:sz w:val="15"/>
      <w:szCs w:val="15"/>
      <w:lang w:val="it-IT" w:eastAsia="it-IT"/>
    </w:rPr>
  </w:style>
  <w:style w:type="paragraph" w:customStyle="1" w:styleId="xl116">
    <w:name w:val="xl116"/>
    <w:basedOn w:val="Normale"/>
    <w:rsid w:val="006F4934"/>
    <w:pPr>
      <w:pBdr>
        <w:top w:val="single" w:sz="8" w:space="0" w:color="7F8C8D"/>
        <w:bottom w:val="single" w:sz="8" w:space="0" w:color="7F8C8D"/>
        <w:right w:val="single" w:sz="8" w:space="0" w:color="7F8C8D"/>
      </w:pBdr>
      <w:shd w:val="clear" w:color="000000" w:fill="5B9BD5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FFFF"/>
      <w:sz w:val="15"/>
      <w:szCs w:val="15"/>
      <w:lang w:val="it-IT" w:eastAsia="it-IT"/>
    </w:rPr>
  </w:style>
  <w:style w:type="paragraph" w:customStyle="1" w:styleId="xl117">
    <w:name w:val="xl117"/>
    <w:basedOn w:val="Normale"/>
    <w:rsid w:val="006F4934"/>
    <w:pPr>
      <w:pBdr>
        <w:left w:val="single" w:sz="8" w:space="0" w:color="7F8C8D"/>
        <w:bottom w:val="single" w:sz="8" w:space="0" w:color="7F8C8D"/>
        <w:right w:val="single" w:sz="8" w:space="0" w:color="7F8C8D"/>
      </w:pBdr>
      <w:shd w:val="clear" w:color="000000" w:fill="EEF5FB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1F1F1F"/>
      <w:sz w:val="15"/>
      <w:szCs w:val="15"/>
      <w:lang w:val="it-IT" w:eastAsia="it-IT"/>
    </w:rPr>
  </w:style>
  <w:style w:type="paragraph" w:customStyle="1" w:styleId="xl118">
    <w:name w:val="xl118"/>
    <w:basedOn w:val="Normale"/>
    <w:rsid w:val="006F4934"/>
    <w:pPr>
      <w:pBdr>
        <w:left w:val="single" w:sz="8" w:space="0" w:color="7F8C8D"/>
        <w:bottom w:val="single" w:sz="8" w:space="0" w:color="7F8C8D"/>
        <w:right w:val="single" w:sz="8" w:space="0" w:color="7F8C8D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1F1F1F"/>
      <w:sz w:val="15"/>
      <w:szCs w:val="15"/>
      <w:lang w:val="it-IT" w:eastAsia="it-IT"/>
    </w:rPr>
  </w:style>
  <w:style w:type="paragraph" w:customStyle="1" w:styleId="xl119">
    <w:name w:val="xl119"/>
    <w:basedOn w:val="Normale"/>
    <w:rsid w:val="006F4934"/>
    <w:pPr>
      <w:pBdr>
        <w:left w:val="single" w:sz="8" w:space="0" w:color="7F8C8D"/>
        <w:bottom w:val="single" w:sz="8" w:space="0" w:color="7F8C8D"/>
        <w:right w:val="single" w:sz="8" w:space="0" w:color="7F8C8D"/>
      </w:pBdr>
      <w:shd w:val="clear" w:color="000000" w:fill="1F4E78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FFFF"/>
      <w:sz w:val="15"/>
      <w:szCs w:val="15"/>
      <w:lang w:val="it-IT" w:eastAsia="it-IT"/>
    </w:rPr>
  </w:style>
  <w:style w:type="paragraph" w:customStyle="1" w:styleId="xl120">
    <w:name w:val="xl120"/>
    <w:basedOn w:val="Normale"/>
    <w:rsid w:val="006F4934"/>
    <w:pPr>
      <w:pBdr>
        <w:bottom w:val="single" w:sz="8" w:space="0" w:color="7F8C8D"/>
        <w:right w:val="single" w:sz="8" w:space="0" w:color="7F8C8D"/>
      </w:pBdr>
      <w:shd w:val="clear" w:color="000000" w:fill="1F4E78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FFFF"/>
      <w:sz w:val="15"/>
      <w:szCs w:val="15"/>
      <w:lang w:val="it-IT" w:eastAsia="it-IT"/>
    </w:rPr>
  </w:style>
  <w:style w:type="paragraph" w:customStyle="1" w:styleId="xl121">
    <w:name w:val="xl121"/>
    <w:basedOn w:val="Normale"/>
    <w:rsid w:val="006F4934"/>
    <w:pPr>
      <w:pBdr>
        <w:top w:val="single" w:sz="8" w:space="0" w:color="7F8C8D"/>
        <w:left w:val="single" w:sz="8" w:space="0" w:color="D6B656"/>
        <w:bottom w:val="single" w:sz="8" w:space="0" w:color="D6B656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1F4E78"/>
      <w:sz w:val="17"/>
      <w:szCs w:val="17"/>
      <w:lang w:val="it-IT" w:eastAsia="it-IT"/>
    </w:rPr>
  </w:style>
  <w:style w:type="paragraph" w:customStyle="1" w:styleId="xl122">
    <w:name w:val="xl122"/>
    <w:basedOn w:val="Normale"/>
    <w:rsid w:val="006F4934"/>
    <w:pPr>
      <w:pBdr>
        <w:top w:val="single" w:sz="8" w:space="0" w:color="7F8C8D"/>
        <w:bottom w:val="single" w:sz="8" w:space="0" w:color="D6B656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1F4E78"/>
      <w:sz w:val="17"/>
      <w:szCs w:val="17"/>
      <w:lang w:val="it-IT" w:eastAsia="it-IT"/>
    </w:rPr>
  </w:style>
  <w:style w:type="paragraph" w:customStyle="1" w:styleId="xl123">
    <w:name w:val="xl123"/>
    <w:basedOn w:val="Normale"/>
    <w:rsid w:val="006F4934"/>
    <w:pPr>
      <w:pBdr>
        <w:top w:val="single" w:sz="8" w:space="0" w:color="7F8C8D"/>
        <w:bottom w:val="single" w:sz="8" w:space="0" w:color="D6B656"/>
        <w:right w:val="single" w:sz="8" w:space="0" w:color="D6B656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1F4E78"/>
      <w:sz w:val="17"/>
      <w:szCs w:val="17"/>
      <w:lang w:val="it-IT" w:eastAsia="it-IT"/>
    </w:rPr>
  </w:style>
  <w:style w:type="paragraph" w:customStyle="1" w:styleId="xl124">
    <w:name w:val="xl124"/>
    <w:basedOn w:val="Normale"/>
    <w:rsid w:val="006F4934"/>
    <w:pPr>
      <w:pBdr>
        <w:top w:val="single" w:sz="8" w:space="0" w:color="D6B656"/>
        <w:left w:val="single" w:sz="8" w:space="0" w:color="1F4E78"/>
        <w:bottom w:val="single" w:sz="8" w:space="0" w:color="1F4E78"/>
      </w:pBdr>
      <w:shd w:val="clear" w:color="000000" w:fill="1F4E78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FFFFFF"/>
      <w:szCs w:val="21"/>
      <w:lang w:val="it-IT" w:eastAsia="it-IT"/>
    </w:rPr>
  </w:style>
  <w:style w:type="paragraph" w:customStyle="1" w:styleId="xl125">
    <w:name w:val="xl125"/>
    <w:basedOn w:val="Normale"/>
    <w:rsid w:val="006F4934"/>
    <w:pPr>
      <w:pBdr>
        <w:top w:val="single" w:sz="8" w:space="0" w:color="D6B656"/>
        <w:bottom w:val="single" w:sz="8" w:space="0" w:color="1F4E78"/>
      </w:pBdr>
      <w:shd w:val="clear" w:color="000000" w:fill="1F4E78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FFFFFF"/>
      <w:szCs w:val="21"/>
      <w:lang w:val="it-IT" w:eastAsia="it-IT"/>
    </w:rPr>
  </w:style>
  <w:style w:type="paragraph" w:customStyle="1" w:styleId="xl126">
    <w:name w:val="xl126"/>
    <w:basedOn w:val="Normale"/>
    <w:rsid w:val="006F4934"/>
    <w:pPr>
      <w:pBdr>
        <w:top w:val="single" w:sz="8" w:space="0" w:color="D6B656"/>
        <w:bottom w:val="single" w:sz="8" w:space="0" w:color="1F4E78"/>
        <w:right w:val="single" w:sz="8" w:space="0" w:color="1F4E78"/>
      </w:pBdr>
      <w:shd w:val="clear" w:color="000000" w:fill="1F4E78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FFFFFF"/>
      <w:szCs w:val="21"/>
      <w:lang w:val="it-IT" w:eastAsia="it-IT"/>
    </w:rPr>
  </w:style>
  <w:style w:type="paragraph" w:customStyle="1" w:styleId="xl127">
    <w:name w:val="xl127"/>
    <w:basedOn w:val="Normale"/>
    <w:rsid w:val="006F4934"/>
    <w:pPr>
      <w:spacing w:before="100" w:beforeAutospacing="1" w:after="100" w:afterAutospacing="1" w:line="240" w:lineRule="auto"/>
      <w:ind w:firstLineChars="100" w:firstLine="100"/>
      <w:textAlignment w:val="center"/>
    </w:pPr>
    <w:rPr>
      <w:rFonts w:eastAsia="Times New Roman" w:cs="Times New Roman"/>
      <w:color w:val="1F1F1F"/>
      <w:sz w:val="18"/>
      <w:szCs w:val="18"/>
      <w:lang w:val="it-IT" w:eastAsia="it-IT"/>
    </w:rPr>
  </w:style>
  <w:style w:type="paragraph" w:customStyle="1" w:styleId="xl128">
    <w:name w:val="xl128"/>
    <w:basedOn w:val="Normale"/>
    <w:rsid w:val="006F4934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1F1F1F"/>
      <w:sz w:val="18"/>
      <w:szCs w:val="18"/>
      <w:lang w:val="it-IT" w:eastAsia="it-IT"/>
    </w:rPr>
  </w:style>
  <w:style w:type="paragraph" w:customStyle="1" w:styleId="xl129">
    <w:name w:val="xl129"/>
    <w:basedOn w:val="Normale"/>
    <w:rsid w:val="006F4934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1F1F1F"/>
      <w:sz w:val="18"/>
      <w:szCs w:val="18"/>
      <w:lang w:val="it-IT" w:eastAsia="it-IT"/>
    </w:rPr>
  </w:style>
  <w:style w:type="paragraph" w:customStyle="1" w:styleId="xl130">
    <w:name w:val="xl130"/>
    <w:basedOn w:val="Normale"/>
    <w:rsid w:val="006F4934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1F1F1F"/>
      <w:sz w:val="20"/>
      <w:szCs w:val="20"/>
      <w:lang w:val="it-IT" w:eastAsia="it-IT"/>
    </w:rPr>
  </w:style>
  <w:style w:type="paragraph" w:customStyle="1" w:styleId="xl131">
    <w:name w:val="xl131"/>
    <w:basedOn w:val="Normale"/>
    <w:rsid w:val="006F4934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1F1F1F"/>
      <w:sz w:val="20"/>
      <w:szCs w:val="20"/>
      <w:lang w:val="it-IT" w:eastAsia="it-IT"/>
    </w:rPr>
  </w:style>
  <w:style w:type="paragraph" w:customStyle="1" w:styleId="xl132">
    <w:name w:val="xl132"/>
    <w:basedOn w:val="Normale"/>
    <w:rsid w:val="006F4934"/>
    <w:pPr>
      <w:pBdr>
        <w:left w:val="single" w:sz="8" w:space="0" w:color="5B9BD5"/>
      </w:pBdr>
      <w:shd w:val="clear" w:color="000000" w:fill="5B9BD5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FFFF"/>
      <w:sz w:val="20"/>
      <w:szCs w:val="20"/>
      <w:lang w:val="it-IT" w:eastAsia="it-IT"/>
    </w:rPr>
  </w:style>
  <w:style w:type="paragraph" w:customStyle="1" w:styleId="xl133">
    <w:name w:val="xl133"/>
    <w:basedOn w:val="Normale"/>
    <w:rsid w:val="006F4934"/>
    <w:pPr>
      <w:shd w:val="clear" w:color="000000" w:fill="5B9BD5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FFFF"/>
      <w:sz w:val="20"/>
      <w:szCs w:val="20"/>
      <w:lang w:val="it-IT" w:eastAsia="it-IT"/>
    </w:rPr>
  </w:style>
  <w:style w:type="paragraph" w:customStyle="1" w:styleId="xl134">
    <w:name w:val="xl134"/>
    <w:basedOn w:val="Normale"/>
    <w:rsid w:val="006F4934"/>
    <w:pPr>
      <w:pBdr>
        <w:left w:val="single" w:sz="8" w:space="0" w:color="1F4E78"/>
      </w:pBdr>
      <w:shd w:val="clear" w:color="000000" w:fill="1F4E78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FFFF"/>
      <w:szCs w:val="21"/>
      <w:lang w:val="it-IT" w:eastAsia="it-IT"/>
    </w:rPr>
  </w:style>
  <w:style w:type="paragraph" w:customStyle="1" w:styleId="xl135">
    <w:name w:val="xl135"/>
    <w:basedOn w:val="Normale"/>
    <w:rsid w:val="006F4934"/>
    <w:pPr>
      <w:shd w:val="clear" w:color="000000" w:fill="1F4E78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FFFF"/>
      <w:szCs w:val="21"/>
      <w:lang w:val="it-IT" w:eastAsia="it-IT"/>
    </w:rPr>
  </w:style>
  <w:style w:type="paragraph" w:customStyle="1" w:styleId="xl136">
    <w:name w:val="xl136"/>
    <w:basedOn w:val="Normale"/>
    <w:rsid w:val="006F4934"/>
    <w:pPr>
      <w:pBdr>
        <w:left w:val="single" w:sz="8" w:space="0" w:color="1F4E78"/>
      </w:pBdr>
      <w:shd w:val="clear" w:color="000000" w:fill="1F4E78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FFFF"/>
      <w:sz w:val="30"/>
      <w:szCs w:val="30"/>
      <w:lang w:val="it-IT" w:eastAsia="it-IT"/>
    </w:rPr>
  </w:style>
  <w:style w:type="paragraph" w:customStyle="1" w:styleId="xl137">
    <w:name w:val="xl137"/>
    <w:basedOn w:val="Normale"/>
    <w:rsid w:val="006F4934"/>
    <w:pPr>
      <w:shd w:val="clear" w:color="000000" w:fill="1F4E78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FFFF"/>
      <w:sz w:val="30"/>
      <w:szCs w:val="30"/>
      <w:lang w:val="it-IT" w:eastAsia="it-IT"/>
    </w:rPr>
  </w:style>
  <w:style w:type="paragraph" w:customStyle="1" w:styleId="xl138">
    <w:name w:val="xl138"/>
    <w:basedOn w:val="Normale"/>
    <w:rsid w:val="006F4934"/>
    <w:pPr>
      <w:pBdr>
        <w:left w:val="single" w:sz="8" w:space="0" w:color="1F4E78"/>
      </w:pBdr>
      <w:shd w:val="clear" w:color="000000" w:fill="1F4E78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FFFFFF"/>
      <w:sz w:val="30"/>
      <w:szCs w:val="30"/>
      <w:lang w:val="it-IT" w:eastAsia="it-IT"/>
    </w:rPr>
  </w:style>
  <w:style w:type="paragraph" w:customStyle="1" w:styleId="xl139">
    <w:name w:val="xl139"/>
    <w:basedOn w:val="Normale"/>
    <w:rsid w:val="006F4934"/>
    <w:pPr>
      <w:shd w:val="clear" w:color="000000" w:fill="1F4E78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FFFFFF"/>
      <w:sz w:val="30"/>
      <w:szCs w:val="30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8</Pages>
  <Words>1722</Words>
  <Characters>9822</Characters>
  <Application>Microsoft Office Word</Application>
  <DocSecurity>0</DocSecurity>
  <Lines>81</Lines>
  <Paragraphs>23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Allegati procedura selettiva - Progetto Formazione docenti</vt:lpstr>
      <vt:lpstr/>
    </vt:vector>
  </TitlesOfParts>
  <Manager/>
  <Company/>
  <LinksUpToDate>false</LinksUpToDate>
  <CharactersWithSpaces>11521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Allegati procedura selettiva - Progetto Formazione docenti</dc:title>
  <dc:subject>PN Scuola e competenze 2021-2027</dc:subject>
  <dc:creator>Istituto Comprensivo Statale G. Oddo</dc:creator>
  <cp:keywords/>
  <dc:description>generated by python-docx</dc:description>
  <cp:lastModifiedBy>mauranda@outlook.it</cp:lastModifiedBy>
  <cp:revision>46</cp:revision>
  <dcterms:created xsi:type="dcterms:W3CDTF">2026-08-06T06:13:00Z</dcterms:created>
  <dcterms:modified xsi:type="dcterms:W3CDTF">2026-08-06T10:17:00Z</dcterms:modified>
  <cp:category/>
</cp:coreProperties>
</file>