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2"/>
      </w:tblGrid>
      <w:tr w:rsidR="00057325" w14:paraId="7D20234B" w14:textId="77777777">
        <w:trPr>
          <w:jc w:val="center"/>
        </w:trPr>
        <w:tc>
          <w:tcPr>
            <w:tcW w:w="10482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7A8A80" w14:textId="77777777" w:rsidR="00057325" w:rsidRDefault="008F3019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30"/>
              </w:rPr>
              <w:t>ALLEGATO A</w:t>
            </w:r>
            <w:r>
              <w:rPr>
                <w:b/>
                <w:color w:val="FFFFFF"/>
                <w:sz w:val="30"/>
              </w:rPr>
              <w:br/>
              <w:t>ISTANZA DI PARTECIPAZIONE ALLA SELEZIONE PER INCARICHI DI ESPERTO E/O TUTOR</w:t>
            </w:r>
          </w:p>
        </w:tc>
      </w:tr>
    </w:tbl>
    <w:p w14:paraId="54F6E96F" w14:textId="77777777" w:rsidR="00057325" w:rsidRDefault="00057325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860"/>
      </w:tblGrid>
      <w:tr w:rsidR="00057325" w14:paraId="67F0CC0A" w14:textId="77777777" w:rsidTr="003C3F79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662476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Programma</w:t>
            </w:r>
            <w:proofErr w:type="spellEnd"/>
          </w:p>
        </w:tc>
        <w:tc>
          <w:tcPr>
            <w:tcW w:w="78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91943E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8"/>
              </w:rPr>
              <w:t>Programma</w:t>
            </w:r>
            <w:proofErr w:type="spellEnd"/>
            <w:r>
              <w:rPr>
                <w:color w:val="1F1F1F"/>
                <w:sz w:val="18"/>
              </w:rPr>
              <w:t xml:space="preserve"> Nazionale “Scuola e </w:t>
            </w:r>
            <w:proofErr w:type="spellStart"/>
            <w:r>
              <w:rPr>
                <w:color w:val="1F1F1F"/>
                <w:sz w:val="18"/>
              </w:rPr>
              <w:t>competenze</w:t>
            </w:r>
            <w:proofErr w:type="spellEnd"/>
            <w:r>
              <w:rPr>
                <w:color w:val="1F1F1F"/>
                <w:sz w:val="18"/>
              </w:rPr>
              <w:t>” 2021-2027 – FSE+</w:t>
            </w:r>
          </w:p>
        </w:tc>
      </w:tr>
      <w:tr w:rsidR="00057325" w14:paraId="156300C6" w14:textId="77777777" w:rsidTr="003C3F79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D07A58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Avviso</w:t>
            </w:r>
            <w:proofErr w:type="spellEnd"/>
          </w:p>
        </w:tc>
        <w:tc>
          <w:tcPr>
            <w:tcW w:w="78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F24C39" w14:textId="77777777" w:rsidR="00057325" w:rsidRDefault="008F3019">
            <w:pPr>
              <w:spacing w:after="0" w:line="240" w:lineRule="auto"/>
            </w:pPr>
            <w:r>
              <w:rPr>
                <w:color w:val="1F1F1F"/>
                <w:sz w:val="18"/>
              </w:rPr>
              <w:t xml:space="preserve">Prot. n. 95165 del 24 </w:t>
            </w:r>
            <w:proofErr w:type="spellStart"/>
            <w:r>
              <w:rPr>
                <w:color w:val="1F1F1F"/>
                <w:sz w:val="18"/>
              </w:rPr>
              <w:t>aprile</w:t>
            </w:r>
            <w:proofErr w:type="spellEnd"/>
            <w:r>
              <w:rPr>
                <w:color w:val="1F1F1F"/>
                <w:sz w:val="18"/>
              </w:rPr>
              <w:t xml:space="preserve"> 2026 – “</w:t>
            </w:r>
            <w:proofErr w:type="spellStart"/>
            <w:r>
              <w:rPr>
                <w:color w:val="1F1F1F"/>
                <w:sz w:val="18"/>
              </w:rPr>
              <w:t>Formazione</w:t>
            </w:r>
            <w:proofErr w:type="spellEnd"/>
            <w:r>
              <w:rPr>
                <w:color w:val="1F1F1F"/>
                <w:sz w:val="18"/>
              </w:rPr>
              <w:t xml:space="preserve"> </w:t>
            </w:r>
            <w:proofErr w:type="spellStart"/>
            <w:r>
              <w:rPr>
                <w:color w:val="1F1F1F"/>
                <w:sz w:val="18"/>
              </w:rPr>
              <w:t>docenti</w:t>
            </w:r>
            <w:proofErr w:type="spellEnd"/>
            <w:r>
              <w:rPr>
                <w:color w:val="1F1F1F"/>
                <w:sz w:val="18"/>
              </w:rPr>
              <w:t>”</w:t>
            </w:r>
          </w:p>
        </w:tc>
      </w:tr>
      <w:tr w:rsidR="00057325" w14:paraId="26D28EF2" w14:textId="77777777" w:rsidTr="003C3F79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216C25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Codice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progetto</w:t>
            </w:r>
            <w:proofErr w:type="spellEnd"/>
          </w:p>
        </w:tc>
        <w:tc>
          <w:tcPr>
            <w:tcW w:w="78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3E9478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ESO4.</w:t>
            </w:r>
            <w:proofErr w:type="gramStart"/>
            <w:r>
              <w:rPr>
                <w:b/>
                <w:color w:val="1F1F1F"/>
                <w:sz w:val="18"/>
              </w:rPr>
              <w:t>5.A2.B</w:t>
            </w:r>
            <w:proofErr w:type="gramEnd"/>
            <w:r>
              <w:rPr>
                <w:b/>
                <w:color w:val="1F1F1F"/>
                <w:sz w:val="18"/>
              </w:rPr>
              <w:t>-FSEPN-SI-2026-35</w:t>
            </w:r>
          </w:p>
        </w:tc>
      </w:tr>
      <w:tr w:rsidR="00057325" w14:paraId="7CEA1674" w14:textId="77777777" w:rsidTr="003C3F79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C29B19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Titolo </w:t>
            </w:r>
            <w:proofErr w:type="spellStart"/>
            <w:r>
              <w:rPr>
                <w:b/>
                <w:color w:val="FFFFFF"/>
                <w:sz w:val="18"/>
              </w:rPr>
              <w:t>progetto</w:t>
            </w:r>
            <w:proofErr w:type="spellEnd"/>
          </w:p>
        </w:tc>
        <w:tc>
          <w:tcPr>
            <w:tcW w:w="78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C50F56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8"/>
              </w:rPr>
              <w:t>Formazione</w:t>
            </w:r>
            <w:proofErr w:type="spellEnd"/>
            <w:r>
              <w:rPr>
                <w:b/>
                <w:color w:val="1F1F1F"/>
                <w:sz w:val="18"/>
              </w:rPr>
              <w:t xml:space="preserve"> </w:t>
            </w:r>
            <w:proofErr w:type="spellStart"/>
            <w:r>
              <w:rPr>
                <w:b/>
                <w:color w:val="1F1F1F"/>
                <w:sz w:val="18"/>
              </w:rPr>
              <w:t>docenti</w:t>
            </w:r>
            <w:proofErr w:type="spellEnd"/>
          </w:p>
        </w:tc>
      </w:tr>
      <w:tr w:rsidR="00057325" w14:paraId="71AC6EA9" w14:textId="77777777" w:rsidTr="003C3F79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6C5388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CUP</w:t>
            </w:r>
          </w:p>
        </w:tc>
        <w:tc>
          <w:tcPr>
            <w:tcW w:w="78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CD57C1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J54D26002560007</w:t>
            </w:r>
          </w:p>
        </w:tc>
      </w:tr>
    </w:tbl>
    <w:p w14:paraId="7F1E4AA4" w14:textId="77777777" w:rsidR="00057325" w:rsidRDefault="00057325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6EF5F56A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228285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t>DESTINATARIO</w:t>
            </w:r>
          </w:p>
        </w:tc>
      </w:tr>
    </w:tbl>
    <w:p w14:paraId="6CD4E030" w14:textId="77777777" w:rsidR="00057325" w:rsidRDefault="00057325">
      <w:pPr>
        <w:spacing w:after="0"/>
      </w:pPr>
    </w:p>
    <w:tbl>
      <w:tblPr>
        <w:tblW w:w="0" w:type="auto"/>
        <w:tblInd w:w="47" w:type="dxa"/>
        <w:tblLook w:val="04A0" w:firstRow="1" w:lastRow="0" w:firstColumn="1" w:lastColumn="0" w:noHBand="0" w:noVBand="1"/>
      </w:tblPr>
      <w:tblGrid>
        <w:gridCol w:w="38"/>
        <w:gridCol w:w="10385"/>
      </w:tblGrid>
      <w:tr w:rsidR="00057325" w14:paraId="28F543FD" w14:textId="77777777" w:rsidTr="003C3F79">
        <w:trPr>
          <w:gridBefore w:val="1"/>
          <w:wBefore w:w="38" w:type="dxa"/>
        </w:trPr>
        <w:tc>
          <w:tcPr>
            <w:tcW w:w="1039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A974DE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20"/>
              </w:rPr>
              <w:t xml:space="preserve">Al </w:t>
            </w:r>
            <w:proofErr w:type="spellStart"/>
            <w:r>
              <w:rPr>
                <w:b/>
                <w:color w:val="1F1F1F"/>
                <w:sz w:val="20"/>
              </w:rPr>
              <w:t>Dirigente</w:t>
            </w:r>
            <w:proofErr w:type="spellEnd"/>
            <w:r>
              <w:rPr>
                <w:b/>
                <w:color w:val="1F1F1F"/>
                <w:sz w:val="20"/>
              </w:rPr>
              <w:t xml:space="preserve"> Scolastico </w:t>
            </w:r>
            <w:proofErr w:type="spellStart"/>
            <w:r>
              <w:rPr>
                <w:b/>
                <w:color w:val="1F1F1F"/>
                <w:sz w:val="20"/>
              </w:rPr>
              <w:t>dell’Istituto</w:t>
            </w:r>
            <w:proofErr w:type="spellEnd"/>
            <w:r>
              <w:rPr>
                <w:b/>
                <w:color w:val="1F1F1F"/>
                <w:sz w:val="20"/>
              </w:rPr>
              <w:t xml:space="preserve"> </w:t>
            </w:r>
            <w:proofErr w:type="spellStart"/>
            <w:r>
              <w:rPr>
                <w:b/>
                <w:color w:val="1F1F1F"/>
                <w:sz w:val="20"/>
              </w:rPr>
              <w:t>Comprensivo</w:t>
            </w:r>
            <w:proofErr w:type="spellEnd"/>
            <w:r>
              <w:rPr>
                <w:b/>
                <w:color w:val="1F1F1F"/>
                <w:sz w:val="20"/>
              </w:rPr>
              <w:t xml:space="preserve"> </w:t>
            </w:r>
            <w:proofErr w:type="spellStart"/>
            <w:r>
              <w:rPr>
                <w:b/>
                <w:color w:val="1F1F1F"/>
                <w:sz w:val="20"/>
              </w:rPr>
              <w:t>Statale</w:t>
            </w:r>
            <w:proofErr w:type="spellEnd"/>
            <w:r>
              <w:rPr>
                <w:b/>
                <w:color w:val="1F1F1F"/>
                <w:sz w:val="20"/>
              </w:rPr>
              <w:t xml:space="preserve"> “G. Oddo” – </w:t>
            </w:r>
            <w:proofErr w:type="spellStart"/>
            <w:r>
              <w:rPr>
                <w:b/>
                <w:color w:val="1F1F1F"/>
                <w:sz w:val="20"/>
              </w:rPr>
              <w:t>Caltavuturo</w:t>
            </w:r>
            <w:proofErr w:type="spellEnd"/>
            <w:r>
              <w:rPr>
                <w:b/>
                <w:color w:val="1F1F1F"/>
                <w:sz w:val="20"/>
              </w:rPr>
              <w:t xml:space="preserve"> (PA)</w:t>
            </w:r>
          </w:p>
        </w:tc>
      </w:tr>
      <w:tr w:rsidR="00057325" w14:paraId="3A3F4FD5" w14:textId="77777777" w:rsidTr="003C3F79">
        <w:tblPrEx>
          <w:jc w:val="center"/>
          <w:tblInd w:w="0" w:type="dxa"/>
        </w:tblPrEx>
        <w:trPr>
          <w:jc w:val="center"/>
        </w:trPr>
        <w:tc>
          <w:tcPr>
            <w:tcW w:w="10435" w:type="dxa"/>
            <w:gridSpan w:val="2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3E047E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t>OGGETTO</w:t>
            </w:r>
          </w:p>
        </w:tc>
      </w:tr>
    </w:tbl>
    <w:p w14:paraId="29E67419" w14:textId="77777777" w:rsidR="00057325" w:rsidRDefault="00057325">
      <w:pPr>
        <w:spacing w:after="0"/>
      </w:pPr>
    </w:p>
    <w:p w14:paraId="0900B522" w14:textId="77777777" w:rsidR="00057325" w:rsidRDefault="008F3019">
      <w:pPr>
        <w:spacing w:after="100"/>
      </w:pPr>
      <w:proofErr w:type="spellStart"/>
      <w:r>
        <w:rPr>
          <w:b/>
          <w:color w:val="1F1F1F"/>
        </w:rPr>
        <w:t>Istanza</w:t>
      </w:r>
      <w:proofErr w:type="spellEnd"/>
      <w:r>
        <w:rPr>
          <w:b/>
          <w:color w:val="1F1F1F"/>
        </w:rPr>
        <w:t xml:space="preserve"> di </w:t>
      </w:r>
      <w:proofErr w:type="spellStart"/>
      <w:r>
        <w:rPr>
          <w:b/>
          <w:color w:val="1F1F1F"/>
        </w:rPr>
        <w:t>partecipazione</w:t>
      </w:r>
      <w:proofErr w:type="spellEnd"/>
      <w:r>
        <w:rPr>
          <w:b/>
          <w:color w:val="1F1F1F"/>
        </w:rPr>
        <w:t xml:space="preserve"> alla </w:t>
      </w:r>
      <w:proofErr w:type="spellStart"/>
      <w:r>
        <w:rPr>
          <w:b/>
          <w:color w:val="1F1F1F"/>
        </w:rPr>
        <w:t>procedura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selettiva</w:t>
      </w:r>
      <w:proofErr w:type="spellEnd"/>
      <w:r>
        <w:rPr>
          <w:b/>
          <w:color w:val="1F1F1F"/>
        </w:rPr>
        <w:t xml:space="preserve"> per il </w:t>
      </w:r>
      <w:proofErr w:type="spellStart"/>
      <w:r>
        <w:rPr>
          <w:b/>
          <w:color w:val="1F1F1F"/>
        </w:rPr>
        <w:t>conferimento</w:t>
      </w:r>
      <w:proofErr w:type="spellEnd"/>
      <w:r>
        <w:rPr>
          <w:b/>
          <w:color w:val="1F1F1F"/>
        </w:rPr>
        <w:t xml:space="preserve"> di </w:t>
      </w:r>
      <w:proofErr w:type="spellStart"/>
      <w:r>
        <w:rPr>
          <w:b/>
          <w:color w:val="1F1F1F"/>
        </w:rPr>
        <w:t>incarichi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individuali</w:t>
      </w:r>
      <w:proofErr w:type="spellEnd"/>
      <w:r>
        <w:rPr>
          <w:b/>
          <w:color w:val="1F1F1F"/>
        </w:rPr>
        <w:t xml:space="preserve"> di </w:t>
      </w:r>
      <w:proofErr w:type="spellStart"/>
      <w:r>
        <w:rPr>
          <w:b/>
          <w:color w:val="1F1F1F"/>
        </w:rPr>
        <w:t>Esperto</w:t>
      </w:r>
      <w:proofErr w:type="spellEnd"/>
      <w:r>
        <w:rPr>
          <w:b/>
          <w:color w:val="1F1F1F"/>
        </w:rPr>
        <w:t xml:space="preserve"> e/o Tutor </w:t>
      </w:r>
      <w:proofErr w:type="spellStart"/>
      <w:r>
        <w:rPr>
          <w:b/>
          <w:color w:val="1F1F1F"/>
        </w:rPr>
        <w:t>nell’ambito</w:t>
      </w:r>
      <w:proofErr w:type="spellEnd"/>
      <w:r>
        <w:rPr>
          <w:b/>
          <w:color w:val="1F1F1F"/>
        </w:rPr>
        <w:t xml:space="preserve"> del </w:t>
      </w:r>
      <w:proofErr w:type="spellStart"/>
      <w:r>
        <w:rPr>
          <w:b/>
          <w:color w:val="1F1F1F"/>
        </w:rPr>
        <w:t>progetto</w:t>
      </w:r>
      <w:proofErr w:type="spellEnd"/>
      <w:r>
        <w:rPr>
          <w:b/>
          <w:color w:val="1F1F1F"/>
        </w:rPr>
        <w:t xml:space="preserve"> ESO4.</w:t>
      </w:r>
      <w:proofErr w:type="gramStart"/>
      <w:r>
        <w:rPr>
          <w:b/>
          <w:color w:val="1F1F1F"/>
        </w:rPr>
        <w:t>5.A2.B</w:t>
      </w:r>
      <w:proofErr w:type="gramEnd"/>
      <w:r>
        <w:rPr>
          <w:b/>
          <w:color w:val="1F1F1F"/>
        </w:rPr>
        <w:t>-FSEPN-SI-2026-35 – CUP J54D26002560007 – “</w:t>
      </w:r>
      <w:proofErr w:type="spellStart"/>
      <w:r>
        <w:rPr>
          <w:b/>
          <w:color w:val="1F1F1F"/>
        </w:rPr>
        <w:t>Formazione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docenti</w:t>
      </w:r>
      <w:proofErr w:type="spellEnd"/>
      <w:r>
        <w:rPr>
          <w:b/>
          <w:color w:val="1F1F1F"/>
        </w:rPr>
        <w:t>”.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365C198B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3188DA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t>1. DATI DEL/DELLA CANDIDATO/A</w:t>
            </w:r>
          </w:p>
        </w:tc>
      </w:tr>
    </w:tbl>
    <w:p w14:paraId="064CB733" w14:textId="77777777" w:rsidR="00057325" w:rsidRDefault="00057325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27"/>
        <w:gridCol w:w="2801"/>
        <w:gridCol w:w="2028"/>
        <w:gridCol w:w="3614"/>
      </w:tblGrid>
      <w:tr w:rsidR="00057325" w14:paraId="5B9D9CC7" w14:textId="77777777" w:rsidTr="003C3F79">
        <w:trPr>
          <w:cantSplit/>
        </w:trPr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1CE0DD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Cognome</w:t>
            </w:r>
            <w:proofErr w:type="spellEnd"/>
            <w:r>
              <w:rPr>
                <w:b/>
                <w:color w:val="1F1F1F"/>
                <w:sz w:val="17"/>
              </w:rPr>
              <w:t xml:space="preserve"> e </w:t>
            </w:r>
            <w:proofErr w:type="spellStart"/>
            <w:r>
              <w:rPr>
                <w:b/>
                <w:color w:val="1F1F1F"/>
                <w:sz w:val="17"/>
              </w:rPr>
              <w:t>nome</w:t>
            </w:r>
            <w:proofErr w:type="spellEnd"/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EB671D" w14:textId="77777777" w:rsidR="00057325" w:rsidRDefault="00057325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DF7B6E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Codice</w:t>
            </w:r>
            <w:proofErr w:type="spellEnd"/>
            <w:r>
              <w:rPr>
                <w:b/>
                <w:color w:val="1F1F1F"/>
                <w:sz w:val="17"/>
              </w:rPr>
              <w:t xml:space="preserve"> </w:t>
            </w:r>
            <w:proofErr w:type="spellStart"/>
            <w:r>
              <w:rPr>
                <w:b/>
                <w:color w:val="1F1F1F"/>
                <w:sz w:val="17"/>
              </w:rPr>
              <w:t>fiscale</w:t>
            </w:r>
            <w:proofErr w:type="spellEnd"/>
          </w:p>
        </w:tc>
        <w:tc>
          <w:tcPr>
            <w:tcW w:w="365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8F1822" w14:textId="77777777" w:rsidR="00057325" w:rsidRDefault="00057325">
            <w:pPr>
              <w:spacing w:after="0" w:line="240" w:lineRule="auto"/>
            </w:pPr>
          </w:p>
        </w:tc>
      </w:tr>
      <w:tr w:rsidR="00057325" w14:paraId="761E97FC" w14:textId="77777777" w:rsidTr="003C3F79">
        <w:trPr>
          <w:cantSplit/>
        </w:trPr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94629F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 xml:space="preserve">Nato/a </w:t>
            </w:r>
            <w:proofErr w:type="spellStart"/>
            <w:r>
              <w:rPr>
                <w:b/>
                <w:color w:val="1F1F1F"/>
                <w:sz w:val="17"/>
              </w:rPr>
              <w:t>a</w:t>
            </w:r>
            <w:proofErr w:type="spellEnd"/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984FEA" w14:textId="77777777" w:rsidR="00057325" w:rsidRDefault="00057325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3EC244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Provincia</w:t>
            </w:r>
          </w:p>
        </w:tc>
        <w:tc>
          <w:tcPr>
            <w:tcW w:w="365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AF60BA" w14:textId="77777777" w:rsidR="00057325" w:rsidRDefault="00057325">
            <w:pPr>
              <w:spacing w:after="0" w:line="240" w:lineRule="auto"/>
            </w:pPr>
          </w:p>
        </w:tc>
      </w:tr>
      <w:tr w:rsidR="00057325" w14:paraId="42722FEF" w14:textId="77777777" w:rsidTr="003C3F79">
        <w:trPr>
          <w:cantSplit/>
        </w:trPr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B98547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 xml:space="preserve">Data di </w:t>
            </w:r>
            <w:proofErr w:type="spellStart"/>
            <w:r>
              <w:rPr>
                <w:b/>
                <w:color w:val="1F1F1F"/>
                <w:sz w:val="17"/>
              </w:rPr>
              <w:t>nascita</w:t>
            </w:r>
            <w:proofErr w:type="spellEnd"/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3AA977" w14:textId="77777777" w:rsidR="00057325" w:rsidRDefault="00057325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842EAC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Recapito</w:t>
            </w:r>
            <w:proofErr w:type="spellEnd"/>
            <w:r>
              <w:rPr>
                <w:b/>
                <w:color w:val="1F1F1F"/>
                <w:sz w:val="17"/>
              </w:rPr>
              <w:t xml:space="preserve"> </w:t>
            </w:r>
            <w:proofErr w:type="spellStart"/>
            <w:r>
              <w:rPr>
                <w:b/>
                <w:color w:val="1F1F1F"/>
                <w:sz w:val="17"/>
              </w:rPr>
              <w:t>telefonico</w:t>
            </w:r>
            <w:proofErr w:type="spellEnd"/>
          </w:p>
        </w:tc>
        <w:tc>
          <w:tcPr>
            <w:tcW w:w="365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FF3A74" w14:textId="77777777" w:rsidR="00057325" w:rsidRDefault="00057325">
            <w:pPr>
              <w:spacing w:after="0" w:line="240" w:lineRule="auto"/>
            </w:pPr>
          </w:p>
        </w:tc>
      </w:tr>
      <w:tr w:rsidR="00057325" w14:paraId="25DDACE5" w14:textId="77777777" w:rsidTr="003C3F79">
        <w:trPr>
          <w:cantSplit/>
        </w:trPr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A5BBB7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Comune</w:t>
            </w:r>
            <w:proofErr w:type="spellEnd"/>
            <w:r>
              <w:rPr>
                <w:b/>
                <w:color w:val="1F1F1F"/>
                <w:sz w:val="17"/>
              </w:rPr>
              <w:t xml:space="preserve"> di </w:t>
            </w:r>
            <w:proofErr w:type="spellStart"/>
            <w:r>
              <w:rPr>
                <w:b/>
                <w:color w:val="1F1F1F"/>
                <w:sz w:val="17"/>
              </w:rPr>
              <w:t>residenza</w:t>
            </w:r>
            <w:proofErr w:type="spellEnd"/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1F37CB" w14:textId="77777777" w:rsidR="00057325" w:rsidRDefault="00057325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AC3831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Provincia</w:t>
            </w:r>
          </w:p>
        </w:tc>
        <w:tc>
          <w:tcPr>
            <w:tcW w:w="365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F49AA6" w14:textId="77777777" w:rsidR="00057325" w:rsidRDefault="00057325">
            <w:pPr>
              <w:spacing w:after="0" w:line="240" w:lineRule="auto"/>
            </w:pPr>
          </w:p>
        </w:tc>
      </w:tr>
      <w:tr w:rsidR="00057325" w14:paraId="70241C52" w14:textId="77777777" w:rsidTr="003C3F79">
        <w:trPr>
          <w:cantSplit/>
        </w:trPr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3E97D2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Indirizzo</w:t>
            </w:r>
            <w:proofErr w:type="spellEnd"/>
            <w:r>
              <w:rPr>
                <w:b/>
                <w:color w:val="1F1F1F"/>
                <w:sz w:val="17"/>
              </w:rPr>
              <w:t xml:space="preserve"> e CAP</w:t>
            </w: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5329D5" w14:textId="77777777" w:rsidR="00057325" w:rsidRDefault="00057325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78A25B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E-mail</w:t>
            </w:r>
          </w:p>
        </w:tc>
        <w:tc>
          <w:tcPr>
            <w:tcW w:w="365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F92599" w14:textId="77777777" w:rsidR="00057325" w:rsidRDefault="00057325">
            <w:pPr>
              <w:spacing w:after="0" w:line="240" w:lineRule="auto"/>
            </w:pPr>
          </w:p>
        </w:tc>
      </w:tr>
      <w:tr w:rsidR="00057325" w14:paraId="3E531A85" w14:textId="77777777" w:rsidTr="003C3F79">
        <w:trPr>
          <w:cantSplit/>
        </w:trPr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5F74E8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 xml:space="preserve">PEC, se </w:t>
            </w:r>
            <w:proofErr w:type="spellStart"/>
            <w:r>
              <w:rPr>
                <w:b/>
                <w:color w:val="1F1F1F"/>
                <w:sz w:val="17"/>
              </w:rPr>
              <w:t>posseduta</w:t>
            </w:r>
            <w:proofErr w:type="spellEnd"/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14B4EF" w14:textId="77777777" w:rsidR="00057325" w:rsidRDefault="00057325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6E07B2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 xml:space="preserve">Partita IVA, se </w:t>
            </w:r>
            <w:proofErr w:type="spellStart"/>
            <w:r>
              <w:rPr>
                <w:b/>
                <w:color w:val="1F1F1F"/>
                <w:sz w:val="17"/>
              </w:rPr>
              <w:t>posseduta</w:t>
            </w:r>
            <w:proofErr w:type="spellEnd"/>
          </w:p>
        </w:tc>
        <w:tc>
          <w:tcPr>
            <w:tcW w:w="365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2A0D75" w14:textId="77777777" w:rsidR="00057325" w:rsidRDefault="00057325">
            <w:pPr>
              <w:spacing w:after="0" w:line="240" w:lineRule="auto"/>
            </w:pPr>
          </w:p>
        </w:tc>
      </w:tr>
    </w:tbl>
    <w:p w14:paraId="152D3211" w14:textId="12EECA97" w:rsidR="00057325" w:rsidRDefault="008F3019">
      <w:pPr>
        <w:spacing w:after="60"/>
        <w:jc w:val="both"/>
      </w:pPr>
      <w:r>
        <w:rPr>
          <w:color w:val="1F1F1F"/>
        </w:rPr>
        <w:t xml:space="preserve">Presa </w:t>
      </w:r>
      <w:proofErr w:type="spellStart"/>
      <w:r>
        <w:rPr>
          <w:color w:val="1F1F1F"/>
        </w:rPr>
        <w:t>visione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dell’Avviso</w:t>
      </w:r>
      <w:proofErr w:type="spellEnd"/>
      <w:r>
        <w:rPr>
          <w:color w:val="1F1F1F"/>
        </w:rPr>
        <w:t xml:space="preserve"> di </w:t>
      </w:r>
      <w:proofErr w:type="spellStart"/>
      <w:r>
        <w:rPr>
          <w:color w:val="1F1F1F"/>
        </w:rPr>
        <w:t>selezione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prot.</w:t>
      </w:r>
      <w:proofErr w:type="spellEnd"/>
      <w:r>
        <w:rPr>
          <w:color w:val="1F1F1F"/>
        </w:rPr>
        <w:t xml:space="preserve"> n. </w:t>
      </w:r>
      <w:r w:rsidR="003F1FCF">
        <w:rPr>
          <w:color w:val="1F1F1F"/>
        </w:rPr>
        <w:t>6805</w:t>
      </w:r>
      <w:r>
        <w:rPr>
          <w:color w:val="1F1F1F"/>
        </w:rPr>
        <w:t xml:space="preserve"> del </w:t>
      </w:r>
      <w:r w:rsidR="00E02786">
        <w:rPr>
          <w:color w:val="1F1F1F"/>
        </w:rPr>
        <w:t>06/08/2026</w:t>
      </w:r>
      <w:r>
        <w:rPr>
          <w:color w:val="1F1F1F"/>
        </w:rPr>
        <w:t xml:space="preserve">, il/la </w:t>
      </w:r>
      <w:proofErr w:type="spellStart"/>
      <w:r>
        <w:rPr>
          <w:color w:val="1F1F1F"/>
        </w:rPr>
        <w:t>sottoscritto</w:t>
      </w:r>
      <w:proofErr w:type="spellEnd"/>
      <w:r>
        <w:rPr>
          <w:color w:val="1F1F1F"/>
        </w:rPr>
        <w:t>/a</w:t>
      </w:r>
    </w:p>
    <w:p w14:paraId="01E6702D" w14:textId="77777777" w:rsidR="00057325" w:rsidRDefault="008F3019">
      <w:pPr>
        <w:spacing w:after="60"/>
        <w:jc w:val="center"/>
      </w:pPr>
      <w:r>
        <w:rPr>
          <w:b/>
          <w:color w:val="1F1F1F"/>
          <w:sz w:val="23"/>
        </w:rPr>
        <w:t>CHIEDE</w:t>
      </w:r>
    </w:p>
    <w:p w14:paraId="006A1218" w14:textId="77777777" w:rsidR="00057325" w:rsidRDefault="008F3019">
      <w:pPr>
        <w:spacing w:after="100"/>
        <w:jc w:val="both"/>
      </w:pPr>
      <w:r>
        <w:rPr>
          <w:color w:val="1F1F1F"/>
        </w:rPr>
        <w:t xml:space="preserve">di </w:t>
      </w:r>
      <w:proofErr w:type="spellStart"/>
      <w:r>
        <w:rPr>
          <w:color w:val="1F1F1F"/>
        </w:rPr>
        <w:t>essere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ammesso</w:t>
      </w:r>
      <w:proofErr w:type="spellEnd"/>
      <w:r>
        <w:rPr>
          <w:color w:val="1F1F1F"/>
        </w:rPr>
        <w:t xml:space="preserve">/a alla </w:t>
      </w:r>
      <w:proofErr w:type="spellStart"/>
      <w:r>
        <w:rPr>
          <w:color w:val="1F1F1F"/>
        </w:rPr>
        <w:t>procedura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comparativa</w:t>
      </w:r>
      <w:proofErr w:type="spellEnd"/>
      <w:r>
        <w:rPr>
          <w:color w:val="1F1F1F"/>
        </w:rPr>
        <w:t xml:space="preserve"> per il </w:t>
      </w:r>
      <w:proofErr w:type="spellStart"/>
      <w:r>
        <w:rPr>
          <w:color w:val="1F1F1F"/>
        </w:rPr>
        <w:t>conferimento</w:t>
      </w:r>
      <w:proofErr w:type="spellEnd"/>
      <w:r>
        <w:rPr>
          <w:color w:val="1F1F1F"/>
        </w:rPr>
        <w:t xml:space="preserve"> del </w:t>
      </w:r>
      <w:proofErr w:type="spellStart"/>
      <w:r>
        <w:rPr>
          <w:color w:val="1F1F1F"/>
        </w:rPr>
        <w:t>seguente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incarico</w:t>
      </w:r>
      <w:proofErr w:type="spellEnd"/>
      <w:r>
        <w:rPr>
          <w:color w:val="1F1F1F"/>
        </w:rPr>
        <w:t xml:space="preserve"> o </w:t>
      </w:r>
      <w:proofErr w:type="spellStart"/>
      <w:r>
        <w:rPr>
          <w:color w:val="1F1F1F"/>
        </w:rPr>
        <w:t>dei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seguenti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incarichi</w:t>
      </w:r>
      <w:proofErr w:type="spellEnd"/>
      <w:r>
        <w:rPr>
          <w:color w:val="1F1F1F"/>
        </w:rPr>
        <w:t>.</w:t>
      </w:r>
    </w:p>
    <w:p w14:paraId="0044C87D" w14:textId="77777777" w:rsidR="00057325" w:rsidRDefault="008F3019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566E30F3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CC1C7F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2. CATEGORIA DI APPARTENENZA</w:t>
            </w:r>
          </w:p>
        </w:tc>
      </w:tr>
    </w:tbl>
    <w:p w14:paraId="5C58AFFE" w14:textId="77777777" w:rsidR="00057325" w:rsidRDefault="00057325">
      <w:pPr>
        <w:spacing w:after="0"/>
      </w:pPr>
    </w:p>
    <w:p w14:paraId="51649BAF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Personale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interno</w:t>
      </w:r>
      <w:proofErr w:type="spellEnd"/>
      <w:r>
        <w:rPr>
          <w:color w:val="1F1F1F"/>
          <w:sz w:val="20"/>
        </w:rPr>
        <w:t xml:space="preserve"> in </w:t>
      </w:r>
      <w:proofErr w:type="spellStart"/>
      <w:r>
        <w:rPr>
          <w:color w:val="1F1F1F"/>
          <w:sz w:val="20"/>
        </w:rPr>
        <w:t>servizio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presso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l’Istituto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Comprensivo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Statale</w:t>
      </w:r>
      <w:proofErr w:type="spellEnd"/>
      <w:r>
        <w:rPr>
          <w:color w:val="1F1F1F"/>
          <w:sz w:val="20"/>
        </w:rPr>
        <w:t xml:space="preserve"> “G. Oddo” di </w:t>
      </w:r>
      <w:proofErr w:type="spellStart"/>
      <w:r>
        <w:rPr>
          <w:color w:val="1F1F1F"/>
          <w:sz w:val="20"/>
        </w:rPr>
        <w:t>Caltavuturo</w:t>
      </w:r>
      <w:proofErr w:type="spellEnd"/>
      <w:r>
        <w:rPr>
          <w:color w:val="1F1F1F"/>
          <w:sz w:val="20"/>
        </w:rPr>
        <w:t>.</w:t>
      </w:r>
    </w:p>
    <w:p w14:paraId="1BB55E72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Personale</w:t>
      </w:r>
      <w:proofErr w:type="spellEnd"/>
      <w:r>
        <w:rPr>
          <w:color w:val="1F1F1F"/>
          <w:sz w:val="20"/>
        </w:rPr>
        <w:t xml:space="preserve"> in </w:t>
      </w:r>
      <w:proofErr w:type="spellStart"/>
      <w:r>
        <w:rPr>
          <w:color w:val="1F1F1F"/>
          <w:sz w:val="20"/>
        </w:rPr>
        <w:t>servizio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presso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altra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istituzione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scolastica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statale</w:t>
      </w:r>
      <w:proofErr w:type="spellEnd"/>
      <w:r>
        <w:rPr>
          <w:color w:val="1F1F1F"/>
          <w:sz w:val="20"/>
        </w:rPr>
        <w:t xml:space="preserve">, </w:t>
      </w:r>
      <w:proofErr w:type="spellStart"/>
      <w:r>
        <w:rPr>
          <w:color w:val="1F1F1F"/>
          <w:sz w:val="20"/>
        </w:rPr>
        <w:t>disponibile</w:t>
      </w:r>
      <w:proofErr w:type="spellEnd"/>
      <w:r>
        <w:rPr>
          <w:color w:val="1F1F1F"/>
          <w:sz w:val="20"/>
        </w:rPr>
        <w:t xml:space="preserve"> a </w:t>
      </w:r>
      <w:proofErr w:type="spellStart"/>
      <w:r>
        <w:rPr>
          <w:color w:val="1F1F1F"/>
          <w:sz w:val="20"/>
        </w:rPr>
        <w:t>svolgere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l’incarico</w:t>
      </w:r>
      <w:proofErr w:type="spellEnd"/>
      <w:r>
        <w:rPr>
          <w:color w:val="1F1F1F"/>
          <w:sz w:val="20"/>
        </w:rPr>
        <w:t xml:space="preserve"> in regime di </w:t>
      </w:r>
      <w:proofErr w:type="spellStart"/>
      <w:r>
        <w:rPr>
          <w:color w:val="1F1F1F"/>
          <w:sz w:val="20"/>
        </w:rPr>
        <w:t>collaborazione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plurima</w:t>
      </w:r>
      <w:proofErr w:type="spellEnd"/>
      <w:r>
        <w:rPr>
          <w:color w:val="1F1F1F"/>
          <w:sz w:val="20"/>
        </w:rPr>
        <w:t>.</w:t>
      </w:r>
    </w:p>
    <w:p w14:paraId="17F4F509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Dipendente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altra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pubblica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amministrazione</w:t>
      </w:r>
      <w:proofErr w:type="spellEnd"/>
      <w:r>
        <w:rPr>
          <w:color w:val="1F1F1F"/>
          <w:sz w:val="20"/>
        </w:rPr>
        <w:t xml:space="preserve">, </w:t>
      </w:r>
      <w:proofErr w:type="spellStart"/>
      <w:r>
        <w:rPr>
          <w:color w:val="1F1F1F"/>
          <w:sz w:val="20"/>
        </w:rPr>
        <w:t>subordinatamente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all’autorizzazione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dell’Amministrazione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appartenenza</w:t>
      </w:r>
      <w:proofErr w:type="spellEnd"/>
      <w:r>
        <w:rPr>
          <w:color w:val="1F1F1F"/>
          <w:sz w:val="20"/>
        </w:rPr>
        <w:t>.</w:t>
      </w:r>
    </w:p>
    <w:p w14:paraId="2B6927E6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Esperto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esterno</w:t>
      </w:r>
      <w:proofErr w:type="spellEnd"/>
      <w:r>
        <w:rPr>
          <w:color w:val="1F1F1F"/>
          <w:sz w:val="20"/>
        </w:rPr>
        <w:t xml:space="preserve">, persona </w:t>
      </w:r>
      <w:proofErr w:type="spellStart"/>
      <w:r>
        <w:rPr>
          <w:color w:val="1F1F1F"/>
          <w:sz w:val="20"/>
        </w:rPr>
        <w:t>fisica</w:t>
      </w:r>
      <w:proofErr w:type="spellEnd"/>
      <w:r>
        <w:rPr>
          <w:color w:val="1F1F1F"/>
          <w:sz w:val="20"/>
        </w:rPr>
        <w:t xml:space="preserve"> non </w:t>
      </w:r>
      <w:proofErr w:type="spellStart"/>
      <w:r>
        <w:rPr>
          <w:color w:val="1F1F1F"/>
          <w:sz w:val="20"/>
        </w:rPr>
        <w:t>dipendente</w:t>
      </w:r>
      <w:proofErr w:type="spellEnd"/>
      <w:r>
        <w:rPr>
          <w:color w:val="1F1F1F"/>
          <w:sz w:val="20"/>
        </w:rPr>
        <w:t xml:space="preserve"> da </w:t>
      </w:r>
      <w:proofErr w:type="spellStart"/>
      <w:r>
        <w:rPr>
          <w:color w:val="1F1F1F"/>
          <w:sz w:val="20"/>
        </w:rPr>
        <w:t>una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pubblica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amministrazione</w:t>
      </w:r>
      <w:proofErr w:type="spellEnd"/>
      <w:r>
        <w:rPr>
          <w:color w:val="1F1F1F"/>
          <w:sz w:val="20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4CF5B6AE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2C5CEC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t>3. POSIZIONE PROFESSIONALE ATTUALE</w:t>
            </w:r>
          </w:p>
        </w:tc>
      </w:tr>
    </w:tbl>
    <w:p w14:paraId="096E0F40" w14:textId="77777777" w:rsidR="00057325" w:rsidRDefault="00057325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45"/>
        <w:gridCol w:w="6525"/>
      </w:tblGrid>
      <w:tr w:rsidR="00057325" w14:paraId="6E5E2635" w14:textId="77777777" w:rsidTr="003C3F79">
        <w:trPr>
          <w:cantSplit/>
        </w:trPr>
        <w:tc>
          <w:tcPr>
            <w:tcW w:w="396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E4BBC27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Amministrazione</w:t>
            </w:r>
            <w:proofErr w:type="spellEnd"/>
            <w:r>
              <w:rPr>
                <w:b/>
                <w:color w:val="1F1F1F"/>
                <w:sz w:val="17"/>
              </w:rPr>
              <w:t>/</w:t>
            </w:r>
            <w:proofErr w:type="spellStart"/>
            <w:r>
              <w:rPr>
                <w:b/>
                <w:color w:val="1F1F1F"/>
                <w:sz w:val="17"/>
              </w:rPr>
              <w:t>Istituzione</w:t>
            </w:r>
            <w:proofErr w:type="spellEnd"/>
            <w:r>
              <w:rPr>
                <w:b/>
                <w:color w:val="1F1F1F"/>
                <w:sz w:val="17"/>
              </w:rPr>
              <w:t xml:space="preserve"> </w:t>
            </w:r>
            <w:proofErr w:type="spellStart"/>
            <w:r>
              <w:rPr>
                <w:b/>
                <w:color w:val="1F1F1F"/>
                <w:sz w:val="17"/>
              </w:rPr>
              <w:t>scolastica</w:t>
            </w:r>
            <w:proofErr w:type="spellEnd"/>
            <w:r>
              <w:rPr>
                <w:b/>
                <w:color w:val="1F1F1F"/>
                <w:sz w:val="17"/>
              </w:rPr>
              <w:t xml:space="preserve"> di </w:t>
            </w:r>
            <w:proofErr w:type="spellStart"/>
            <w:r>
              <w:rPr>
                <w:b/>
                <w:color w:val="1F1F1F"/>
                <w:sz w:val="17"/>
              </w:rPr>
              <w:t>appartenenza</w:t>
            </w:r>
            <w:proofErr w:type="spellEnd"/>
          </w:p>
        </w:tc>
        <w:tc>
          <w:tcPr>
            <w:tcW w:w="6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7DFCF6" w14:textId="77777777" w:rsidR="00057325" w:rsidRDefault="00057325">
            <w:pPr>
              <w:spacing w:after="0" w:line="240" w:lineRule="auto"/>
            </w:pPr>
          </w:p>
        </w:tc>
      </w:tr>
      <w:tr w:rsidR="00057325" w14:paraId="06DA950A" w14:textId="77777777" w:rsidTr="003C3F79">
        <w:trPr>
          <w:cantSplit/>
        </w:trPr>
        <w:tc>
          <w:tcPr>
            <w:tcW w:w="396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ECABFA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Qualifica</w:t>
            </w:r>
            <w:proofErr w:type="spellEnd"/>
            <w:r>
              <w:rPr>
                <w:b/>
                <w:color w:val="1F1F1F"/>
                <w:sz w:val="17"/>
              </w:rPr>
              <w:t xml:space="preserve"> o </w:t>
            </w:r>
            <w:proofErr w:type="spellStart"/>
            <w:r>
              <w:rPr>
                <w:b/>
                <w:color w:val="1F1F1F"/>
                <w:sz w:val="17"/>
              </w:rPr>
              <w:t>profilo</w:t>
            </w:r>
            <w:proofErr w:type="spellEnd"/>
            <w:r>
              <w:rPr>
                <w:b/>
                <w:color w:val="1F1F1F"/>
                <w:sz w:val="17"/>
              </w:rPr>
              <w:t xml:space="preserve"> </w:t>
            </w:r>
            <w:proofErr w:type="spellStart"/>
            <w:r>
              <w:rPr>
                <w:b/>
                <w:color w:val="1F1F1F"/>
                <w:sz w:val="17"/>
              </w:rPr>
              <w:t>professionale</w:t>
            </w:r>
            <w:proofErr w:type="spellEnd"/>
          </w:p>
        </w:tc>
        <w:tc>
          <w:tcPr>
            <w:tcW w:w="6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8E5EE1" w14:textId="77777777" w:rsidR="00057325" w:rsidRDefault="00057325">
            <w:pPr>
              <w:spacing w:after="0" w:line="240" w:lineRule="auto"/>
            </w:pPr>
          </w:p>
        </w:tc>
      </w:tr>
      <w:tr w:rsidR="00057325" w14:paraId="266E0404" w14:textId="77777777" w:rsidTr="003C3F79">
        <w:trPr>
          <w:cantSplit/>
        </w:trPr>
        <w:tc>
          <w:tcPr>
            <w:tcW w:w="396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94560F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Tipologia</w:t>
            </w:r>
            <w:proofErr w:type="spellEnd"/>
            <w:r>
              <w:rPr>
                <w:b/>
                <w:color w:val="1F1F1F"/>
                <w:sz w:val="17"/>
              </w:rPr>
              <w:t xml:space="preserve"> di </w:t>
            </w:r>
            <w:proofErr w:type="spellStart"/>
            <w:r>
              <w:rPr>
                <w:b/>
                <w:color w:val="1F1F1F"/>
                <w:sz w:val="17"/>
              </w:rPr>
              <w:t>rapporto</w:t>
            </w:r>
            <w:proofErr w:type="spellEnd"/>
          </w:p>
        </w:tc>
        <w:tc>
          <w:tcPr>
            <w:tcW w:w="6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B6447A" w14:textId="2A1B8E72" w:rsidR="00057325" w:rsidRDefault="008F3019">
            <w:pPr>
              <w:spacing w:after="0" w:line="240" w:lineRule="auto"/>
            </w:pPr>
            <w:r>
              <w:rPr>
                <w:color w:val="1F1F1F"/>
                <w:sz w:val="17"/>
              </w:rPr>
              <w:t xml:space="preserve">☐ Tempo </w:t>
            </w:r>
            <w:proofErr w:type="spellStart"/>
            <w:r>
              <w:rPr>
                <w:color w:val="1F1F1F"/>
                <w:sz w:val="17"/>
              </w:rPr>
              <w:t>indeterminato</w:t>
            </w:r>
            <w:proofErr w:type="spellEnd"/>
            <w:r>
              <w:rPr>
                <w:color w:val="1F1F1F"/>
                <w:sz w:val="17"/>
              </w:rPr>
              <w:t xml:space="preserve">   ☐ Tempo </w:t>
            </w:r>
            <w:proofErr w:type="spellStart"/>
            <w:r>
              <w:rPr>
                <w:color w:val="1F1F1F"/>
                <w:sz w:val="17"/>
              </w:rPr>
              <w:t>determinato</w:t>
            </w:r>
            <w:proofErr w:type="spellEnd"/>
            <w:r>
              <w:rPr>
                <w:color w:val="1F1F1F"/>
                <w:sz w:val="17"/>
              </w:rPr>
              <w:t xml:space="preserve">   ☐ </w:t>
            </w:r>
            <w:r w:rsidR="00F26DED">
              <w:rPr>
                <w:color w:val="1F1F1F"/>
                <w:sz w:val="17"/>
              </w:rPr>
              <w:t>Società di Servizi</w:t>
            </w:r>
          </w:p>
        </w:tc>
      </w:tr>
      <w:tr w:rsidR="00057325" w14:paraId="26239863" w14:textId="77777777" w:rsidTr="003C3F79">
        <w:trPr>
          <w:cantSplit/>
        </w:trPr>
        <w:tc>
          <w:tcPr>
            <w:tcW w:w="396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9CE57E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7"/>
              </w:rPr>
              <w:t>Sede</w:t>
            </w:r>
            <w:proofErr w:type="spellEnd"/>
            <w:r>
              <w:rPr>
                <w:b/>
                <w:color w:val="1F1F1F"/>
                <w:sz w:val="17"/>
              </w:rPr>
              <w:t xml:space="preserve"> di </w:t>
            </w:r>
            <w:proofErr w:type="spellStart"/>
            <w:r>
              <w:rPr>
                <w:b/>
                <w:color w:val="1F1F1F"/>
                <w:sz w:val="17"/>
              </w:rPr>
              <w:t>servizio</w:t>
            </w:r>
            <w:proofErr w:type="spellEnd"/>
          </w:p>
        </w:tc>
        <w:tc>
          <w:tcPr>
            <w:tcW w:w="6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1CFD05" w14:textId="77777777" w:rsidR="00057325" w:rsidRDefault="00057325">
            <w:pPr>
              <w:spacing w:after="0" w:line="240" w:lineRule="auto"/>
            </w:pPr>
          </w:p>
        </w:tc>
      </w:tr>
      <w:tr w:rsidR="00057325" w14:paraId="1FDCE3B0" w14:textId="77777777" w:rsidTr="003C3F79">
        <w:trPr>
          <w:cantSplit/>
        </w:trPr>
        <w:tc>
          <w:tcPr>
            <w:tcW w:w="396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99D333" w14:textId="77777777" w:rsidR="00057325" w:rsidRDefault="008F3019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 xml:space="preserve">Regime </w:t>
            </w:r>
            <w:proofErr w:type="spellStart"/>
            <w:r>
              <w:rPr>
                <w:b/>
                <w:color w:val="1F1F1F"/>
                <w:sz w:val="17"/>
              </w:rPr>
              <w:t>fiscale</w:t>
            </w:r>
            <w:proofErr w:type="spellEnd"/>
            <w:r>
              <w:rPr>
                <w:b/>
                <w:color w:val="1F1F1F"/>
                <w:sz w:val="17"/>
              </w:rPr>
              <w:t xml:space="preserve"> </w:t>
            </w:r>
            <w:proofErr w:type="spellStart"/>
            <w:r>
              <w:rPr>
                <w:b/>
                <w:color w:val="1F1F1F"/>
                <w:sz w:val="17"/>
              </w:rPr>
              <w:t>applicabile</w:t>
            </w:r>
            <w:proofErr w:type="spellEnd"/>
            <w:r>
              <w:rPr>
                <w:b/>
                <w:color w:val="1F1F1F"/>
                <w:sz w:val="17"/>
              </w:rPr>
              <w:t xml:space="preserve"> </w:t>
            </w:r>
            <w:proofErr w:type="spellStart"/>
            <w:r>
              <w:rPr>
                <w:b/>
                <w:color w:val="1F1F1F"/>
                <w:sz w:val="17"/>
              </w:rPr>
              <w:t>all’incarico</w:t>
            </w:r>
            <w:proofErr w:type="spellEnd"/>
          </w:p>
        </w:tc>
        <w:tc>
          <w:tcPr>
            <w:tcW w:w="6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481F13" w14:textId="77777777" w:rsidR="00057325" w:rsidRDefault="00057325">
            <w:pPr>
              <w:spacing w:after="0" w:line="240" w:lineRule="auto"/>
            </w:pPr>
          </w:p>
        </w:tc>
      </w:tr>
    </w:tbl>
    <w:p w14:paraId="78178ADC" w14:textId="77777777" w:rsidR="00057325" w:rsidRDefault="008F3019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6E3CF771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371568" w14:textId="4E80D936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 xml:space="preserve"> POSIZIONE O POSIZIONI RICHIESTE</w:t>
            </w:r>
          </w:p>
        </w:tc>
      </w:tr>
    </w:tbl>
    <w:p w14:paraId="33EDA0E3" w14:textId="77777777" w:rsidR="00057325" w:rsidRDefault="00057325">
      <w:pPr>
        <w:spacing w:after="0"/>
      </w:pPr>
    </w:p>
    <w:p w14:paraId="3E42019A" w14:textId="77777777" w:rsidR="00057325" w:rsidRDefault="008F3019">
      <w:pPr>
        <w:spacing w:after="100"/>
      </w:pPr>
      <w:proofErr w:type="spellStart"/>
      <w:r>
        <w:rPr>
          <w:b/>
          <w:color w:val="1F1F1F"/>
        </w:rPr>
        <w:t>Barrare</w:t>
      </w:r>
      <w:proofErr w:type="spellEnd"/>
      <w:r>
        <w:rPr>
          <w:b/>
          <w:color w:val="1F1F1F"/>
        </w:rPr>
        <w:t xml:space="preserve"> la </w:t>
      </w:r>
      <w:proofErr w:type="spellStart"/>
      <w:r>
        <w:rPr>
          <w:b/>
          <w:color w:val="1F1F1F"/>
        </w:rPr>
        <w:t>casella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relativa</w:t>
      </w:r>
      <w:proofErr w:type="spellEnd"/>
      <w:r>
        <w:rPr>
          <w:b/>
          <w:color w:val="1F1F1F"/>
        </w:rPr>
        <w:t xml:space="preserve"> a </w:t>
      </w:r>
      <w:proofErr w:type="spellStart"/>
      <w:r>
        <w:rPr>
          <w:b/>
          <w:color w:val="1F1F1F"/>
        </w:rPr>
        <w:t>ciascuna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posizione</w:t>
      </w:r>
      <w:proofErr w:type="spellEnd"/>
      <w:r>
        <w:rPr>
          <w:b/>
          <w:color w:val="1F1F1F"/>
        </w:rPr>
        <w:t xml:space="preserve"> per la quale </w:t>
      </w:r>
      <w:proofErr w:type="spellStart"/>
      <w:r>
        <w:rPr>
          <w:b/>
          <w:color w:val="1F1F1F"/>
        </w:rPr>
        <w:t>si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presenta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candidatura</w:t>
      </w:r>
      <w:proofErr w:type="spellEnd"/>
      <w:r>
        <w:rPr>
          <w:b/>
          <w:color w:val="1F1F1F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26B1014F" w14:textId="77777777">
        <w:trPr>
          <w:jc w:val="center"/>
        </w:trPr>
        <w:tc>
          <w:tcPr>
            <w:tcW w:w="10482" w:type="dxa"/>
            <w:tcBorders>
              <w:top w:val="single" w:sz="5" w:space="0" w:color="5B9BD5"/>
              <w:left w:val="single" w:sz="5" w:space="0" w:color="5B9BD5"/>
              <w:bottom w:val="single" w:sz="5" w:space="0" w:color="5B9BD5"/>
              <w:right w:val="single" w:sz="5" w:space="0" w:color="5B9BD5"/>
            </w:tcBorders>
            <w:shd w:val="clear" w:color="auto" w:fill="5B9BD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444252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 xml:space="preserve">MODULO 1 – </w:t>
            </w:r>
            <w:proofErr w:type="spellStart"/>
            <w:r>
              <w:rPr>
                <w:b/>
                <w:color w:val="FFFFFF"/>
                <w:sz w:val="20"/>
              </w:rPr>
              <w:t>Tecnologie</w:t>
            </w:r>
            <w:proofErr w:type="spellEnd"/>
            <w:r>
              <w:rPr>
                <w:b/>
                <w:color w:val="FFFFFF"/>
                <w:sz w:val="20"/>
              </w:rPr>
              <w:t xml:space="preserve"> inclusive, </w:t>
            </w:r>
            <w:proofErr w:type="spellStart"/>
            <w:r>
              <w:rPr>
                <w:b/>
                <w:color w:val="FFFFFF"/>
                <w:sz w:val="20"/>
              </w:rPr>
              <w:t>realtà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aumentata</w:t>
            </w:r>
            <w:proofErr w:type="spellEnd"/>
            <w:r>
              <w:rPr>
                <w:b/>
                <w:color w:val="FFFFFF"/>
                <w:sz w:val="20"/>
              </w:rPr>
              <w:t xml:space="preserve"> e </w:t>
            </w:r>
            <w:proofErr w:type="spellStart"/>
            <w:r>
              <w:rPr>
                <w:b/>
                <w:color w:val="FFFFFF"/>
                <w:sz w:val="20"/>
              </w:rPr>
              <w:t>personalizzazione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dei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percorsi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nella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scuola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secondaria</w:t>
            </w:r>
            <w:proofErr w:type="spellEnd"/>
            <w:r>
              <w:rPr>
                <w:b/>
                <w:color w:val="FFFFFF"/>
                <w:sz w:val="20"/>
              </w:rPr>
              <w:t xml:space="preserve"> di primo </w:t>
            </w:r>
            <w:proofErr w:type="spellStart"/>
            <w:r>
              <w:rPr>
                <w:b/>
                <w:color w:val="FFFFFF"/>
                <w:sz w:val="20"/>
              </w:rPr>
              <w:t>grado</w:t>
            </w:r>
            <w:proofErr w:type="spellEnd"/>
          </w:p>
        </w:tc>
      </w:tr>
    </w:tbl>
    <w:p w14:paraId="6F8BEC0B" w14:textId="77777777" w:rsidR="00057325" w:rsidRDefault="00057325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"/>
        <w:gridCol w:w="1247"/>
        <w:gridCol w:w="5443"/>
        <w:gridCol w:w="737"/>
        <w:gridCol w:w="1986"/>
      </w:tblGrid>
      <w:tr w:rsidR="00057325" w14:paraId="7997CD0C" w14:textId="77777777" w:rsidTr="003C3F79"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EB529D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Codice</w:t>
            </w:r>
            <w:proofErr w:type="spellEnd"/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CD2B2D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Figura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FE2487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Unità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formativa</w:t>
            </w:r>
            <w:proofErr w:type="spellEnd"/>
            <w:r>
              <w:rPr>
                <w:b/>
                <w:color w:val="FFFFFF"/>
                <w:sz w:val="17"/>
              </w:rPr>
              <w:t xml:space="preserve"> / </w:t>
            </w:r>
            <w:proofErr w:type="spellStart"/>
            <w:r>
              <w:rPr>
                <w:b/>
                <w:color w:val="FFFFFF"/>
                <w:sz w:val="17"/>
              </w:rPr>
              <w:t>funzione</w:t>
            </w:r>
            <w:proofErr w:type="spellEnd"/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CC3E50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Ore</w:t>
            </w:r>
          </w:p>
        </w:tc>
        <w:tc>
          <w:tcPr>
            <w:tcW w:w="1986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7F52C9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Candidatura</w:t>
            </w:r>
            <w:proofErr w:type="spellEnd"/>
          </w:p>
        </w:tc>
      </w:tr>
      <w:tr w:rsidR="00057325" w14:paraId="568E7358" w14:textId="77777777" w:rsidTr="003C3F79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A23201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E1-A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6538E4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7"/>
              </w:rPr>
              <w:t>Esperto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2444536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Inclusione</w:t>
            </w:r>
            <w:proofErr w:type="spellEnd"/>
            <w:r>
              <w:rPr>
                <w:color w:val="1F1F1F"/>
                <w:sz w:val="17"/>
              </w:rPr>
              <w:t xml:space="preserve"> degli </w:t>
            </w:r>
            <w:proofErr w:type="spellStart"/>
            <w:r>
              <w:rPr>
                <w:color w:val="1F1F1F"/>
                <w:sz w:val="17"/>
              </w:rPr>
              <w:t>alunni</w:t>
            </w:r>
            <w:proofErr w:type="spellEnd"/>
            <w:r>
              <w:rPr>
                <w:color w:val="1F1F1F"/>
                <w:sz w:val="17"/>
              </w:rPr>
              <w:t xml:space="preserve"> con </w:t>
            </w:r>
            <w:proofErr w:type="spellStart"/>
            <w:r>
              <w:rPr>
                <w:color w:val="1F1F1F"/>
                <w:sz w:val="17"/>
              </w:rPr>
              <w:t>disabilità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mediante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principi</w:t>
            </w:r>
            <w:proofErr w:type="spellEnd"/>
            <w:r>
              <w:rPr>
                <w:color w:val="1F1F1F"/>
                <w:sz w:val="17"/>
              </w:rPr>
              <w:t xml:space="preserve">, </w:t>
            </w:r>
            <w:proofErr w:type="spellStart"/>
            <w:r>
              <w:rPr>
                <w:color w:val="1F1F1F"/>
                <w:sz w:val="17"/>
              </w:rPr>
              <w:t>strategie</w:t>
            </w:r>
            <w:proofErr w:type="spellEnd"/>
            <w:r>
              <w:rPr>
                <w:color w:val="1F1F1F"/>
                <w:sz w:val="17"/>
              </w:rPr>
              <w:t xml:space="preserve"> e </w:t>
            </w:r>
            <w:proofErr w:type="spellStart"/>
            <w:r>
              <w:rPr>
                <w:color w:val="1F1F1F"/>
                <w:sz w:val="17"/>
              </w:rPr>
              <w:t>strumenti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dell’Analisi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Applicata</w:t>
            </w:r>
            <w:proofErr w:type="spellEnd"/>
            <w:r>
              <w:rPr>
                <w:color w:val="1F1F1F"/>
                <w:sz w:val="17"/>
              </w:rPr>
              <w:t xml:space="preserve"> del </w:t>
            </w:r>
            <w:proofErr w:type="spellStart"/>
            <w:r>
              <w:rPr>
                <w:color w:val="1F1F1F"/>
                <w:sz w:val="17"/>
              </w:rPr>
              <w:t>Comportamento</w:t>
            </w:r>
            <w:proofErr w:type="spellEnd"/>
            <w:r>
              <w:rPr>
                <w:color w:val="1F1F1F"/>
                <w:sz w:val="17"/>
              </w:rPr>
              <w:t xml:space="preserve"> – ABA</w:t>
            </w:r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202646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10</w:t>
            </w:r>
          </w:p>
        </w:tc>
        <w:tc>
          <w:tcPr>
            <w:tcW w:w="1986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69166F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1270C84B" w14:textId="77777777" w:rsidTr="003C3F79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EBDAB3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E1-B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31D5CD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7"/>
              </w:rPr>
              <w:t>Esperto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E3EBF8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Didattica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immersiva</w:t>
            </w:r>
            <w:proofErr w:type="spellEnd"/>
            <w:r>
              <w:rPr>
                <w:color w:val="1F1F1F"/>
                <w:sz w:val="17"/>
              </w:rPr>
              <w:t xml:space="preserve"> e </w:t>
            </w:r>
            <w:proofErr w:type="spellStart"/>
            <w:r>
              <w:rPr>
                <w:color w:val="1F1F1F"/>
                <w:sz w:val="17"/>
              </w:rPr>
              <w:t>utilizzo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didattico</w:t>
            </w:r>
            <w:proofErr w:type="spellEnd"/>
            <w:r>
              <w:rPr>
                <w:color w:val="1F1F1F"/>
                <w:sz w:val="17"/>
              </w:rPr>
              <w:t xml:space="preserve"> e </w:t>
            </w:r>
            <w:proofErr w:type="spellStart"/>
            <w:r>
              <w:rPr>
                <w:color w:val="1F1F1F"/>
                <w:sz w:val="17"/>
              </w:rPr>
              <w:t>tecnologico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dell’aula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immersiva</w:t>
            </w:r>
            <w:proofErr w:type="spellEnd"/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E06269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10</w:t>
            </w:r>
          </w:p>
        </w:tc>
        <w:tc>
          <w:tcPr>
            <w:tcW w:w="1986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2C1D67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7475C609" w14:textId="77777777" w:rsidTr="003C3F79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C0B0DA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E1-C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4D593C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7"/>
              </w:rPr>
              <w:t>Esperto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4653BED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Utilizzo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consapevole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dell’intelligenza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artificiale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nella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didattica</w:t>
            </w:r>
            <w:proofErr w:type="spellEnd"/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B8A094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10</w:t>
            </w:r>
          </w:p>
        </w:tc>
        <w:tc>
          <w:tcPr>
            <w:tcW w:w="1986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F5316B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41CABF0C" w14:textId="77777777" w:rsidTr="003C3F79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3B443F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T1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B62431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Tutor</w:t>
            </w:r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973694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Tutoraggio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dell’intero</w:t>
            </w:r>
            <w:proofErr w:type="spellEnd"/>
            <w:r>
              <w:rPr>
                <w:color w:val="1F1F1F"/>
                <w:sz w:val="17"/>
              </w:rPr>
              <w:t xml:space="preserve"> modulo</w:t>
            </w:r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15B03F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30</w:t>
            </w:r>
          </w:p>
        </w:tc>
        <w:tc>
          <w:tcPr>
            <w:tcW w:w="1986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172A9F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</w:tbl>
    <w:p w14:paraId="1A100C6C" w14:textId="77777777" w:rsidR="00057325" w:rsidRDefault="00057325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05173638" w14:textId="77777777">
        <w:trPr>
          <w:jc w:val="center"/>
        </w:trPr>
        <w:tc>
          <w:tcPr>
            <w:tcW w:w="10482" w:type="dxa"/>
            <w:tcBorders>
              <w:top w:val="single" w:sz="5" w:space="0" w:color="5B9BD5"/>
              <w:left w:val="single" w:sz="5" w:space="0" w:color="5B9BD5"/>
              <w:bottom w:val="single" w:sz="5" w:space="0" w:color="5B9BD5"/>
              <w:right w:val="single" w:sz="5" w:space="0" w:color="5B9BD5"/>
            </w:tcBorders>
            <w:shd w:val="clear" w:color="auto" w:fill="5B9BD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B955A3" w14:textId="76979199" w:rsidR="00057325" w:rsidRDefault="008F3019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 xml:space="preserve">MODULO 2 – </w:t>
            </w:r>
            <w:proofErr w:type="spellStart"/>
            <w:r>
              <w:rPr>
                <w:b/>
                <w:color w:val="FFFFFF"/>
                <w:sz w:val="20"/>
              </w:rPr>
              <w:t>Tecnologie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digitali</w:t>
            </w:r>
            <w:proofErr w:type="spellEnd"/>
            <w:r>
              <w:rPr>
                <w:b/>
                <w:color w:val="FFFFFF"/>
                <w:sz w:val="20"/>
              </w:rPr>
              <w:t xml:space="preserve"> e </w:t>
            </w:r>
            <w:proofErr w:type="spellStart"/>
            <w:r>
              <w:rPr>
                <w:b/>
                <w:color w:val="FFFFFF"/>
                <w:sz w:val="20"/>
              </w:rPr>
              <w:t>inclusione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nei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primi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ambienti</w:t>
            </w:r>
            <w:proofErr w:type="spellEnd"/>
            <w:r>
              <w:rPr>
                <w:b/>
                <w:color w:val="FFFFFF"/>
                <w:sz w:val="20"/>
              </w:rPr>
              <w:t xml:space="preserve"> di </w:t>
            </w:r>
            <w:proofErr w:type="spellStart"/>
            <w:r>
              <w:rPr>
                <w:b/>
                <w:color w:val="FFFFFF"/>
                <w:sz w:val="20"/>
              </w:rPr>
              <w:t>apprendimento</w:t>
            </w:r>
            <w:proofErr w:type="spellEnd"/>
            <w:r w:rsidR="003C3F79">
              <w:rPr>
                <w:b/>
                <w:color w:val="FFFFFF"/>
                <w:sz w:val="20"/>
              </w:rPr>
              <w:t>, (SCUOLA PRIMARIA)</w:t>
            </w:r>
          </w:p>
        </w:tc>
      </w:tr>
    </w:tbl>
    <w:p w14:paraId="6687BA50" w14:textId="77777777" w:rsidR="00057325" w:rsidRDefault="00057325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"/>
        <w:gridCol w:w="1246"/>
        <w:gridCol w:w="5435"/>
        <w:gridCol w:w="736"/>
        <w:gridCol w:w="2033"/>
      </w:tblGrid>
      <w:tr w:rsidR="00057325" w14:paraId="138353EA" w14:textId="77777777"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038335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Codice</w:t>
            </w:r>
            <w:proofErr w:type="spellEnd"/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CD2A33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Figura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D8A4DE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Unità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formativa</w:t>
            </w:r>
            <w:proofErr w:type="spellEnd"/>
            <w:r>
              <w:rPr>
                <w:b/>
                <w:color w:val="FFFFFF"/>
                <w:sz w:val="17"/>
              </w:rPr>
              <w:t xml:space="preserve"> / </w:t>
            </w:r>
            <w:proofErr w:type="spellStart"/>
            <w:r>
              <w:rPr>
                <w:b/>
                <w:color w:val="FFFFFF"/>
                <w:sz w:val="17"/>
              </w:rPr>
              <w:t>funzione</w:t>
            </w:r>
            <w:proofErr w:type="spellEnd"/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39C51B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Ore</w:t>
            </w:r>
          </w:p>
        </w:tc>
        <w:tc>
          <w:tcPr>
            <w:tcW w:w="130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4B86E8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Candidatura</w:t>
            </w:r>
            <w:proofErr w:type="spellEnd"/>
          </w:p>
        </w:tc>
      </w:tr>
      <w:tr w:rsidR="00057325" w14:paraId="0207B757" w14:textId="77777777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37057C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E2-A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DA38D8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7"/>
              </w:rPr>
              <w:t>Esperto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C3854B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Inclusione</w:t>
            </w:r>
            <w:proofErr w:type="spellEnd"/>
            <w:r>
              <w:rPr>
                <w:color w:val="1F1F1F"/>
                <w:sz w:val="17"/>
              </w:rPr>
              <w:t xml:space="preserve"> degli </w:t>
            </w:r>
            <w:proofErr w:type="spellStart"/>
            <w:r>
              <w:rPr>
                <w:color w:val="1F1F1F"/>
                <w:sz w:val="17"/>
              </w:rPr>
              <w:t>alunni</w:t>
            </w:r>
            <w:proofErr w:type="spellEnd"/>
            <w:r>
              <w:rPr>
                <w:color w:val="1F1F1F"/>
                <w:sz w:val="17"/>
              </w:rPr>
              <w:t xml:space="preserve"> con </w:t>
            </w:r>
            <w:proofErr w:type="spellStart"/>
            <w:r>
              <w:rPr>
                <w:color w:val="1F1F1F"/>
                <w:sz w:val="17"/>
              </w:rPr>
              <w:t>disabilità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mediante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principi</w:t>
            </w:r>
            <w:proofErr w:type="spellEnd"/>
            <w:r>
              <w:rPr>
                <w:color w:val="1F1F1F"/>
                <w:sz w:val="17"/>
              </w:rPr>
              <w:t xml:space="preserve">, </w:t>
            </w:r>
            <w:proofErr w:type="spellStart"/>
            <w:r>
              <w:rPr>
                <w:color w:val="1F1F1F"/>
                <w:sz w:val="17"/>
              </w:rPr>
              <w:t>strategie</w:t>
            </w:r>
            <w:proofErr w:type="spellEnd"/>
            <w:r>
              <w:rPr>
                <w:color w:val="1F1F1F"/>
                <w:sz w:val="17"/>
              </w:rPr>
              <w:t xml:space="preserve"> e </w:t>
            </w:r>
            <w:proofErr w:type="spellStart"/>
            <w:r>
              <w:rPr>
                <w:color w:val="1F1F1F"/>
                <w:sz w:val="17"/>
              </w:rPr>
              <w:t>strumenti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dell’Analisi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Applicata</w:t>
            </w:r>
            <w:proofErr w:type="spellEnd"/>
            <w:r>
              <w:rPr>
                <w:color w:val="1F1F1F"/>
                <w:sz w:val="17"/>
              </w:rPr>
              <w:t xml:space="preserve"> del </w:t>
            </w:r>
            <w:proofErr w:type="spellStart"/>
            <w:r>
              <w:rPr>
                <w:color w:val="1F1F1F"/>
                <w:sz w:val="17"/>
              </w:rPr>
              <w:t>Comportamento</w:t>
            </w:r>
            <w:proofErr w:type="spellEnd"/>
            <w:r>
              <w:rPr>
                <w:color w:val="1F1F1F"/>
                <w:sz w:val="17"/>
              </w:rPr>
              <w:t xml:space="preserve"> – ABA</w:t>
            </w:r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DD6B63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10</w:t>
            </w:r>
          </w:p>
        </w:tc>
        <w:tc>
          <w:tcPr>
            <w:tcW w:w="130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6D5FF9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153D779E" w14:textId="77777777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113CF3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E2-B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5C26E6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7"/>
              </w:rPr>
              <w:t>Esperto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4D1041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Didattica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immersiva</w:t>
            </w:r>
            <w:proofErr w:type="spellEnd"/>
            <w:r>
              <w:rPr>
                <w:color w:val="1F1F1F"/>
                <w:sz w:val="17"/>
              </w:rPr>
              <w:t xml:space="preserve"> e </w:t>
            </w:r>
            <w:proofErr w:type="spellStart"/>
            <w:r>
              <w:rPr>
                <w:color w:val="1F1F1F"/>
                <w:sz w:val="17"/>
              </w:rPr>
              <w:t>utilizzo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didattico</w:t>
            </w:r>
            <w:proofErr w:type="spellEnd"/>
            <w:r>
              <w:rPr>
                <w:color w:val="1F1F1F"/>
                <w:sz w:val="17"/>
              </w:rPr>
              <w:t xml:space="preserve"> e </w:t>
            </w:r>
            <w:proofErr w:type="spellStart"/>
            <w:r>
              <w:rPr>
                <w:color w:val="1F1F1F"/>
                <w:sz w:val="17"/>
              </w:rPr>
              <w:t>tecnologico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dell’aula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immersiva</w:t>
            </w:r>
            <w:proofErr w:type="spellEnd"/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75917D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10</w:t>
            </w:r>
          </w:p>
        </w:tc>
        <w:tc>
          <w:tcPr>
            <w:tcW w:w="130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5B3643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381808B4" w14:textId="77777777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222A29D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E2-C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C56669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color w:val="1F1F1F"/>
                <w:sz w:val="17"/>
              </w:rPr>
              <w:t>Esperto</w:t>
            </w:r>
            <w:proofErr w:type="spellEnd"/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F689E8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Utilizzo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consapevole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dell’intelligenza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artificiale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nella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didattica</w:t>
            </w:r>
            <w:proofErr w:type="spellEnd"/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15793A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10</w:t>
            </w:r>
          </w:p>
        </w:tc>
        <w:tc>
          <w:tcPr>
            <w:tcW w:w="130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D867EE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54DFF0F0" w14:textId="77777777">
        <w:trPr>
          <w:cantSplit/>
        </w:trPr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12A2F5" w14:textId="77777777" w:rsidR="00057325" w:rsidRDefault="008F3019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T2</w:t>
            </w:r>
          </w:p>
        </w:tc>
        <w:tc>
          <w:tcPr>
            <w:tcW w:w="124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024202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Tutor</w:t>
            </w:r>
          </w:p>
        </w:tc>
        <w:tc>
          <w:tcPr>
            <w:tcW w:w="544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AB18A0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color w:val="1F1F1F"/>
                <w:sz w:val="17"/>
              </w:rPr>
              <w:t>Tutoraggio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dell’intero</w:t>
            </w:r>
            <w:proofErr w:type="spellEnd"/>
            <w:r>
              <w:rPr>
                <w:color w:val="1F1F1F"/>
                <w:sz w:val="17"/>
              </w:rPr>
              <w:t xml:space="preserve"> modulo</w:t>
            </w:r>
          </w:p>
        </w:tc>
        <w:tc>
          <w:tcPr>
            <w:tcW w:w="737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DC7A0F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30</w:t>
            </w:r>
          </w:p>
        </w:tc>
        <w:tc>
          <w:tcPr>
            <w:tcW w:w="130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43534F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t>☐</w:t>
            </w:r>
          </w:p>
        </w:tc>
      </w:tr>
      <w:tr w:rsidR="00057325" w14:paraId="44EFA2E7" w14:textId="77777777">
        <w:tc>
          <w:tcPr>
            <w:tcW w:w="10482" w:type="dxa"/>
            <w:gridSpan w:val="5"/>
            <w:tcBorders>
              <w:top w:val="single" w:sz="5" w:space="0" w:color="D6B656"/>
              <w:left w:val="single" w:sz="5" w:space="0" w:color="D6B656"/>
              <w:bottom w:val="single" w:sz="5" w:space="0" w:color="D6B656"/>
              <w:right w:val="single" w:sz="5" w:space="0" w:color="D6B656"/>
            </w:tcBorders>
            <w:shd w:val="clear" w:color="auto" w:fill="FFF2CC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2B0F1D" w14:textId="77777777" w:rsidR="00057325" w:rsidRDefault="008F3019">
            <w:pPr>
              <w:spacing w:after="0" w:line="240" w:lineRule="auto"/>
            </w:pPr>
            <w:r>
              <w:rPr>
                <w:b/>
                <w:color w:val="1F4E78"/>
                <w:sz w:val="18"/>
              </w:rPr>
              <w:t xml:space="preserve">Il </w:t>
            </w:r>
            <w:proofErr w:type="spellStart"/>
            <w:r>
              <w:rPr>
                <w:b/>
                <w:color w:val="1F4E78"/>
                <w:sz w:val="18"/>
              </w:rPr>
              <w:t>candidato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che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presenta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domanda</w:t>
            </w:r>
            <w:proofErr w:type="spellEnd"/>
            <w:r>
              <w:rPr>
                <w:b/>
                <w:color w:val="1F4E78"/>
                <w:sz w:val="18"/>
              </w:rPr>
              <w:t xml:space="preserve"> per </w:t>
            </w:r>
            <w:proofErr w:type="spellStart"/>
            <w:r>
              <w:rPr>
                <w:b/>
                <w:color w:val="1F4E78"/>
                <w:sz w:val="18"/>
              </w:rPr>
              <w:t>più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profili</w:t>
            </w:r>
            <w:proofErr w:type="spellEnd"/>
            <w:r>
              <w:rPr>
                <w:b/>
                <w:color w:val="1F4E78"/>
                <w:sz w:val="18"/>
              </w:rPr>
              <w:t xml:space="preserve"> di </w:t>
            </w:r>
            <w:proofErr w:type="spellStart"/>
            <w:r>
              <w:rPr>
                <w:b/>
                <w:color w:val="1F4E78"/>
                <w:sz w:val="18"/>
              </w:rPr>
              <w:t>esperto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deve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allegare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una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distinta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scheda</w:t>
            </w:r>
            <w:proofErr w:type="spellEnd"/>
            <w:r>
              <w:rPr>
                <w:b/>
                <w:color w:val="1F4E78"/>
                <w:sz w:val="18"/>
              </w:rPr>
              <w:t xml:space="preserve"> di </w:t>
            </w:r>
            <w:proofErr w:type="spellStart"/>
            <w:r>
              <w:rPr>
                <w:b/>
                <w:color w:val="1F4E78"/>
                <w:sz w:val="18"/>
              </w:rPr>
              <w:t>autovalutazione</w:t>
            </w:r>
            <w:proofErr w:type="spellEnd"/>
            <w:r>
              <w:rPr>
                <w:b/>
                <w:color w:val="1F4E78"/>
                <w:sz w:val="18"/>
              </w:rPr>
              <w:t xml:space="preserve"> e </w:t>
            </w:r>
            <w:proofErr w:type="spellStart"/>
            <w:r>
              <w:rPr>
                <w:b/>
                <w:color w:val="1F4E78"/>
                <w:sz w:val="18"/>
              </w:rPr>
              <w:t>una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distinta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proposta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formativa</w:t>
            </w:r>
            <w:proofErr w:type="spellEnd"/>
            <w:r>
              <w:rPr>
                <w:b/>
                <w:color w:val="1F4E78"/>
                <w:sz w:val="18"/>
              </w:rPr>
              <w:t xml:space="preserve"> per </w:t>
            </w:r>
            <w:proofErr w:type="spellStart"/>
            <w:r>
              <w:rPr>
                <w:b/>
                <w:color w:val="1F4E78"/>
                <w:sz w:val="18"/>
              </w:rPr>
              <w:t>ciascun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profilo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richiesto</w:t>
            </w:r>
            <w:proofErr w:type="spellEnd"/>
            <w:r>
              <w:rPr>
                <w:b/>
                <w:color w:val="1F4E78"/>
                <w:sz w:val="18"/>
              </w:rPr>
              <w:t xml:space="preserve">. </w:t>
            </w:r>
            <w:proofErr w:type="spellStart"/>
            <w:r>
              <w:rPr>
                <w:b/>
                <w:color w:val="1F4E78"/>
                <w:sz w:val="18"/>
              </w:rPr>
              <w:t>L’istanza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può</w:t>
            </w:r>
            <w:proofErr w:type="spellEnd"/>
            <w:r>
              <w:rPr>
                <w:b/>
                <w:color w:val="1F4E78"/>
                <w:sz w:val="18"/>
              </w:rPr>
              <w:t xml:space="preserve"> </w:t>
            </w:r>
            <w:proofErr w:type="spellStart"/>
            <w:r>
              <w:rPr>
                <w:b/>
                <w:color w:val="1F4E78"/>
                <w:sz w:val="18"/>
              </w:rPr>
              <w:t>essere</w:t>
            </w:r>
            <w:proofErr w:type="spellEnd"/>
            <w:r>
              <w:rPr>
                <w:b/>
                <w:color w:val="1F4E78"/>
                <w:sz w:val="18"/>
              </w:rPr>
              <w:t xml:space="preserve"> unica.</w:t>
            </w:r>
          </w:p>
        </w:tc>
      </w:tr>
      <w:tr w:rsidR="00057325" w14:paraId="6EA19EDB" w14:textId="77777777">
        <w:tblPrEx>
          <w:jc w:val="center"/>
        </w:tblPrEx>
        <w:trPr>
          <w:jc w:val="center"/>
        </w:trPr>
        <w:tc>
          <w:tcPr>
            <w:tcW w:w="10482" w:type="dxa"/>
            <w:gridSpan w:val="5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4949D1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t>5. DICHIARAZIONI SOSTITUTIVE</w:t>
            </w:r>
          </w:p>
        </w:tc>
      </w:tr>
    </w:tbl>
    <w:p w14:paraId="49581FC9" w14:textId="77777777" w:rsidR="00057325" w:rsidRDefault="00057325">
      <w:pPr>
        <w:spacing w:after="0"/>
      </w:pPr>
    </w:p>
    <w:p w14:paraId="54C82EF8" w14:textId="77777777" w:rsidR="00057325" w:rsidRDefault="008F3019">
      <w:pPr>
        <w:jc w:val="both"/>
      </w:pPr>
      <w:r>
        <w:rPr>
          <w:color w:val="1F1F1F"/>
        </w:rPr>
        <w:t xml:space="preserve">Ai sensi degli </w:t>
      </w:r>
      <w:proofErr w:type="spellStart"/>
      <w:r>
        <w:rPr>
          <w:color w:val="1F1F1F"/>
        </w:rPr>
        <w:t>artt</w:t>
      </w:r>
      <w:proofErr w:type="spellEnd"/>
      <w:r>
        <w:rPr>
          <w:color w:val="1F1F1F"/>
        </w:rPr>
        <w:t xml:space="preserve">. 46 e 47 del D.P.R. 28 </w:t>
      </w:r>
      <w:proofErr w:type="spellStart"/>
      <w:r>
        <w:rPr>
          <w:color w:val="1F1F1F"/>
        </w:rPr>
        <w:t>dicembre</w:t>
      </w:r>
      <w:proofErr w:type="spellEnd"/>
      <w:r>
        <w:rPr>
          <w:color w:val="1F1F1F"/>
        </w:rPr>
        <w:t xml:space="preserve"> 2000, n. 445, </w:t>
      </w:r>
      <w:proofErr w:type="spellStart"/>
      <w:r>
        <w:rPr>
          <w:color w:val="1F1F1F"/>
        </w:rPr>
        <w:t>consapevole</w:t>
      </w:r>
      <w:proofErr w:type="spellEnd"/>
      <w:r>
        <w:rPr>
          <w:color w:val="1F1F1F"/>
        </w:rPr>
        <w:t xml:space="preserve"> delle </w:t>
      </w:r>
      <w:proofErr w:type="spellStart"/>
      <w:r>
        <w:rPr>
          <w:color w:val="1F1F1F"/>
        </w:rPr>
        <w:t>sanzioni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penali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previste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dall’art</w:t>
      </w:r>
      <w:proofErr w:type="spellEnd"/>
      <w:r>
        <w:rPr>
          <w:color w:val="1F1F1F"/>
        </w:rPr>
        <w:t xml:space="preserve">. 76 del </w:t>
      </w:r>
      <w:proofErr w:type="spellStart"/>
      <w:r>
        <w:rPr>
          <w:color w:val="1F1F1F"/>
        </w:rPr>
        <w:t>medesimo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decreto</w:t>
      </w:r>
      <w:proofErr w:type="spellEnd"/>
      <w:r>
        <w:rPr>
          <w:color w:val="1F1F1F"/>
        </w:rPr>
        <w:t xml:space="preserve">, il/la </w:t>
      </w:r>
      <w:proofErr w:type="spellStart"/>
      <w:r>
        <w:rPr>
          <w:color w:val="1F1F1F"/>
        </w:rPr>
        <w:t>sottoscritto</w:t>
      </w:r>
      <w:proofErr w:type="spellEnd"/>
      <w:r>
        <w:rPr>
          <w:color w:val="1F1F1F"/>
        </w:rPr>
        <w:t xml:space="preserve">/a </w:t>
      </w:r>
      <w:proofErr w:type="spellStart"/>
      <w:r>
        <w:rPr>
          <w:color w:val="1F1F1F"/>
        </w:rPr>
        <w:t>dichiara</w:t>
      </w:r>
      <w:proofErr w:type="spellEnd"/>
      <w:r>
        <w:rPr>
          <w:color w:val="1F1F1F"/>
        </w:rPr>
        <w:t>:</w:t>
      </w:r>
    </w:p>
    <w:p w14:paraId="1EBECED7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godere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diritti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civili</w:t>
      </w:r>
      <w:proofErr w:type="spellEnd"/>
      <w:r>
        <w:rPr>
          <w:color w:val="1F1F1F"/>
          <w:sz w:val="19"/>
        </w:rPr>
        <w:t xml:space="preserve"> e </w:t>
      </w:r>
      <w:proofErr w:type="spellStart"/>
      <w:r>
        <w:rPr>
          <w:color w:val="1F1F1F"/>
          <w:sz w:val="19"/>
        </w:rPr>
        <w:t>politici</w:t>
      </w:r>
      <w:proofErr w:type="spellEnd"/>
      <w:r>
        <w:rPr>
          <w:color w:val="1F1F1F"/>
          <w:sz w:val="19"/>
        </w:rPr>
        <w:t xml:space="preserve"> e di non </w:t>
      </w:r>
      <w:proofErr w:type="spellStart"/>
      <w:r>
        <w:rPr>
          <w:color w:val="1F1F1F"/>
          <w:sz w:val="19"/>
        </w:rPr>
        <w:t>essere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escluso</w:t>
      </w:r>
      <w:proofErr w:type="spellEnd"/>
      <w:r>
        <w:rPr>
          <w:color w:val="1F1F1F"/>
          <w:sz w:val="19"/>
        </w:rPr>
        <w:t xml:space="preserve">/a </w:t>
      </w:r>
      <w:proofErr w:type="spellStart"/>
      <w:r>
        <w:rPr>
          <w:color w:val="1F1F1F"/>
          <w:sz w:val="19"/>
        </w:rPr>
        <w:t>dall’elettorato</w:t>
      </w:r>
      <w:proofErr w:type="spellEnd"/>
      <w:r>
        <w:rPr>
          <w:color w:val="1F1F1F"/>
          <w:sz w:val="19"/>
        </w:rPr>
        <w:t xml:space="preserve"> politico </w:t>
      </w:r>
      <w:proofErr w:type="spellStart"/>
      <w:r>
        <w:rPr>
          <w:color w:val="1F1F1F"/>
          <w:sz w:val="19"/>
        </w:rPr>
        <w:t>attivo</w:t>
      </w:r>
      <w:proofErr w:type="spellEnd"/>
      <w:r>
        <w:rPr>
          <w:color w:val="1F1F1F"/>
          <w:sz w:val="19"/>
        </w:rPr>
        <w:t>;</w:t>
      </w:r>
    </w:p>
    <w:p w14:paraId="1911D36B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non </w:t>
      </w:r>
      <w:proofErr w:type="spellStart"/>
      <w:r>
        <w:rPr>
          <w:color w:val="1F1F1F"/>
          <w:sz w:val="19"/>
        </w:rPr>
        <w:t>avere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riportato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condanne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penali</w:t>
      </w:r>
      <w:proofErr w:type="spellEnd"/>
      <w:r>
        <w:rPr>
          <w:color w:val="1F1F1F"/>
          <w:sz w:val="19"/>
        </w:rPr>
        <w:t xml:space="preserve"> e di non </w:t>
      </w:r>
      <w:proofErr w:type="spellStart"/>
      <w:r>
        <w:rPr>
          <w:color w:val="1F1F1F"/>
          <w:sz w:val="19"/>
        </w:rPr>
        <w:t>essere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destinatario</w:t>
      </w:r>
      <w:proofErr w:type="spellEnd"/>
      <w:r>
        <w:rPr>
          <w:color w:val="1F1F1F"/>
          <w:sz w:val="19"/>
        </w:rPr>
        <w:t xml:space="preserve">/a di </w:t>
      </w:r>
      <w:proofErr w:type="spellStart"/>
      <w:r>
        <w:rPr>
          <w:color w:val="1F1F1F"/>
          <w:sz w:val="19"/>
        </w:rPr>
        <w:t>provvedimenti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che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impediscano</w:t>
      </w:r>
      <w:proofErr w:type="spellEnd"/>
      <w:r>
        <w:rPr>
          <w:color w:val="1F1F1F"/>
          <w:sz w:val="19"/>
        </w:rPr>
        <w:t xml:space="preserve"> il </w:t>
      </w:r>
      <w:proofErr w:type="spellStart"/>
      <w:r>
        <w:rPr>
          <w:color w:val="1F1F1F"/>
          <w:sz w:val="19"/>
        </w:rPr>
        <w:t>conferimento</w:t>
      </w:r>
      <w:proofErr w:type="spellEnd"/>
      <w:r>
        <w:rPr>
          <w:color w:val="1F1F1F"/>
          <w:sz w:val="19"/>
        </w:rPr>
        <w:t xml:space="preserve"> di </w:t>
      </w:r>
      <w:proofErr w:type="spellStart"/>
      <w:r>
        <w:rPr>
          <w:color w:val="1F1F1F"/>
          <w:sz w:val="19"/>
        </w:rPr>
        <w:t>incarichi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presso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pubbliche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amministrazioni</w:t>
      </w:r>
      <w:proofErr w:type="spellEnd"/>
      <w:r>
        <w:rPr>
          <w:color w:val="1F1F1F"/>
          <w:sz w:val="19"/>
        </w:rPr>
        <w:t xml:space="preserve">, salvo </w:t>
      </w:r>
      <w:proofErr w:type="spellStart"/>
      <w:r>
        <w:rPr>
          <w:color w:val="1F1F1F"/>
          <w:sz w:val="19"/>
        </w:rPr>
        <w:t>quanto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eventualmente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dichiarato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nello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spazio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seguente</w:t>
      </w:r>
      <w:proofErr w:type="spellEnd"/>
      <w:r>
        <w:rPr>
          <w:color w:val="1F1F1F"/>
          <w:sz w:val="19"/>
        </w:rPr>
        <w:t>;</w:t>
      </w:r>
    </w:p>
    <w:p w14:paraId="5BE86405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non </w:t>
      </w:r>
      <w:proofErr w:type="spellStart"/>
      <w:r>
        <w:rPr>
          <w:color w:val="1F1F1F"/>
          <w:sz w:val="19"/>
        </w:rPr>
        <w:t>essere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stato</w:t>
      </w:r>
      <w:proofErr w:type="spellEnd"/>
      <w:r>
        <w:rPr>
          <w:color w:val="1F1F1F"/>
          <w:sz w:val="19"/>
        </w:rPr>
        <w:t xml:space="preserve">/a </w:t>
      </w:r>
      <w:proofErr w:type="spellStart"/>
      <w:r>
        <w:rPr>
          <w:color w:val="1F1F1F"/>
          <w:sz w:val="19"/>
        </w:rPr>
        <w:t>destituito</w:t>
      </w:r>
      <w:proofErr w:type="spellEnd"/>
      <w:r>
        <w:rPr>
          <w:color w:val="1F1F1F"/>
          <w:sz w:val="19"/>
        </w:rPr>
        <w:t xml:space="preserve">/a, </w:t>
      </w:r>
      <w:proofErr w:type="spellStart"/>
      <w:r>
        <w:rPr>
          <w:color w:val="1F1F1F"/>
          <w:sz w:val="19"/>
        </w:rPr>
        <w:t>dispensato</w:t>
      </w:r>
      <w:proofErr w:type="spellEnd"/>
      <w:r>
        <w:rPr>
          <w:color w:val="1F1F1F"/>
          <w:sz w:val="19"/>
        </w:rPr>
        <w:t xml:space="preserve">/a, </w:t>
      </w:r>
      <w:proofErr w:type="spellStart"/>
      <w:r>
        <w:rPr>
          <w:color w:val="1F1F1F"/>
          <w:sz w:val="19"/>
        </w:rPr>
        <w:t>licenziato</w:t>
      </w:r>
      <w:proofErr w:type="spellEnd"/>
      <w:r>
        <w:rPr>
          <w:color w:val="1F1F1F"/>
          <w:sz w:val="19"/>
        </w:rPr>
        <w:t xml:space="preserve">/a o </w:t>
      </w:r>
      <w:proofErr w:type="spellStart"/>
      <w:r>
        <w:rPr>
          <w:color w:val="1F1F1F"/>
          <w:sz w:val="19"/>
        </w:rPr>
        <w:t>dichiarato</w:t>
      </w:r>
      <w:proofErr w:type="spellEnd"/>
      <w:r>
        <w:rPr>
          <w:color w:val="1F1F1F"/>
          <w:sz w:val="19"/>
        </w:rPr>
        <w:t xml:space="preserve">/a </w:t>
      </w:r>
      <w:proofErr w:type="spellStart"/>
      <w:r>
        <w:rPr>
          <w:color w:val="1F1F1F"/>
          <w:sz w:val="19"/>
        </w:rPr>
        <w:t>decaduto</w:t>
      </w:r>
      <w:proofErr w:type="spellEnd"/>
      <w:r>
        <w:rPr>
          <w:color w:val="1F1F1F"/>
          <w:sz w:val="19"/>
        </w:rPr>
        <w:t xml:space="preserve">/a da un </w:t>
      </w:r>
      <w:proofErr w:type="spellStart"/>
      <w:r>
        <w:rPr>
          <w:color w:val="1F1F1F"/>
          <w:sz w:val="19"/>
        </w:rPr>
        <w:t>impiego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presso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una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pubblica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amministrazione</w:t>
      </w:r>
      <w:proofErr w:type="spellEnd"/>
      <w:r>
        <w:rPr>
          <w:color w:val="1F1F1F"/>
          <w:sz w:val="19"/>
        </w:rPr>
        <w:t>;</w:t>
      </w:r>
    </w:p>
    <w:p w14:paraId="7D51FDD6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non </w:t>
      </w:r>
      <w:proofErr w:type="spellStart"/>
      <w:r>
        <w:rPr>
          <w:color w:val="1F1F1F"/>
          <w:sz w:val="19"/>
        </w:rPr>
        <w:t>trovarsi</w:t>
      </w:r>
      <w:proofErr w:type="spellEnd"/>
      <w:r>
        <w:rPr>
          <w:color w:val="1F1F1F"/>
          <w:sz w:val="19"/>
        </w:rPr>
        <w:t xml:space="preserve"> in </w:t>
      </w:r>
      <w:proofErr w:type="spellStart"/>
      <w:r>
        <w:rPr>
          <w:color w:val="1F1F1F"/>
          <w:sz w:val="19"/>
        </w:rPr>
        <w:t>situazioni</w:t>
      </w:r>
      <w:proofErr w:type="spellEnd"/>
      <w:r>
        <w:rPr>
          <w:color w:val="1F1F1F"/>
          <w:sz w:val="19"/>
        </w:rPr>
        <w:t xml:space="preserve"> di </w:t>
      </w:r>
      <w:proofErr w:type="spellStart"/>
      <w:r>
        <w:rPr>
          <w:color w:val="1F1F1F"/>
          <w:sz w:val="19"/>
        </w:rPr>
        <w:t>incompatibilità</w:t>
      </w:r>
      <w:proofErr w:type="spellEnd"/>
      <w:r>
        <w:rPr>
          <w:color w:val="1F1F1F"/>
          <w:sz w:val="19"/>
        </w:rPr>
        <w:t xml:space="preserve">, </w:t>
      </w:r>
      <w:proofErr w:type="spellStart"/>
      <w:r>
        <w:rPr>
          <w:color w:val="1F1F1F"/>
          <w:sz w:val="19"/>
        </w:rPr>
        <w:t>inconferibilità</w:t>
      </w:r>
      <w:proofErr w:type="spellEnd"/>
      <w:r>
        <w:rPr>
          <w:color w:val="1F1F1F"/>
          <w:sz w:val="19"/>
        </w:rPr>
        <w:t xml:space="preserve"> o </w:t>
      </w:r>
      <w:proofErr w:type="spellStart"/>
      <w:r>
        <w:rPr>
          <w:color w:val="1F1F1F"/>
          <w:sz w:val="19"/>
        </w:rPr>
        <w:t>conflitto</w:t>
      </w:r>
      <w:proofErr w:type="spellEnd"/>
      <w:r>
        <w:rPr>
          <w:color w:val="1F1F1F"/>
          <w:sz w:val="19"/>
        </w:rPr>
        <w:t xml:space="preserve"> di </w:t>
      </w:r>
      <w:proofErr w:type="spellStart"/>
      <w:r>
        <w:rPr>
          <w:color w:val="1F1F1F"/>
          <w:sz w:val="19"/>
        </w:rPr>
        <w:t>interessi</w:t>
      </w:r>
      <w:proofErr w:type="spellEnd"/>
      <w:r>
        <w:rPr>
          <w:color w:val="1F1F1F"/>
          <w:sz w:val="19"/>
        </w:rPr>
        <w:t xml:space="preserve">, </w:t>
      </w:r>
      <w:proofErr w:type="spellStart"/>
      <w:r>
        <w:rPr>
          <w:color w:val="1F1F1F"/>
          <w:sz w:val="19"/>
        </w:rPr>
        <w:t>anche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potenziale</w:t>
      </w:r>
      <w:proofErr w:type="spellEnd"/>
      <w:r>
        <w:rPr>
          <w:color w:val="1F1F1F"/>
          <w:sz w:val="19"/>
        </w:rPr>
        <w:t>;</w:t>
      </w:r>
    </w:p>
    <w:p w14:paraId="4D83FBC5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possedere</w:t>
      </w:r>
      <w:proofErr w:type="spellEnd"/>
      <w:r>
        <w:rPr>
          <w:color w:val="1F1F1F"/>
          <w:sz w:val="19"/>
        </w:rPr>
        <w:t xml:space="preserve"> tutti </w:t>
      </w:r>
      <w:proofErr w:type="spellStart"/>
      <w:r>
        <w:rPr>
          <w:color w:val="1F1F1F"/>
          <w:sz w:val="19"/>
        </w:rPr>
        <w:t>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requisiti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generali</w:t>
      </w:r>
      <w:proofErr w:type="spellEnd"/>
      <w:r>
        <w:rPr>
          <w:color w:val="1F1F1F"/>
          <w:sz w:val="19"/>
        </w:rPr>
        <w:t xml:space="preserve"> e </w:t>
      </w:r>
      <w:proofErr w:type="spellStart"/>
      <w:r>
        <w:rPr>
          <w:color w:val="1F1F1F"/>
          <w:sz w:val="19"/>
        </w:rPr>
        <w:t>specifici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previsti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dall’Avviso</w:t>
      </w:r>
      <w:proofErr w:type="spellEnd"/>
      <w:r>
        <w:rPr>
          <w:color w:val="1F1F1F"/>
          <w:sz w:val="19"/>
        </w:rPr>
        <w:t xml:space="preserve"> per la </w:t>
      </w:r>
      <w:proofErr w:type="spellStart"/>
      <w:r>
        <w:rPr>
          <w:color w:val="1F1F1F"/>
          <w:sz w:val="19"/>
        </w:rPr>
        <w:t>posizione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richiesta</w:t>
      </w:r>
      <w:proofErr w:type="spellEnd"/>
      <w:r>
        <w:rPr>
          <w:color w:val="1F1F1F"/>
          <w:sz w:val="19"/>
        </w:rPr>
        <w:t>;</w:t>
      </w:r>
    </w:p>
    <w:p w14:paraId="5B5E8650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possedere</w:t>
      </w:r>
      <w:proofErr w:type="spellEnd"/>
      <w:r>
        <w:rPr>
          <w:color w:val="1F1F1F"/>
          <w:sz w:val="19"/>
        </w:rPr>
        <w:t xml:space="preserve"> le </w:t>
      </w:r>
      <w:proofErr w:type="spellStart"/>
      <w:r>
        <w:rPr>
          <w:color w:val="1F1F1F"/>
          <w:sz w:val="19"/>
        </w:rPr>
        <w:t>conoscenze</w:t>
      </w:r>
      <w:proofErr w:type="spellEnd"/>
      <w:r>
        <w:rPr>
          <w:color w:val="1F1F1F"/>
          <w:sz w:val="19"/>
        </w:rPr>
        <w:t xml:space="preserve">, </w:t>
      </w:r>
      <w:proofErr w:type="spellStart"/>
      <w:r>
        <w:rPr>
          <w:color w:val="1F1F1F"/>
          <w:sz w:val="19"/>
        </w:rPr>
        <w:t>competenze</w:t>
      </w:r>
      <w:proofErr w:type="spellEnd"/>
      <w:r>
        <w:rPr>
          <w:color w:val="1F1F1F"/>
          <w:sz w:val="19"/>
        </w:rPr>
        <w:t xml:space="preserve"> ed </w:t>
      </w:r>
      <w:proofErr w:type="spellStart"/>
      <w:r>
        <w:rPr>
          <w:color w:val="1F1F1F"/>
          <w:sz w:val="19"/>
        </w:rPr>
        <w:t>esperienze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necessarie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allo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svolgimento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dell’incarico</w:t>
      </w:r>
      <w:proofErr w:type="spellEnd"/>
      <w:r>
        <w:rPr>
          <w:color w:val="1F1F1F"/>
          <w:sz w:val="19"/>
        </w:rPr>
        <w:t>;</w:t>
      </w:r>
    </w:p>
    <w:p w14:paraId="54538B6B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possedere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adeguate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competenze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digitali</w:t>
      </w:r>
      <w:proofErr w:type="spellEnd"/>
      <w:r>
        <w:rPr>
          <w:color w:val="1F1F1F"/>
          <w:sz w:val="19"/>
        </w:rPr>
        <w:t xml:space="preserve"> per </w:t>
      </w:r>
      <w:proofErr w:type="spellStart"/>
      <w:r>
        <w:rPr>
          <w:color w:val="1F1F1F"/>
          <w:sz w:val="19"/>
        </w:rPr>
        <w:t>l’utilizzo</w:t>
      </w:r>
      <w:proofErr w:type="spellEnd"/>
      <w:r>
        <w:rPr>
          <w:color w:val="1F1F1F"/>
          <w:sz w:val="19"/>
        </w:rPr>
        <w:t xml:space="preserve"> della </w:t>
      </w:r>
      <w:proofErr w:type="spellStart"/>
      <w:r>
        <w:rPr>
          <w:color w:val="1F1F1F"/>
          <w:sz w:val="19"/>
        </w:rPr>
        <w:t>piattaforma</w:t>
      </w:r>
      <w:proofErr w:type="spellEnd"/>
      <w:r>
        <w:rPr>
          <w:color w:val="1F1F1F"/>
          <w:sz w:val="19"/>
        </w:rPr>
        <w:t xml:space="preserve"> SIF2127 e degli </w:t>
      </w:r>
      <w:proofErr w:type="spellStart"/>
      <w:r>
        <w:rPr>
          <w:color w:val="1F1F1F"/>
          <w:sz w:val="19"/>
        </w:rPr>
        <w:t>strumenti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informatici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necessari</w:t>
      </w:r>
      <w:proofErr w:type="spellEnd"/>
      <w:r>
        <w:rPr>
          <w:color w:val="1F1F1F"/>
          <w:sz w:val="19"/>
        </w:rPr>
        <w:t>;</w:t>
      </w:r>
    </w:p>
    <w:p w14:paraId="24187857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garantire</w:t>
      </w:r>
      <w:proofErr w:type="spellEnd"/>
      <w:r>
        <w:rPr>
          <w:color w:val="1F1F1F"/>
          <w:sz w:val="19"/>
        </w:rPr>
        <w:t xml:space="preserve"> la </w:t>
      </w:r>
      <w:proofErr w:type="spellStart"/>
      <w:r>
        <w:rPr>
          <w:color w:val="1F1F1F"/>
          <w:sz w:val="19"/>
        </w:rPr>
        <w:t>disponibilità</w:t>
      </w:r>
      <w:proofErr w:type="spellEnd"/>
      <w:r>
        <w:rPr>
          <w:color w:val="1F1F1F"/>
          <w:sz w:val="19"/>
        </w:rPr>
        <w:t xml:space="preserve"> secondo il </w:t>
      </w:r>
      <w:proofErr w:type="spellStart"/>
      <w:r>
        <w:rPr>
          <w:color w:val="1F1F1F"/>
          <w:sz w:val="19"/>
        </w:rPr>
        <w:t>calendario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predisposto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dall’Istituzione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scolastica</w:t>
      </w:r>
      <w:proofErr w:type="spellEnd"/>
      <w:r>
        <w:rPr>
          <w:color w:val="1F1F1F"/>
          <w:sz w:val="19"/>
        </w:rPr>
        <w:t xml:space="preserve"> e in </w:t>
      </w:r>
      <w:proofErr w:type="spellStart"/>
      <w:r>
        <w:rPr>
          <w:color w:val="1F1F1F"/>
          <w:sz w:val="19"/>
        </w:rPr>
        <w:t>orario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aggiuntivo</w:t>
      </w:r>
      <w:proofErr w:type="spellEnd"/>
      <w:r>
        <w:rPr>
          <w:color w:val="1F1F1F"/>
          <w:sz w:val="19"/>
        </w:rPr>
        <w:t xml:space="preserve"> rispetto </w:t>
      </w:r>
      <w:proofErr w:type="spellStart"/>
      <w:r>
        <w:rPr>
          <w:color w:val="1F1F1F"/>
          <w:sz w:val="19"/>
        </w:rPr>
        <w:t>agli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obblighi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ordinari</w:t>
      </w:r>
      <w:proofErr w:type="spellEnd"/>
      <w:r>
        <w:rPr>
          <w:color w:val="1F1F1F"/>
          <w:sz w:val="19"/>
        </w:rPr>
        <w:t xml:space="preserve"> di </w:t>
      </w:r>
      <w:proofErr w:type="spellStart"/>
      <w:r>
        <w:rPr>
          <w:color w:val="1F1F1F"/>
          <w:sz w:val="19"/>
        </w:rPr>
        <w:t>servizio</w:t>
      </w:r>
      <w:proofErr w:type="spellEnd"/>
      <w:r>
        <w:rPr>
          <w:color w:val="1F1F1F"/>
          <w:sz w:val="19"/>
        </w:rPr>
        <w:t>;</w:t>
      </w:r>
    </w:p>
    <w:p w14:paraId="59CD6DBB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accettare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integralmente</w:t>
      </w:r>
      <w:proofErr w:type="spellEnd"/>
      <w:r>
        <w:rPr>
          <w:color w:val="1F1F1F"/>
          <w:sz w:val="19"/>
        </w:rPr>
        <w:t xml:space="preserve"> le </w:t>
      </w:r>
      <w:proofErr w:type="spellStart"/>
      <w:r>
        <w:rPr>
          <w:color w:val="1F1F1F"/>
          <w:sz w:val="19"/>
        </w:rPr>
        <w:t>condizioni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dell’Avviso</w:t>
      </w:r>
      <w:proofErr w:type="spellEnd"/>
      <w:r>
        <w:rPr>
          <w:color w:val="1F1F1F"/>
          <w:sz w:val="19"/>
        </w:rPr>
        <w:t xml:space="preserve"> e di </w:t>
      </w:r>
      <w:proofErr w:type="spellStart"/>
      <w:r>
        <w:rPr>
          <w:color w:val="1F1F1F"/>
          <w:sz w:val="19"/>
        </w:rPr>
        <w:t>autorizzare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controlli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previsti</w:t>
      </w:r>
      <w:proofErr w:type="spellEnd"/>
      <w:r>
        <w:rPr>
          <w:color w:val="1F1F1F"/>
          <w:sz w:val="19"/>
        </w:rPr>
        <w:t xml:space="preserve"> dal D.P.R. n. 445/2000;</w:t>
      </w:r>
    </w:p>
    <w:p w14:paraId="38F78DC1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19"/>
        </w:rPr>
        <w:t xml:space="preserve">☐ di </w:t>
      </w:r>
      <w:proofErr w:type="spellStart"/>
      <w:r>
        <w:rPr>
          <w:color w:val="1F1F1F"/>
          <w:sz w:val="19"/>
        </w:rPr>
        <w:t>impegnarsi</w:t>
      </w:r>
      <w:proofErr w:type="spellEnd"/>
      <w:r>
        <w:rPr>
          <w:color w:val="1F1F1F"/>
          <w:sz w:val="19"/>
        </w:rPr>
        <w:t xml:space="preserve"> a </w:t>
      </w:r>
      <w:proofErr w:type="spellStart"/>
      <w:r>
        <w:rPr>
          <w:color w:val="1F1F1F"/>
          <w:sz w:val="19"/>
        </w:rPr>
        <w:t>comunicare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tempestivamente</w:t>
      </w:r>
      <w:proofErr w:type="spellEnd"/>
      <w:r>
        <w:rPr>
          <w:color w:val="1F1F1F"/>
          <w:sz w:val="19"/>
        </w:rPr>
        <w:t xml:space="preserve"> ogni </w:t>
      </w:r>
      <w:proofErr w:type="spellStart"/>
      <w:r>
        <w:rPr>
          <w:color w:val="1F1F1F"/>
          <w:sz w:val="19"/>
        </w:rPr>
        <w:t>variazione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rilevante</w:t>
      </w:r>
      <w:proofErr w:type="spellEnd"/>
      <w:r>
        <w:rPr>
          <w:color w:val="1F1F1F"/>
          <w:sz w:val="19"/>
        </w:rPr>
        <w:t xml:space="preserve"> ai </w:t>
      </w:r>
      <w:proofErr w:type="spellStart"/>
      <w:r>
        <w:rPr>
          <w:color w:val="1F1F1F"/>
          <w:sz w:val="19"/>
        </w:rPr>
        <w:t>fini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dell’incarico</w:t>
      </w:r>
      <w:proofErr w:type="spellEnd"/>
      <w:r>
        <w:rPr>
          <w:color w:val="1F1F1F"/>
          <w:sz w:val="19"/>
        </w:rPr>
        <w:t>.</w:t>
      </w:r>
    </w:p>
    <w:p w14:paraId="0C05F165" w14:textId="77777777" w:rsidR="00057325" w:rsidRDefault="008F3019">
      <w:pPr>
        <w:spacing w:after="40"/>
      </w:pPr>
      <w:proofErr w:type="spellStart"/>
      <w:r>
        <w:rPr>
          <w:b/>
          <w:color w:val="1F1F1F"/>
        </w:rPr>
        <w:t>Eventuali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condanne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penali</w:t>
      </w:r>
      <w:proofErr w:type="spellEnd"/>
      <w:r>
        <w:rPr>
          <w:b/>
          <w:color w:val="1F1F1F"/>
        </w:rPr>
        <w:t xml:space="preserve">, </w:t>
      </w:r>
      <w:proofErr w:type="spellStart"/>
      <w:r>
        <w:rPr>
          <w:b/>
          <w:color w:val="1F1F1F"/>
        </w:rPr>
        <w:t>procedimenti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pendenti</w:t>
      </w:r>
      <w:proofErr w:type="spellEnd"/>
      <w:r>
        <w:rPr>
          <w:b/>
          <w:color w:val="1F1F1F"/>
        </w:rPr>
        <w:t xml:space="preserve"> o </w:t>
      </w:r>
      <w:proofErr w:type="spellStart"/>
      <w:r>
        <w:rPr>
          <w:b/>
          <w:color w:val="1F1F1F"/>
        </w:rPr>
        <w:t>altre</w:t>
      </w:r>
      <w:proofErr w:type="spellEnd"/>
      <w:r>
        <w:rPr>
          <w:b/>
          <w:color w:val="1F1F1F"/>
        </w:rPr>
        <w:t xml:space="preserve"> </w:t>
      </w:r>
      <w:proofErr w:type="spellStart"/>
      <w:r>
        <w:rPr>
          <w:b/>
          <w:color w:val="1F1F1F"/>
        </w:rPr>
        <w:t>situazioni</w:t>
      </w:r>
      <w:proofErr w:type="spellEnd"/>
      <w:r>
        <w:rPr>
          <w:b/>
          <w:color w:val="1F1F1F"/>
        </w:rPr>
        <w:t xml:space="preserve"> da </w:t>
      </w:r>
      <w:proofErr w:type="spellStart"/>
      <w:r>
        <w:rPr>
          <w:b/>
          <w:color w:val="1F1F1F"/>
        </w:rPr>
        <w:t>dichiarare</w:t>
      </w:r>
      <w:proofErr w:type="spellEnd"/>
      <w:r>
        <w:rPr>
          <w:b/>
          <w:color w:val="1F1F1F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057325" w14:paraId="3807003E" w14:textId="77777777" w:rsidTr="00517AED">
        <w:tc>
          <w:tcPr>
            <w:tcW w:w="1047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0A5FB8" w14:textId="77777777" w:rsidR="00057325" w:rsidRDefault="00057325">
            <w:pPr>
              <w:spacing w:after="0" w:line="240" w:lineRule="auto"/>
            </w:pPr>
          </w:p>
        </w:tc>
      </w:tr>
    </w:tbl>
    <w:p w14:paraId="73AEDEFA" w14:textId="77777777" w:rsidR="00057325" w:rsidRDefault="008F3019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0892F446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AD11DC" w14:textId="4019CC4D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. DOCUMENTAZIONE ALLEGATA</w:t>
            </w:r>
          </w:p>
        </w:tc>
      </w:tr>
    </w:tbl>
    <w:p w14:paraId="08B1E29F" w14:textId="77777777" w:rsidR="00057325" w:rsidRDefault="00057325">
      <w:pPr>
        <w:spacing w:after="0"/>
      </w:pPr>
    </w:p>
    <w:p w14:paraId="2B4FA24A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Allegato</w:t>
      </w:r>
      <w:proofErr w:type="spellEnd"/>
      <w:r>
        <w:rPr>
          <w:color w:val="1F1F1F"/>
          <w:sz w:val="20"/>
        </w:rPr>
        <w:t xml:space="preserve"> B – </w:t>
      </w:r>
      <w:proofErr w:type="spellStart"/>
      <w:r>
        <w:rPr>
          <w:color w:val="1F1F1F"/>
          <w:sz w:val="20"/>
        </w:rPr>
        <w:t>Scheda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autovalutazione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dei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titoli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riferita</w:t>
      </w:r>
      <w:proofErr w:type="spellEnd"/>
      <w:r>
        <w:rPr>
          <w:color w:val="1F1F1F"/>
          <w:sz w:val="20"/>
        </w:rPr>
        <w:t xml:space="preserve"> al </w:t>
      </w:r>
      <w:proofErr w:type="spellStart"/>
      <w:r>
        <w:rPr>
          <w:color w:val="1F1F1F"/>
          <w:sz w:val="20"/>
        </w:rPr>
        <w:t>profilo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richiesto</w:t>
      </w:r>
      <w:proofErr w:type="spellEnd"/>
      <w:r>
        <w:rPr>
          <w:color w:val="1F1F1F"/>
          <w:sz w:val="20"/>
        </w:rPr>
        <w:t>;</w:t>
      </w:r>
    </w:p>
    <w:p w14:paraId="2911B106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Allegato</w:t>
      </w:r>
      <w:proofErr w:type="spellEnd"/>
      <w:r>
        <w:rPr>
          <w:color w:val="1F1F1F"/>
          <w:sz w:val="20"/>
        </w:rPr>
        <w:t xml:space="preserve"> C – </w:t>
      </w:r>
      <w:proofErr w:type="spellStart"/>
      <w:r>
        <w:rPr>
          <w:color w:val="1F1F1F"/>
          <w:sz w:val="20"/>
        </w:rPr>
        <w:t>Dichiarazione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insussistenza</w:t>
      </w:r>
      <w:proofErr w:type="spellEnd"/>
      <w:r>
        <w:rPr>
          <w:color w:val="1F1F1F"/>
          <w:sz w:val="20"/>
        </w:rPr>
        <w:t xml:space="preserve"> di cause di </w:t>
      </w:r>
      <w:proofErr w:type="spellStart"/>
      <w:r>
        <w:rPr>
          <w:color w:val="1F1F1F"/>
          <w:sz w:val="20"/>
        </w:rPr>
        <w:t>incompatibilità</w:t>
      </w:r>
      <w:proofErr w:type="spellEnd"/>
      <w:r>
        <w:rPr>
          <w:color w:val="1F1F1F"/>
          <w:sz w:val="20"/>
        </w:rPr>
        <w:t xml:space="preserve"> e </w:t>
      </w:r>
      <w:proofErr w:type="spellStart"/>
      <w:r>
        <w:rPr>
          <w:color w:val="1F1F1F"/>
          <w:sz w:val="20"/>
        </w:rPr>
        <w:t>conflitto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interessi</w:t>
      </w:r>
      <w:proofErr w:type="spellEnd"/>
      <w:r>
        <w:rPr>
          <w:color w:val="1F1F1F"/>
          <w:sz w:val="20"/>
        </w:rPr>
        <w:t>;</w:t>
      </w:r>
    </w:p>
    <w:p w14:paraId="26C0F93D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Allegato</w:t>
      </w:r>
      <w:proofErr w:type="spellEnd"/>
      <w:r>
        <w:rPr>
          <w:color w:val="1F1F1F"/>
          <w:sz w:val="20"/>
        </w:rPr>
        <w:t xml:space="preserve"> D – </w:t>
      </w:r>
      <w:proofErr w:type="spellStart"/>
      <w:r>
        <w:rPr>
          <w:color w:val="1F1F1F"/>
          <w:sz w:val="20"/>
        </w:rPr>
        <w:t>Proposta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formativa</w:t>
      </w:r>
      <w:proofErr w:type="spellEnd"/>
      <w:r>
        <w:rPr>
          <w:color w:val="1F1F1F"/>
          <w:sz w:val="20"/>
        </w:rPr>
        <w:t xml:space="preserve">, </w:t>
      </w:r>
      <w:proofErr w:type="spellStart"/>
      <w:r>
        <w:rPr>
          <w:color w:val="1F1F1F"/>
          <w:sz w:val="20"/>
        </w:rPr>
        <w:t>obbligatoria</w:t>
      </w:r>
      <w:proofErr w:type="spellEnd"/>
      <w:r>
        <w:rPr>
          <w:color w:val="1F1F1F"/>
          <w:sz w:val="20"/>
        </w:rPr>
        <w:t xml:space="preserve"> per </w:t>
      </w:r>
      <w:proofErr w:type="spellStart"/>
      <w:r>
        <w:rPr>
          <w:color w:val="1F1F1F"/>
          <w:sz w:val="20"/>
        </w:rPr>
        <w:t>i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candidati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esperti</w:t>
      </w:r>
      <w:proofErr w:type="spellEnd"/>
      <w:r>
        <w:rPr>
          <w:color w:val="1F1F1F"/>
          <w:sz w:val="20"/>
        </w:rPr>
        <w:t>;</w:t>
      </w:r>
    </w:p>
    <w:p w14:paraId="54266CA1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curriculum vitae in </w:t>
      </w:r>
      <w:proofErr w:type="spellStart"/>
      <w:r>
        <w:rPr>
          <w:color w:val="1F1F1F"/>
          <w:sz w:val="20"/>
        </w:rPr>
        <w:t>formato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europeo</w:t>
      </w:r>
      <w:proofErr w:type="spellEnd"/>
      <w:r>
        <w:rPr>
          <w:color w:val="1F1F1F"/>
          <w:sz w:val="20"/>
        </w:rPr>
        <w:t xml:space="preserve">, </w:t>
      </w:r>
      <w:proofErr w:type="spellStart"/>
      <w:r>
        <w:rPr>
          <w:color w:val="1F1F1F"/>
          <w:sz w:val="20"/>
        </w:rPr>
        <w:t>datato</w:t>
      </w:r>
      <w:proofErr w:type="spellEnd"/>
      <w:r>
        <w:rPr>
          <w:color w:val="1F1F1F"/>
          <w:sz w:val="20"/>
        </w:rPr>
        <w:t xml:space="preserve"> e </w:t>
      </w:r>
      <w:proofErr w:type="spellStart"/>
      <w:r>
        <w:rPr>
          <w:color w:val="1F1F1F"/>
          <w:sz w:val="20"/>
        </w:rPr>
        <w:t>sottoscritto</w:t>
      </w:r>
      <w:proofErr w:type="spellEnd"/>
      <w:r>
        <w:rPr>
          <w:color w:val="1F1F1F"/>
          <w:sz w:val="20"/>
        </w:rPr>
        <w:t>;</w:t>
      </w:r>
    </w:p>
    <w:p w14:paraId="612243AA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copia</w:t>
      </w:r>
      <w:proofErr w:type="spellEnd"/>
      <w:r>
        <w:rPr>
          <w:color w:val="1F1F1F"/>
          <w:sz w:val="20"/>
        </w:rPr>
        <w:t xml:space="preserve"> di un </w:t>
      </w:r>
      <w:proofErr w:type="spellStart"/>
      <w:r>
        <w:rPr>
          <w:color w:val="1F1F1F"/>
          <w:sz w:val="20"/>
        </w:rPr>
        <w:t>documento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identità</w:t>
      </w:r>
      <w:proofErr w:type="spellEnd"/>
      <w:r>
        <w:rPr>
          <w:color w:val="1F1F1F"/>
          <w:sz w:val="20"/>
        </w:rPr>
        <w:t xml:space="preserve"> in </w:t>
      </w:r>
      <w:proofErr w:type="spellStart"/>
      <w:r>
        <w:rPr>
          <w:color w:val="1F1F1F"/>
          <w:sz w:val="20"/>
        </w:rPr>
        <w:t>corso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validità</w:t>
      </w:r>
      <w:proofErr w:type="spellEnd"/>
      <w:r>
        <w:rPr>
          <w:color w:val="1F1F1F"/>
          <w:sz w:val="20"/>
        </w:rPr>
        <w:t xml:space="preserve">, salvo </w:t>
      </w:r>
      <w:proofErr w:type="spellStart"/>
      <w:r>
        <w:rPr>
          <w:color w:val="1F1F1F"/>
          <w:sz w:val="20"/>
        </w:rPr>
        <w:t>sottoscrizione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digitale</w:t>
      </w:r>
      <w:proofErr w:type="spellEnd"/>
      <w:r>
        <w:rPr>
          <w:color w:val="1F1F1F"/>
          <w:sz w:val="20"/>
        </w:rPr>
        <w:t>;</w:t>
      </w:r>
    </w:p>
    <w:p w14:paraId="7A8AAF2A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copia</w:t>
      </w:r>
      <w:proofErr w:type="spellEnd"/>
      <w:r>
        <w:rPr>
          <w:color w:val="1F1F1F"/>
          <w:sz w:val="20"/>
        </w:rPr>
        <w:t xml:space="preserve"> delle </w:t>
      </w:r>
      <w:proofErr w:type="spellStart"/>
      <w:r>
        <w:rPr>
          <w:color w:val="1F1F1F"/>
          <w:sz w:val="20"/>
        </w:rPr>
        <w:t>certificazioni</w:t>
      </w:r>
      <w:proofErr w:type="spellEnd"/>
      <w:r>
        <w:rPr>
          <w:color w:val="1F1F1F"/>
          <w:sz w:val="20"/>
        </w:rPr>
        <w:t xml:space="preserve">, </w:t>
      </w:r>
      <w:proofErr w:type="spellStart"/>
      <w:r>
        <w:rPr>
          <w:color w:val="1F1F1F"/>
          <w:sz w:val="20"/>
        </w:rPr>
        <w:t>qualificazioni</w:t>
      </w:r>
      <w:proofErr w:type="spellEnd"/>
      <w:r>
        <w:rPr>
          <w:color w:val="1F1F1F"/>
          <w:sz w:val="20"/>
        </w:rPr>
        <w:t xml:space="preserve"> e </w:t>
      </w:r>
      <w:proofErr w:type="spellStart"/>
      <w:r>
        <w:rPr>
          <w:color w:val="1F1F1F"/>
          <w:sz w:val="20"/>
        </w:rPr>
        <w:t>attestazioni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richieste</w:t>
      </w:r>
      <w:proofErr w:type="spellEnd"/>
      <w:r>
        <w:rPr>
          <w:color w:val="1F1F1F"/>
          <w:sz w:val="20"/>
        </w:rPr>
        <w:t xml:space="preserve"> come </w:t>
      </w:r>
      <w:proofErr w:type="spellStart"/>
      <w:r>
        <w:rPr>
          <w:color w:val="1F1F1F"/>
          <w:sz w:val="20"/>
        </w:rPr>
        <w:t>requisito</w:t>
      </w:r>
      <w:proofErr w:type="spellEnd"/>
      <w:r>
        <w:rPr>
          <w:color w:val="1F1F1F"/>
          <w:sz w:val="20"/>
        </w:rPr>
        <w:t xml:space="preserve"> di accesso;</w:t>
      </w:r>
    </w:p>
    <w:p w14:paraId="356ED95E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eventuale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autorizzazione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dell’Amministrazione</w:t>
      </w:r>
      <w:proofErr w:type="spellEnd"/>
      <w:r>
        <w:rPr>
          <w:color w:val="1F1F1F"/>
          <w:sz w:val="20"/>
        </w:rPr>
        <w:t xml:space="preserve"> di </w:t>
      </w:r>
      <w:proofErr w:type="spellStart"/>
      <w:r>
        <w:rPr>
          <w:color w:val="1F1F1F"/>
          <w:sz w:val="20"/>
        </w:rPr>
        <w:t>appartenenza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oppure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impegno</w:t>
      </w:r>
      <w:proofErr w:type="spellEnd"/>
      <w:r>
        <w:rPr>
          <w:color w:val="1F1F1F"/>
          <w:sz w:val="20"/>
        </w:rPr>
        <w:t xml:space="preserve"> a </w:t>
      </w:r>
      <w:proofErr w:type="spellStart"/>
      <w:r>
        <w:rPr>
          <w:color w:val="1F1F1F"/>
          <w:sz w:val="20"/>
        </w:rPr>
        <w:t>produrla</w:t>
      </w:r>
      <w:proofErr w:type="spellEnd"/>
      <w:r>
        <w:rPr>
          <w:color w:val="1F1F1F"/>
          <w:sz w:val="20"/>
        </w:rPr>
        <w:t xml:space="preserve"> prima del </w:t>
      </w:r>
      <w:proofErr w:type="spellStart"/>
      <w:r>
        <w:rPr>
          <w:color w:val="1F1F1F"/>
          <w:sz w:val="20"/>
        </w:rPr>
        <w:t>conferimento</w:t>
      </w:r>
      <w:proofErr w:type="spellEnd"/>
      <w:r>
        <w:rPr>
          <w:color w:val="1F1F1F"/>
          <w:sz w:val="20"/>
        </w:rPr>
        <w:t>;</w:t>
      </w:r>
    </w:p>
    <w:p w14:paraId="7895AF68" w14:textId="77777777" w:rsidR="00057325" w:rsidRDefault="008F3019">
      <w:pPr>
        <w:spacing w:after="60" w:line="240" w:lineRule="auto"/>
        <w:ind w:left="255" w:hanging="198"/>
      </w:pPr>
      <w:r>
        <w:rPr>
          <w:color w:val="1F1F1F"/>
          <w:sz w:val="20"/>
        </w:rPr>
        <w:t xml:space="preserve">☐ </w:t>
      </w:r>
      <w:proofErr w:type="spellStart"/>
      <w:r>
        <w:rPr>
          <w:color w:val="1F1F1F"/>
          <w:sz w:val="20"/>
        </w:rPr>
        <w:t>ulteriore</w:t>
      </w:r>
      <w:proofErr w:type="spellEnd"/>
      <w:r>
        <w:rPr>
          <w:color w:val="1F1F1F"/>
          <w:sz w:val="20"/>
        </w:rPr>
        <w:t xml:space="preserve"> </w:t>
      </w:r>
      <w:proofErr w:type="spellStart"/>
      <w:r>
        <w:rPr>
          <w:color w:val="1F1F1F"/>
          <w:sz w:val="20"/>
        </w:rPr>
        <w:t>documentazione</w:t>
      </w:r>
      <w:proofErr w:type="spellEnd"/>
      <w:r>
        <w:rPr>
          <w:color w:val="1F1F1F"/>
          <w:sz w:val="20"/>
        </w:rPr>
        <w:t xml:space="preserve"> utile alla </w:t>
      </w:r>
      <w:proofErr w:type="spellStart"/>
      <w:r>
        <w:rPr>
          <w:color w:val="1F1F1F"/>
          <w:sz w:val="20"/>
        </w:rPr>
        <w:t>valutazione</w:t>
      </w:r>
      <w:proofErr w:type="spellEnd"/>
      <w:r>
        <w:rPr>
          <w:color w:val="1F1F1F"/>
          <w:sz w:val="20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057325" w14:paraId="7066E028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7714D4" w14:textId="77777777" w:rsidR="00057325" w:rsidRDefault="008F3019">
            <w:pPr>
              <w:spacing w:after="0" w:line="240" w:lineRule="auto"/>
            </w:pPr>
            <w:r>
              <w:rPr>
                <w:b/>
                <w:color w:val="FFFFFF"/>
              </w:rPr>
              <w:t>7. TRATTAMENTO DEI DATI PERSONALI</w:t>
            </w:r>
          </w:p>
        </w:tc>
      </w:tr>
    </w:tbl>
    <w:p w14:paraId="35B241E3" w14:textId="77777777" w:rsidR="00057325" w:rsidRDefault="00057325">
      <w:pPr>
        <w:spacing w:after="0"/>
      </w:pPr>
    </w:p>
    <w:p w14:paraId="129675EA" w14:textId="77777777" w:rsidR="00057325" w:rsidRDefault="008F3019">
      <w:pPr>
        <w:spacing w:after="100"/>
        <w:jc w:val="both"/>
      </w:pPr>
      <w:r>
        <w:rPr>
          <w:color w:val="1F1F1F"/>
          <w:sz w:val="19"/>
        </w:rPr>
        <w:t xml:space="preserve">Il/La </w:t>
      </w:r>
      <w:proofErr w:type="spellStart"/>
      <w:r>
        <w:rPr>
          <w:color w:val="1F1F1F"/>
          <w:sz w:val="19"/>
        </w:rPr>
        <w:t>sottoscritto</w:t>
      </w:r>
      <w:proofErr w:type="spellEnd"/>
      <w:r>
        <w:rPr>
          <w:color w:val="1F1F1F"/>
          <w:sz w:val="19"/>
        </w:rPr>
        <w:t xml:space="preserve">/a </w:t>
      </w:r>
      <w:proofErr w:type="spellStart"/>
      <w:r>
        <w:rPr>
          <w:color w:val="1F1F1F"/>
          <w:sz w:val="19"/>
        </w:rPr>
        <w:t>dichiara</w:t>
      </w:r>
      <w:proofErr w:type="spellEnd"/>
      <w:r>
        <w:rPr>
          <w:color w:val="1F1F1F"/>
          <w:sz w:val="19"/>
        </w:rPr>
        <w:t xml:space="preserve"> di </w:t>
      </w:r>
      <w:proofErr w:type="spellStart"/>
      <w:r>
        <w:rPr>
          <w:color w:val="1F1F1F"/>
          <w:sz w:val="19"/>
        </w:rPr>
        <w:t>avere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preso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visione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dell’informativa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sul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trattamento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dati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personali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contenuta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nell’Avviso</w:t>
      </w:r>
      <w:proofErr w:type="spellEnd"/>
      <w:r>
        <w:rPr>
          <w:color w:val="1F1F1F"/>
          <w:sz w:val="19"/>
        </w:rPr>
        <w:t xml:space="preserve"> e di </w:t>
      </w:r>
      <w:proofErr w:type="spellStart"/>
      <w:r>
        <w:rPr>
          <w:color w:val="1F1F1F"/>
          <w:sz w:val="19"/>
        </w:rPr>
        <w:t>essere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informato</w:t>
      </w:r>
      <w:proofErr w:type="spellEnd"/>
      <w:r>
        <w:rPr>
          <w:color w:val="1F1F1F"/>
          <w:sz w:val="19"/>
        </w:rPr>
        <w:t xml:space="preserve">/a </w:t>
      </w:r>
      <w:proofErr w:type="spellStart"/>
      <w:r>
        <w:rPr>
          <w:color w:val="1F1F1F"/>
          <w:sz w:val="19"/>
        </w:rPr>
        <w:t>che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dati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saranno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trattati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esclusivamente</w:t>
      </w:r>
      <w:proofErr w:type="spellEnd"/>
      <w:r>
        <w:rPr>
          <w:color w:val="1F1F1F"/>
          <w:sz w:val="19"/>
        </w:rPr>
        <w:t xml:space="preserve"> per le </w:t>
      </w:r>
      <w:proofErr w:type="spellStart"/>
      <w:r>
        <w:rPr>
          <w:color w:val="1F1F1F"/>
          <w:sz w:val="19"/>
        </w:rPr>
        <w:t>finalità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connesse</w:t>
      </w:r>
      <w:proofErr w:type="spellEnd"/>
      <w:r>
        <w:rPr>
          <w:color w:val="1F1F1F"/>
          <w:sz w:val="19"/>
        </w:rPr>
        <w:t xml:space="preserve"> alla </w:t>
      </w:r>
      <w:proofErr w:type="spellStart"/>
      <w:r>
        <w:rPr>
          <w:color w:val="1F1F1F"/>
          <w:sz w:val="19"/>
        </w:rPr>
        <w:t>procedura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selettiva</w:t>
      </w:r>
      <w:proofErr w:type="spellEnd"/>
      <w:r>
        <w:rPr>
          <w:color w:val="1F1F1F"/>
          <w:sz w:val="19"/>
        </w:rPr>
        <w:t xml:space="preserve"> e </w:t>
      </w:r>
      <w:proofErr w:type="spellStart"/>
      <w:r>
        <w:rPr>
          <w:color w:val="1F1F1F"/>
          <w:sz w:val="19"/>
        </w:rPr>
        <w:t>all’eventuale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conferimento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dell’incarico</w:t>
      </w:r>
      <w:proofErr w:type="spellEnd"/>
      <w:r>
        <w:rPr>
          <w:color w:val="1F1F1F"/>
          <w:sz w:val="19"/>
        </w:rPr>
        <w:t xml:space="preserve">, </w:t>
      </w:r>
      <w:proofErr w:type="spellStart"/>
      <w:r>
        <w:rPr>
          <w:color w:val="1F1F1F"/>
          <w:sz w:val="19"/>
        </w:rPr>
        <w:t>nel</w:t>
      </w:r>
      <w:proofErr w:type="spellEnd"/>
      <w:r>
        <w:rPr>
          <w:color w:val="1F1F1F"/>
          <w:sz w:val="19"/>
        </w:rPr>
        <w:t xml:space="preserve"> rispetto del </w:t>
      </w:r>
      <w:proofErr w:type="spellStart"/>
      <w:r>
        <w:rPr>
          <w:color w:val="1F1F1F"/>
          <w:sz w:val="19"/>
        </w:rPr>
        <w:t>Regolamento</w:t>
      </w:r>
      <w:proofErr w:type="spellEnd"/>
      <w:r>
        <w:rPr>
          <w:color w:val="1F1F1F"/>
          <w:sz w:val="19"/>
        </w:rPr>
        <w:t xml:space="preserve"> (UE) 2016/679 e del </w:t>
      </w:r>
      <w:proofErr w:type="spellStart"/>
      <w:proofErr w:type="gramStart"/>
      <w:r>
        <w:rPr>
          <w:color w:val="1F1F1F"/>
          <w:sz w:val="19"/>
        </w:rPr>
        <w:t>D.Lgs</w:t>
      </w:r>
      <w:proofErr w:type="spellEnd"/>
      <w:proofErr w:type="gramEnd"/>
      <w:r>
        <w:rPr>
          <w:color w:val="1F1F1F"/>
          <w:sz w:val="19"/>
        </w:rPr>
        <w:t xml:space="preserve">. n. 196/2003 e successive </w:t>
      </w:r>
      <w:proofErr w:type="spellStart"/>
      <w:r>
        <w:rPr>
          <w:color w:val="1F1F1F"/>
          <w:sz w:val="19"/>
        </w:rPr>
        <w:t>modificazioni</w:t>
      </w:r>
      <w:proofErr w:type="spellEnd"/>
      <w:r>
        <w:rPr>
          <w:color w:val="1F1F1F"/>
          <w:sz w:val="19"/>
        </w:rPr>
        <w:t>.</w:t>
      </w:r>
    </w:p>
    <w:p w14:paraId="31363A52" w14:textId="77777777" w:rsidR="00057325" w:rsidRDefault="0005732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06"/>
        <w:gridCol w:w="4706"/>
      </w:tblGrid>
      <w:tr w:rsidR="00057325" w14:paraId="5C4EC8CF" w14:textId="77777777">
        <w:trPr>
          <w:jc w:val="center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682AFE" w14:textId="77777777" w:rsidR="00057325" w:rsidRDefault="008F3019">
            <w:pPr>
              <w:spacing w:after="0" w:line="240" w:lineRule="auto"/>
            </w:pPr>
            <w:proofErr w:type="spellStart"/>
            <w:r>
              <w:rPr>
                <w:b/>
                <w:color w:val="1F1F1F"/>
                <w:sz w:val="18"/>
              </w:rPr>
              <w:t>Luogo</w:t>
            </w:r>
            <w:proofErr w:type="spellEnd"/>
            <w:r>
              <w:rPr>
                <w:b/>
                <w:color w:val="1F1F1F"/>
                <w:sz w:val="18"/>
              </w:rPr>
              <w:t xml:space="preserve"> e data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460587" w14:textId="77777777" w:rsidR="00057325" w:rsidRDefault="008F3019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F1F1F"/>
                <w:sz w:val="18"/>
              </w:rPr>
              <w:t>Firma</w:t>
            </w:r>
            <w:proofErr w:type="spellEnd"/>
            <w:r>
              <w:rPr>
                <w:b/>
                <w:color w:val="1F1F1F"/>
                <w:sz w:val="18"/>
              </w:rPr>
              <w:t xml:space="preserve"> </w:t>
            </w:r>
            <w:proofErr w:type="spellStart"/>
            <w:r>
              <w:rPr>
                <w:b/>
                <w:color w:val="1F1F1F"/>
                <w:sz w:val="18"/>
              </w:rPr>
              <w:t>leggibile</w:t>
            </w:r>
            <w:proofErr w:type="spellEnd"/>
          </w:p>
        </w:tc>
      </w:tr>
      <w:tr w:rsidR="00057325" w14:paraId="58ECBA57" w14:textId="77777777">
        <w:trPr>
          <w:jc w:val="center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7A92F3" w14:textId="77777777" w:rsidR="00057325" w:rsidRDefault="008F3019">
            <w:pPr>
              <w:spacing w:after="0" w:line="240" w:lineRule="auto"/>
            </w:pPr>
            <w:r>
              <w:rPr>
                <w:color w:val="1F1F1F"/>
                <w:sz w:val="20"/>
              </w:rPr>
              <w:t>________________________________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6467BE" w14:textId="77777777" w:rsidR="00057325" w:rsidRDefault="008F3019">
            <w:pPr>
              <w:spacing w:after="0" w:line="240" w:lineRule="auto"/>
              <w:jc w:val="center"/>
            </w:pPr>
            <w:r>
              <w:rPr>
                <w:color w:val="1F1F1F"/>
                <w:sz w:val="20"/>
              </w:rPr>
              <w:t>________________________________</w:t>
            </w:r>
          </w:p>
        </w:tc>
      </w:tr>
    </w:tbl>
    <w:p w14:paraId="0CB57F0A" w14:textId="77777777" w:rsidR="008F3019" w:rsidRDefault="008F3019"/>
    <w:sectPr w:rsidR="008F3019" w:rsidSect="00034616">
      <w:pgSz w:w="12240" w:h="15840"/>
      <w:pgMar w:top="850" w:right="879" w:bottom="85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9560812">
    <w:abstractNumId w:val="8"/>
  </w:num>
  <w:num w:numId="2" w16cid:durableId="1439177204">
    <w:abstractNumId w:val="6"/>
  </w:num>
  <w:num w:numId="3" w16cid:durableId="499732603">
    <w:abstractNumId w:val="5"/>
  </w:num>
  <w:num w:numId="4" w16cid:durableId="742144758">
    <w:abstractNumId w:val="4"/>
  </w:num>
  <w:num w:numId="5" w16cid:durableId="1661691403">
    <w:abstractNumId w:val="7"/>
  </w:num>
  <w:num w:numId="6" w16cid:durableId="217323320">
    <w:abstractNumId w:val="3"/>
  </w:num>
  <w:num w:numId="7" w16cid:durableId="1116482053">
    <w:abstractNumId w:val="2"/>
  </w:num>
  <w:num w:numId="8" w16cid:durableId="2117630602">
    <w:abstractNumId w:val="1"/>
  </w:num>
  <w:num w:numId="9" w16cid:durableId="57319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325"/>
    <w:rsid w:val="0006063C"/>
    <w:rsid w:val="0015074B"/>
    <w:rsid w:val="0029639D"/>
    <w:rsid w:val="00326F90"/>
    <w:rsid w:val="00360CAB"/>
    <w:rsid w:val="003C3F79"/>
    <w:rsid w:val="003F1FCF"/>
    <w:rsid w:val="00517AED"/>
    <w:rsid w:val="007E7A38"/>
    <w:rsid w:val="008F3019"/>
    <w:rsid w:val="00AA1D8D"/>
    <w:rsid w:val="00B47730"/>
    <w:rsid w:val="00CB0664"/>
    <w:rsid w:val="00D706F1"/>
    <w:rsid w:val="00E02786"/>
    <w:rsid w:val="00F26DED"/>
    <w:rsid w:val="00FC50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5BDFF"/>
  <w14:defaultImageDpi w14:val="300"/>
  <w15:docId w15:val="{5B58B22D-49BA-411F-9BA8-710397AF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procedura selettiva - Progetto Formazione docenti</dc:title>
  <dc:subject>PN Scuola e competenze 2021-2027</dc:subject>
  <dc:creator>Istituto Comprensivo Statale G. Oddo</dc:creator>
  <cp:keywords/>
  <dc:description>generated by python-docx</dc:description>
  <cp:lastModifiedBy>mauranda@outlook.it</cp:lastModifiedBy>
  <cp:revision>8</cp:revision>
  <dcterms:created xsi:type="dcterms:W3CDTF">2026-08-06T06:10:00Z</dcterms:created>
  <dcterms:modified xsi:type="dcterms:W3CDTF">2026-08-06T10:27:00Z</dcterms:modified>
  <cp:category/>
</cp:coreProperties>
</file>